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4D7EB7" w14:paraId="784D448C" w14:textId="77777777" w:rsidTr="00DE4112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B3C33AC" w14:textId="77777777" w:rsidR="004D7EB7" w:rsidRDefault="00000000">
            <w:pPr>
              <w:jc w:val="center"/>
            </w:pPr>
            <w:r>
              <w:rPr>
                <w:b/>
                <w:color w:val="FFFFFF"/>
                <w:sz w:val="32"/>
              </w:rPr>
              <w:t>RESPIRATORY PROTECTION</w:t>
            </w:r>
            <w:r>
              <w:rPr>
                <w:b/>
                <w:color w:val="FFFFFF"/>
                <w:sz w:val="32"/>
              </w:rPr>
              <w:br/>
              <w:t>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4F973EB3" w14:textId="77777777" w:rsidR="004D7EB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6811AE" wp14:editId="7D7B1DF1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4BA1CD" w14:textId="73E2BB1E" w:rsidR="004D7EB7" w:rsidRDefault="00000000" w:rsidP="006249B3">
      <w:pPr>
        <w:spacing w:after="100"/>
      </w:pPr>
      <w:r>
        <w:rPr>
          <w:b/>
        </w:rPr>
        <w:t>Respirators protect you only when the correct respirator is selected, properly fitted, and used for the hazard.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4050"/>
        <w:gridCol w:w="4406"/>
      </w:tblGrid>
      <w:tr w:rsidR="006249B3" w14:paraId="5CACA726" w14:textId="77777777" w:rsidTr="00B27436">
        <w:trPr>
          <w:jc w:val="center"/>
        </w:trPr>
        <w:tc>
          <w:tcPr>
            <w:tcW w:w="243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4A081DC" w14:textId="77777777" w:rsidR="006249B3" w:rsidRDefault="006249B3" w:rsidP="00B27436">
            <w:r>
              <w:rPr>
                <w:b/>
              </w:rPr>
              <w:t>Date</w:t>
            </w:r>
          </w:p>
        </w:tc>
        <w:tc>
          <w:tcPr>
            <w:tcW w:w="405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CA2D3B2" w14:textId="77777777" w:rsidR="006249B3" w:rsidRDefault="006249B3" w:rsidP="00B27436">
            <w:r>
              <w:rPr>
                <w:b/>
              </w:rPr>
              <w:t>Project / Location</w:t>
            </w:r>
          </w:p>
        </w:tc>
        <w:tc>
          <w:tcPr>
            <w:tcW w:w="440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DA060C2" w14:textId="77777777" w:rsidR="006249B3" w:rsidRDefault="006249B3" w:rsidP="00B27436">
            <w:r>
              <w:rPr>
                <w:b/>
              </w:rPr>
              <w:t>Instructor</w:t>
            </w:r>
          </w:p>
        </w:tc>
      </w:tr>
      <w:tr w:rsidR="006249B3" w14:paraId="429A6CCE" w14:textId="77777777" w:rsidTr="00B27436">
        <w:trPr>
          <w:jc w:val="center"/>
        </w:trPr>
        <w:tc>
          <w:tcPr>
            <w:tcW w:w="243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695513E" w14:textId="77777777" w:rsidR="006249B3" w:rsidRDefault="006249B3" w:rsidP="00B27436"/>
        </w:tc>
        <w:tc>
          <w:tcPr>
            <w:tcW w:w="4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95A9BB5" w14:textId="77777777" w:rsidR="006249B3" w:rsidRDefault="006249B3" w:rsidP="00B27436"/>
        </w:tc>
        <w:tc>
          <w:tcPr>
            <w:tcW w:w="4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4141C9B" w14:textId="77777777" w:rsidR="006249B3" w:rsidRDefault="006249B3" w:rsidP="00B27436"/>
        </w:tc>
      </w:tr>
    </w:tbl>
    <w:p w14:paraId="12028EB9" w14:textId="4E942D77" w:rsidR="004D7EB7" w:rsidRDefault="00000000">
      <w:pPr>
        <w:spacing w:before="60" w:after="20"/>
      </w:pPr>
      <w:r>
        <w:rPr>
          <w:b/>
          <w:sz w:val="26"/>
        </w:rPr>
        <w:t>Introduction</w:t>
      </w:r>
    </w:p>
    <w:p w14:paraId="0729F7AC" w14:textId="77777777" w:rsidR="004D7EB7" w:rsidRDefault="00000000">
      <w:pPr>
        <w:spacing w:after="20"/>
      </w:pPr>
      <w:r>
        <w:t>Open with: “Today’s safety topic is respiratory protection. Some construction activities can expose us to dusts, fumes, mists, vapors, gases, and other airborne contaminants.”</w:t>
      </w:r>
    </w:p>
    <w:p w14:paraId="700F3841" w14:textId="77777777" w:rsidR="004D7EB7" w:rsidRDefault="00000000">
      <w:pPr>
        <w:spacing w:after="20"/>
      </w:pPr>
      <w:r>
        <w:rPr>
          <w:b/>
        </w:rPr>
        <w:t xml:space="preserve">Key Points: </w:t>
      </w:r>
      <w:r>
        <w:t>Respiratory hazards should be controlled with engineering or other controls when effective. When respiratory protection is required, employees must complete the required medical evaluation, fit testing, and training before use.</w:t>
      </w:r>
    </w:p>
    <w:p w14:paraId="12EE0D5A" w14:textId="77777777" w:rsidR="004D7EB7" w:rsidRDefault="00000000">
      <w:pPr>
        <w:spacing w:before="60" w:after="20"/>
      </w:pPr>
      <w:r>
        <w:rPr>
          <w:b/>
          <w:sz w:val="26"/>
        </w:rPr>
        <w:t>Why It Matters</w:t>
      </w:r>
    </w:p>
    <w:p w14:paraId="5182F35C" w14:textId="77777777" w:rsidR="004D7EB7" w:rsidRDefault="00000000">
      <w:pPr>
        <w:spacing w:after="0"/>
      </w:pPr>
      <w:r>
        <w:t>Respiratory hazards may be present during sawing, chipping, grinding, drilling, sanding, painting, insulation work, cement mixing, demolition, confined-space work, and other construction activities.</w:t>
      </w:r>
    </w:p>
    <w:p w14:paraId="27BEFD12" w14:textId="77777777" w:rsidR="004D7EB7" w:rsidRDefault="00000000">
      <w:pPr>
        <w:pStyle w:val="ListBullet"/>
        <w:spacing w:after="0"/>
      </w:pPr>
      <w:r>
        <w:t>A respirator that does not seal properly can allow contaminants to leak into the breathing zone.</w:t>
      </w:r>
    </w:p>
    <w:p w14:paraId="64FF5D8D" w14:textId="77777777" w:rsidR="004D7EB7" w:rsidRDefault="00000000">
      <w:pPr>
        <w:pStyle w:val="ListBullet"/>
        <w:spacing w:after="0"/>
      </w:pPr>
      <w:r>
        <w:t>The respirator must be appropriate for the specific contaminant and work condition.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4D7EB7" w14:paraId="38F7C9CE" w14:textId="77777777" w:rsidTr="00913772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B4C509" w14:textId="77777777" w:rsidR="004D7EB7" w:rsidRDefault="00000000">
            <w:r>
              <w:rPr>
                <w:b/>
              </w:rPr>
              <w:t>Quick Engagement Question: “What tasks on our jobsite could create dust, fumes, vapors, gases, or other respiratory hazards?”</w:t>
            </w:r>
          </w:p>
        </w:tc>
      </w:tr>
    </w:tbl>
    <w:p w14:paraId="1505AE05" w14:textId="77777777" w:rsidR="004D7EB7" w:rsidRDefault="00000000">
      <w:pPr>
        <w:spacing w:before="60" w:after="20"/>
      </w:pPr>
      <w:r>
        <w:rPr>
          <w:b/>
          <w:sz w:val="26"/>
        </w:rPr>
        <w:t>Before Wearing a Respirator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4D7EB7" w14:paraId="539B2544" w14:textId="77777777" w:rsidTr="00913772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F1A28D" w14:textId="77777777" w:rsidR="004D7EB7" w:rsidRDefault="00000000">
            <w:pPr>
              <w:spacing w:after="20"/>
            </w:pPr>
            <w:r>
              <w:rPr>
                <w:b/>
                <w:u w:val="single"/>
              </w:rPr>
              <w:t>Medical Evaluation</w:t>
            </w:r>
          </w:p>
          <w:p w14:paraId="71F5BF8E" w14:textId="77777777" w:rsidR="004D7EB7" w:rsidRDefault="00000000">
            <w:pPr>
              <w:pStyle w:val="ListBullet"/>
              <w:spacing w:after="0"/>
            </w:pPr>
            <w:r>
              <w:t>Complete the required medical questionnaire/evaluation before respirator use.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C29D99" w14:textId="77777777" w:rsidR="004D7EB7" w:rsidRDefault="00000000">
            <w:pPr>
              <w:spacing w:after="20"/>
            </w:pPr>
            <w:r>
              <w:rPr>
                <w:b/>
                <w:u w:val="single"/>
              </w:rPr>
              <w:t>Fit Testing</w:t>
            </w:r>
          </w:p>
          <w:p w14:paraId="7424EFE3" w14:textId="77777777" w:rsidR="004D7EB7" w:rsidRDefault="00000000">
            <w:pPr>
              <w:pStyle w:val="ListBullet"/>
              <w:spacing w:after="0"/>
            </w:pPr>
            <w:r>
              <w:t>Fit testing determines whether the respirator forms an effective seal on your face.</w:t>
            </w:r>
          </w:p>
          <w:p w14:paraId="4813DAAA" w14:textId="77777777" w:rsidR="004D7EB7" w:rsidRDefault="00000000">
            <w:pPr>
              <w:pStyle w:val="ListBullet"/>
              <w:spacing w:after="0"/>
            </w:pPr>
            <w:r>
              <w:t>Fit testing also helps determine the correct respirator size.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CB887B2" w14:textId="77777777" w:rsidR="004D7EB7" w:rsidRDefault="00000000">
            <w:pPr>
              <w:spacing w:after="20"/>
            </w:pPr>
            <w:r>
              <w:rPr>
                <w:b/>
                <w:u w:val="single"/>
              </w:rPr>
              <w:t>Training</w:t>
            </w:r>
          </w:p>
          <w:p w14:paraId="0E3A8CA3" w14:textId="77777777" w:rsidR="004D7EB7" w:rsidRDefault="00000000">
            <w:pPr>
              <w:pStyle w:val="ListBullet"/>
              <w:spacing w:after="0"/>
            </w:pPr>
            <w:r>
              <w:t>Receive required training before using a respirator.</w:t>
            </w:r>
          </w:p>
          <w:p w14:paraId="7731FBF0" w14:textId="77777777" w:rsidR="004D7EB7" w:rsidRDefault="00000000">
            <w:pPr>
              <w:pStyle w:val="ListBullet"/>
              <w:spacing w:after="0"/>
            </w:pPr>
            <w:r>
              <w:t>Know how to use the respirator according to the manufacturer’s instructions.</w:t>
            </w:r>
          </w:p>
        </w:tc>
      </w:tr>
    </w:tbl>
    <w:p w14:paraId="01F17DF2" w14:textId="77777777" w:rsidR="004D7EB7" w:rsidRDefault="00000000">
      <w:pPr>
        <w:spacing w:before="60" w:after="20"/>
      </w:pPr>
      <w:r>
        <w:rPr>
          <w:b/>
          <w:sz w:val="26"/>
        </w:rPr>
        <w:t>Tasks That May Require Respiratory Protection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4D7EB7" w14:paraId="0000102E" w14:textId="77777777" w:rsidTr="00913772"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795108" w14:textId="77777777" w:rsidR="004D7EB7" w:rsidRDefault="00000000">
            <w:pPr>
              <w:spacing w:after="20"/>
            </w:pPr>
            <w:r>
              <w:rPr>
                <w:b/>
                <w:u w:val="single"/>
              </w:rPr>
              <w:t>Dust-Producing / Construction Tasks</w:t>
            </w:r>
          </w:p>
          <w:p w14:paraId="51266883" w14:textId="77777777" w:rsidR="004D7EB7" w:rsidRDefault="00000000">
            <w:pPr>
              <w:pStyle w:val="ListBullet"/>
              <w:spacing w:after="0"/>
            </w:pPr>
            <w:r>
              <w:t>Sawing, chipping, grinding, and drilling.</w:t>
            </w:r>
          </w:p>
          <w:p w14:paraId="49845ACE" w14:textId="77777777" w:rsidR="004D7EB7" w:rsidRDefault="00000000">
            <w:pPr>
              <w:pStyle w:val="ListBullet"/>
              <w:spacing w:after="0"/>
            </w:pPr>
            <w:r>
              <w:t>Drywall sanding.</w:t>
            </w:r>
          </w:p>
          <w:p w14:paraId="759C7C48" w14:textId="77777777" w:rsidR="004D7EB7" w:rsidRDefault="00000000">
            <w:pPr>
              <w:pStyle w:val="ListBullet"/>
              <w:spacing w:after="0"/>
            </w:pPr>
            <w:r>
              <w:t>Mixing cement.</w:t>
            </w:r>
          </w:p>
          <w:p w14:paraId="0F58C222" w14:textId="77777777" w:rsidR="004D7EB7" w:rsidRDefault="00000000">
            <w:pPr>
              <w:pStyle w:val="ListBullet"/>
              <w:spacing w:after="0"/>
            </w:pPr>
            <w:r>
              <w:t>Blowing insulation.</w:t>
            </w:r>
          </w:p>
        </w:tc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1C3C16" w14:textId="77777777" w:rsidR="004D7EB7" w:rsidRDefault="00000000">
            <w:pPr>
              <w:spacing w:after="20"/>
            </w:pPr>
            <w:r>
              <w:rPr>
                <w:b/>
                <w:u w:val="single"/>
              </w:rPr>
              <w:t>Other Potential Exposures</w:t>
            </w:r>
          </w:p>
          <w:p w14:paraId="6539F87F" w14:textId="77777777" w:rsidR="004D7EB7" w:rsidRDefault="00000000">
            <w:pPr>
              <w:pStyle w:val="ListBullet"/>
              <w:spacing w:after="0"/>
            </w:pPr>
            <w:r>
              <w:t>Confined spaces and dusty conditions.</w:t>
            </w:r>
          </w:p>
          <w:p w14:paraId="7BFF1E8A" w14:textId="77777777" w:rsidR="004D7EB7" w:rsidRDefault="00000000">
            <w:pPr>
              <w:pStyle w:val="ListBullet"/>
              <w:spacing w:after="0"/>
            </w:pPr>
            <w:r>
              <w:t>Spray painting and similar work.</w:t>
            </w:r>
          </w:p>
          <w:p w14:paraId="05437E63" w14:textId="77777777" w:rsidR="004D7EB7" w:rsidRDefault="00000000">
            <w:pPr>
              <w:pStyle w:val="ListBullet"/>
              <w:spacing w:after="0"/>
            </w:pPr>
            <w:r>
              <w:t>Asbestos or lead exposure.</w:t>
            </w:r>
          </w:p>
          <w:p w14:paraId="09543EF6" w14:textId="77777777" w:rsidR="004D7EB7" w:rsidRDefault="00000000">
            <w:pPr>
              <w:pStyle w:val="ListBullet"/>
              <w:spacing w:after="0"/>
            </w:pPr>
            <w:r>
              <w:t>Demolition involving hazardous materials.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4D7EB7" w14:paraId="53712433" w14:textId="77777777" w:rsidTr="00913772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7959A7" w14:textId="5D505757" w:rsidR="004D7EB7" w:rsidRDefault="00000000">
            <w:r>
              <w:rPr>
                <w:b/>
              </w:rPr>
              <w:t xml:space="preserve">Mini Scenario: </w:t>
            </w:r>
            <w:r>
              <w:t>“You are asked to begin grinding in an area where visible dust is being generated. You have a respirator nearby, but you have not been fit tested for it. What should you do before starting?”</w:t>
            </w:r>
          </w:p>
        </w:tc>
      </w:tr>
    </w:tbl>
    <w:p w14:paraId="3686998F" w14:textId="77777777" w:rsidR="004D7EB7" w:rsidRDefault="00000000">
      <w:pPr>
        <w:spacing w:before="60" w:after="20"/>
      </w:pPr>
      <w:r>
        <w:rPr>
          <w:b/>
          <w:sz w:val="26"/>
        </w:rPr>
        <w:t>Safe Respirator Use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4D7EB7" w14:paraId="43D5EDFB" w14:textId="77777777" w:rsidTr="00913772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BDE567" w14:textId="77777777" w:rsidR="004D7EB7" w:rsidRDefault="00000000">
            <w:pPr>
              <w:spacing w:after="20"/>
            </w:pPr>
            <w:r>
              <w:rPr>
                <w:b/>
                <w:u w:val="single"/>
              </w:rPr>
              <w:t>Use the Correct Respirator</w:t>
            </w:r>
          </w:p>
          <w:p w14:paraId="6416942E" w14:textId="77777777" w:rsidR="004D7EB7" w:rsidRDefault="00000000">
            <w:pPr>
              <w:pStyle w:val="ListBullet"/>
              <w:spacing w:after="0"/>
            </w:pPr>
            <w:r>
              <w:t>Use a respirator selected for the contaminant of concern.</w:t>
            </w:r>
          </w:p>
          <w:p w14:paraId="513F9AE7" w14:textId="77777777" w:rsidR="004D7EB7" w:rsidRDefault="00000000">
            <w:pPr>
              <w:pStyle w:val="ListBullet"/>
              <w:spacing w:after="0"/>
            </w:pPr>
            <w:r>
              <w:t>Do not enter an atmosphere for which the respirator is not designed.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2662DE" w14:textId="77777777" w:rsidR="004D7EB7" w:rsidRDefault="00000000">
            <w:pPr>
              <w:spacing w:after="20"/>
            </w:pPr>
            <w:r>
              <w:rPr>
                <w:b/>
                <w:u w:val="single"/>
              </w:rPr>
              <w:t>Follow Instructions</w:t>
            </w:r>
          </w:p>
          <w:p w14:paraId="2BAB950C" w14:textId="77777777" w:rsidR="004D7EB7" w:rsidRDefault="00000000">
            <w:pPr>
              <w:pStyle w:val="ListBullet"/>
              <w:spacing w:after="0"/>
            </w:pPr>
            <w:r>
              <w:t>Read and follow all manufacturer instructions.</w:t>
            </w:r>
          </w:p>
          <w:p w14:paraId="7081C240" w14:textId="77777777" w:rsidR="004D7EB7" w:rsidRDefault="00000000">
            <w:pPr>
              <w:pStyle w:val="ListBullet"/>
              <w:spacing w:after="0"/>
            </w:pPr>
            <w:r>
              <w:t>Use the respirator as trained and required for the task.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0609BC" w14:textId="77777777" w:rsidR="004D7EB7" w:rsidRDefault="00000000">
            <w:pPr>
              <w:spacing w:after="20"/>
            </w:pPr>
            <w:r>
              <w:rPr>
                <w:b/>
                <w:u w:val="single"/>
              </w:rPr>
              <w:t>Keep It Assigned</w:t>
            </w:r>
          </w:p>
          <w:p w14:paraId="2BB04E22" w14:textId="77777777" w:rsidR="004D7EB7" w:rsidRDefault="00000000">
            <w:pPr>
              <w:pStyle w:val="ListBullet"/>
              <w:spacing w:after="0"/>
            </w:pPr>
            <w:r>
              <w:t>Keep track of your respirator.</w:t>
            </w:r>
          </w:p>
          <w:p w14:paraId="25B24A37" w14:textId="77777777" w:rsidR="004D7EB7" w:rsidRDefault="00000000">
            <w:pPr>
              <w:pStyle w:val="ListBullet"/>
              <w:spacing w:after="0"/>
            </w:pPr>
            <w:r>
              <w:t>Do not mistakenly use another employee’s respirator.</w:t>
            </w:r>
          </w:p>
        </w:tc>
      </w:tr>
    </w:tbl>
    <w:p w14:paraId="01179366" w14:textId="77777777" w:rsidR="004D7EB7" w:rsidRDefault="00000000">
      <w:pPr>
        <w:spacing w:before="60" w:after="20"/>
      </w:pPr>
      <w:r>
        <w:rPr>
          <w:b/>
          <w:sz w:val="26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4D7EB7" w14:paraId="0B83ACAB" w14:textId="77777777" w:rsidTr="00913772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7E6209" w14:textId="77777777" w:rsidR="004D7EB7" w:rsidRDefault="00000000">
            <w:r>
              <w:rPr>
                <w:b/>
              </w:rPr>
              <w:t xml:space="preserve">Closing Message: </w:t>
            </w:r>
            <w:r>
              <w:t>“Respiratory protection works only when the right respirator is selected, it fits correctly, and you are trained and medically cleared to use it. If you are unsure whether a task requires respiratory protection, stop and ask your supervisor before starting.”</w:t>
            </w:r>
          </w:p>
        </w:tc>
      </w:tr>
    </w:tbl>
    <w:p w14:paraId="5583E057" w14:textId="77777777" w:rsidR="004D7EB7" w:rsidRDefault="00000000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3F424E5B" w14:textId="77777777" w:rsidR="004D7EB7" w:rsidRDefault="00000000">
      <w:pPr>
        <w:spacing w:after="80"/>
      </w:pPr>
      <w:r>
        <w:rPr>
          <w:b/>
        </w:rPr>
        <w:t>Topic: Respiratory Protection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4D7EB7" w14:paraId="1AA535DB" w14:textId="77777777" w:rsidTr="00913772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C4D73E" w14:textId="77777777" w:rsidR="004D7EB7" w:rsidRDefault="00000000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824BBA" w14:textId="77777777" w:rsidR="004D7EB7" w:rsidRDefault="00000000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9FEF1F" w14:textId="77777777" w:rsidR="004D7EB7" w:rsidRDefault="00000000">
            <w:r>
              <w:rPr>
                <w:b/>
              </w:rPr>
              <w:t>Instructor:</w:t>
            </w:r>
          </w:p>
        </w:tc>
      </w:tr>
    </w:tbl>
    <w:p w14:paraId="4F0FD1DF" w14:textId="77777777" w:rsidR="004D7EB7" w:rsidRDefault="00000000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4230"/>
        <w:gridCol w:w="4140"/>
        <w:gridCol w:w="1656"/>
      </w:tblGrid>
      <w:tr w:rsidR="004D7EB7" w14:paraId="36A0328E" w14:textId="77777777" w:rsidTr="00AF4E78">
        <w:tc>
          <w:tcPr>
            <w:tcW w:w="918" w:type="dxa"/>
            <w:shd w:val="clear" w:color="auto" w:fill="D9E2F3"/>
          </w:tcPr>
          <w:p w14:paraId="2CF34482" w14:textId="77777777" w:rsidR="004D7EB7" w:rsidRDefault="00000000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4230" w:type="dxa"/>
            <w:shd w:val="clear" w:color="auto" w:fill="D9E2F3"/>
          </w:tcPr>
          <w:p w14:paraId="0B9809AB" w14:textId="77777777" w:rsidR="004D7EB7" w:rsidRDefault="00000000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62B7A1D0" w14:textId="77777777" w:rsidR="004D7EB7" w:rsidRDefault="00000000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656" w:type="dxa"/>
            <w:shd w:val="clear" w:color="auto" w:fill="D9E2F3"/>
          </w:tcPr>
          <w:p w14:paraId="39C78759" w14:textId="77777777" w:rsidR="004D7EB7" w:rsidRDefault="00000000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4D7EB7" w14:paraId="7921DE71" w14:textId="77777777" w:rsidTr="00AF4E78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AC04788" w14:textId="77777777" w:rsidR="004D7EB7" w:rsidRDefault="00000000">
            <w:pPr>
              <w:jc w:val="center"/>
            </w:pPr>
            <w:r>
              <w:t>1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84ECFE" w14:textId="77777777" w:rsidR="004D7EB7" w:rsidRDefault="004D7EB7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F84BC24" w14:textId="77777777" w:rsidR="004D7EB7" w:rsidRDefault="004D7EB7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329242" w14:textId="77777777" w:rsidR="004D7EB7" w:rsidRDefault="004D7EB7"/>
        </w:tc>
      </w:tr>
      <w:tr w:rsidR="004D7EB7" w14:paraId="1A105B51" w14:textId="77777777" w:rsidTr="00AF4E78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5F878B" w14:textId="77777777" w:rsidR="004D7EB7" w:rsidRDefault="00000000">
            <w:pPr>
              <w:jc w:val="center"/>
            </w:pPr>
            <w:r>
              <w:t>2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2DFA7F4" w14:textId="77777777" w:rsidR="004D7EB7" w:rsidRDefault="004D7EB7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3B07EA" w14:textId="77777777" w:rsidR="004D7EB7" w:rsidRDefault="004D7EB7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AB98C3" w14:textId="77777777" w:rsidR="004D7EB7" w:rsidRDefault="004D7EB7"/>
        </w:tc>
      </w:tr>
      <w:tr w:rsidR="004D7EB7" w14:paraId="2FF42178" w14:textId="77777777" w:rsidTr="00AF4E78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8BEA2D" w14:textId="77777777" w:rsidR="004D7EB7" w:rsidRDefault="00000000">
            <w:pPr>
              <w:jc w:val="center"/>
            </w:pPr>
            <w:r>
              <w:t>3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A37939" w14:textId="77777777" w:rsidR="004D7EB7" w:rsidRDefault="004D7EB7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6E2E04" w14:textId="77777777" w:rsidR="004D7EB7" w:rsidRDefault="004D7EB7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E8182C" w14:textId="77777777" w:rsidR="004D7EB7" w:rsidRDefault="004D7EB7"/>
        </w:tc>
      </w:tr>
      <w:tr w:rsidR="004D7EB7" w14:paraId="51DA4855" w14:textId="77777777" w:rsidTr="00AF4E78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B4D3BE" w14:textId="77777777" w:rsidR="004D7EB7" w:rsidRDefault="00000000">
            <w:pPr>
              <w:jc w:val="center"/>
            </w:pPr>
            <w:r>
              <w:t>4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2C0BBD" w14:textId="77777777" w:rsidR="004D7EB7" w:rsidRDefault="004D7EB7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3CAF614" w14:textId="77777777" w:rsidR="004D7EB7" w:rsidRDefault="004D7EB7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4F1B62" w14:textId="77777777" w:rsidR="004D7EB7" w:rsidRDefault="004D7EB7"/>
        </w:tc>
      </w:tr>
      <w:tr w:rsidR="004D7EB7" w14:paraId="7D5EA0BB" w14:textId="77777777" w:rsidTr="00AF4E78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15B487" w14:textId="77777777" w:rsidR="004D7EB7" w:rsidRDefault="00000000">
            <w:pPr>
              <w:jc w:val="center"/>
            </w:pPr>
            <w:r>
              <w:t>5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BB7C1A" w14:textId="77777777" w:rsidR="004D7EB7" w:rsidRDefault="004D7EB7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94E236" w14:textId="77777777" w:rsidR="004D7EB7" w:rsidRDefault="004D7EB7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AB7199F" w14:textId="77777777" w:rsidR="004D7EB7" w:rsidRDefault="004D7EB7"/>
        </w:tc>
      </w:tr>
      <w:tr w:rsidR="004D7EB7" w14:paraId="15B5B446" w14:textId="77777777" w:rsidTr="00AF4E78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491A13" w14:textId="77777777" w:rsidR="004D7EB7" w:rsidRDefault="00000000">
            <w:pPr>
              <w:jc w:val="center"/>
            </w:pPr>
            <w:r>
              <w:t>6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7A135C" w14:textId="77777777" w:rsidR="004D7EB7" w:rsidRDefault="004D7EB7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457CB4" w14:textId="77777777" w:rsidR="004D7EB7" w:rsidRDefault="004D7EB7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CDB56B" w14:textId="77777777" w:rsidR="004D7EB7" w:rsidRDefault="004D7EB7"/>
        </w:tc>
      </w:tr>
      <w:tr w:rsidR="004D7EB7" w14:paraId="3346C2C1" w14:textId="77777777" w:rsidTr="00AF4E78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D19234" w14:textId="77777777" w:rsidR="004D7EB7" w:rsidRDefault="00000000">
            <w:pPr>
              <w:jc w:val="center"/>
            </w:pPr>
            <w:r>
              <w:t>7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E2DE9B" w14:textId="77777777" w:rsidR="004D7EB7" w:rsidRDefault="004D7EB7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82DB1D" w14:textId="77777777" w:rsidR="004D7EB7" w:rsidRDefault="004D7EB7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1CDC94" w14:textId="77777777" w:rsidR="004D7EB7" w:rsidRDefault="004D7EB7"/>
        </w:tc>
      </w:tr>
      <w:tr w:rsidR="004D7EB7" w14:paraId="7AD8E893" w14:textId="77777777" w:rsidTr="00AF4E78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AA274D" w14:textId="77777777" w:rsidR="004D7EB7" w:rsidRDefault="00000000">
            <w:pPr>
              <w:jc w:val="center"/>
            </w:pPr>
            <w:r>
              <w:t>8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B28FDC" w14:textId="77777777" w:rsidR="004D7EB7" w:rsidRDefault="004D7EB7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45D16C" w14:textId="77777777" w:rsidR="004D7EB7" w:rsidRDefault="004D7EB7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8008A7" w14:textId="77777777" w:rsidR="004D7EB7" w:rsidRDefault="004D7EB7"/>
        </w:tc>
      </w:tr>
      <w:tr w:rsidR="004D7EB7" w14:paraId="18D47AC7" w14:textId="77777777" w:rsidTr="00AF4E78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5F3D9F" w14:textId="77777777" w:rsidR="004D7EB7" w:rsidRDefault="00000000">
            <w:pPr>
              <w:jc w:val="center"/>
            </w:pPr>
            <w:r>
              <w:t>9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CBDE18" w14:textId="77777777" w:rsidR="004D7EB7" w:rsidRDefault="004D7EB7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1416C2" w14:textId="77777777" w:rsidR="004D7EB7" w:rsidRDefault="004D7EB7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B9FABA" w14:textId="77777777" w:rsidR="004D7EB7" w:rsidRDefault="004D7EB7"/>
        </w:tc>
      </w:tr>
      <w:tr w:rsidR="004D7EB7" w14:paraId="12321BFC" w14:textId="77777777" w:rsidTr="00AF4E78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76E987" w14:textId="77777777" w:rsidR="004D7EB7" w:rsidRDefault="00000000">
            <w:pPr>
              <w:jc w:val="center"/>
            </w:pPr>
            <w:r>
              <w:t>10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E9B397" w14:textId="77777777" w:rsidR="004D7EB7" w:rsidRDefault="004D7EB7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9B6FA3" w14:textId="77777777" w:rsidR="004D7EB7" w:rsidRDefault="004D7EB7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169A81" w14:textId="77777777" w:rsidR="004D7EB7" w:rsidRDefault="004D7EB7"/>
        </w:tc>
      </w:tr>
      <w:tr w:rsidR="004D7EB7" w14:paraId="22F5F48B" w14:textId="77777777" w:rsidTr="00AF4E78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7685336" w14:textId="77777777" w:rsidR="004D7EB7" w:rsidRDefault="00000000">
            <w:pPr>
              <w:jc w:val="center"/>
            </w:pPr>
            <w:r>
              <w:t>11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4D0F17" w14:textId="77777777" w:rsidR="004D7EB7" w:rsidRDefault="004D7EB7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F48C257" w14:textId="77777777" w:rsidR="004D7EB7" w:rsidRDefault="004D7EB7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546D67" w14:textId="77777777" w:rsidR="004D7EB7" w:rsidRDefault="004D7EB7"/>
        </w:tc>
      </w:tr>
      <w:tr w:rsidR="004D7EB7" w14:paraId="597AA947" w14:textId="77777777" w:rsidTr="00AF4E78">
        <w:tc>
          <w:tcPr>
            <w:tcW w:w="91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0B33018" w14:textId="77777777" w:rsidR="004D7EB7" w:rsidRDefault="00000000">
            <w:pPr>
              <w:jc w:val="center"/>
            </w:pPr>
            <w:r>
              <w:t>12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48DA05" w14:textId="77777777" w:rsidR="004D7EB7" w:rsidRDefault="004D7EB7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E0A85D" w14:textId="77777777" w:rsidR="004D7EB7" w:rsidRDefault="004D7EB7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3A7DA9F" w14:textId="77777777" w:rsidR="004D7EB7" w:rsidRDefault="004D7EB7"/>
        </w:tc>
      </w:tr>
    </w:tbl>
    <w:p w14:paraId="51BCE661" w14:textId="51413EA0" w:rsidR="004D7EB7" w:rsidRDefault="004D7EB7" w:rsidP="00AF4E78">
      <w:pPr>
        <w:spacing w:before="160"/>
        <w:jc w:val="center"/>
      </w:pPr>
    </w:p>
    <w:sectPr w:rsidR="004D7EB7" w:rsidSect="00AF4E78">
      <w:footerReference w:type="default" r:id="rId12"/>
      <w:pgSz w:w="12240" w:h="15840"/>
      <w:pgMar w:top="648" w:right="648" w:bottom="432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B2429" w14:textId="77777777" w:rsidR="00E00AEC" w:rsidRDefault="00E00AEC" w:rsidP="00AF4E78">
      <w:pPr>
        <w:spacing w:after="0" w:line="240" w:lineRule="auto"/>
      </w:pPr>
      <w:r>
        <w:separator/>
      </w:r>
    </w:p>
  </w:endnote>
  <w:endnote w:type="continuationSeparator" w:id="0">
    <w:p w14:paraId="41D03525" w14:textId="77777777" w:rsidR="00E00AEC" w:rsidRDefault="00E00AEC" w:rsidP="00AF4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C9CDD" w14:textId="77777777" w:rsidR="00AF4E78" w:rsidRDefault="00AF4E78" w:rsidP="00AF4E78">
    <w:pPr>
      <w:spacing w:before="160"/>
      <w:jc w:val="center"/>
    </w:pPr>
    <w:r>
      <w:rPr>
        <w:color w:val="6E6E6E"/>
        <w:sz w:val="16"/>
      </w:rPr>
      <w:t>Respiratory Protection Toolbox Talk | COMPANY</w:t>
    </w:r>
  </w:p>
  <w:p w14:paraId="4A82E798" w14:textId="77777777" w:rsidR="00AF4E78" w:rsidRDefault="00AF4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1CF5C" w14:textId="77777777" w:rsidR="00E00AEC" w:rsidRDefault="00E00AEC" w:rsidP="00AF4E78">
      <w:pPr>
        <w:spacing w:after="0" w:line="240" w:lineRule="auto"/>
      </w:pPr>
      <w:r>
        <w:separator/>
      </w:r>
    </w:p>
  </w:footnote>
  <w:footnote w:type="continuationSeparator" w:id="0">
    <w:p w14:paraId="70EFADAB" w14:textId="77777777" w:rsidR="00E00AEC" w:rsidRDefault="00E00AEC" w:rsidP="00AF4E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736260">
    <w:abstractNumId w:val="8"/>
  </w:num>
  <w:num w:numId="2" w16cid:durableId="1336349035">
    <w:abstractNumId w:val="6"/>
  </w:num>
  <w:num w:numId="3" w16cid:durableId="1412503241">
    <w:abstractNumId w:val="5"/>
  </w:num>
  <w:num w:numId="4" w16cid:durableId="1741513782">
    <w:abstractNumId w:val="4"/>
  </w:num>
  <w:num w:numId="5" w16cid:durableId="303773291">
    <w:abstractNumId w:val="7"/>
  </w:num>
  <w:num w:numId="6" w16cid:durableId="1621179369">
    <w:abstractNumId w:val="3"/>
  </w:num>
  <w:num w:numId="7" w16cid:durableId="1585996955">
    <w:abstractNumId w:val="2"/>
  </w:num>
  <w:num w:numId="8" w16cid:durableId="773287414">
    <w:abstractNumId w:val="1"/>
  </w:num>
  <w:num w:numId="9" w16cid:durableId="307131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488"/>
    <w:rsid w:val="0029639D"/>
    <w:rsid w:val="00326F90"/>
    <w:rsid w:val="004D7EB7"/>
    <w:rsid w:val="006249B3"/>
    <w:rsid w:val="00913772"/>
    <w:rsid w:val="00AA1D8D"/>
    <w:rsid w:val="00AF4E78"/>
    <w:rsid w:val="00B47730"/>
    <w:rsid w:val="00CB0664"/>
    <w:rsid w:val="00DE4112"/>
    <w:rsid w:val="00E00A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CDFA8D2-18B7-410C-902C-31BF92D0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B6F802-0E68-4E42-9206-F742BF74F941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546385-A53F-4EC4-9A49-0B1C52645D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CCC291-6A3A-4455-A86B-02C3E1410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440</Words>
  <Characters>2634</Characters>
  <Application>Microsoft Office Word</Application>
  <DocSecurity>0</DocSecurity>
  <Lines>131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5</cp:revision>
  <dcterms:created xsi:type="dcterms:W3CDTF">2013-12-23T23:15:00Z</dcterms:created>
  <dcterms:modified xsi:type="dcterms:W3CDTF">2026-08-28T12:50:00Z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</Properties>
</file>