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72"/>
        <w:gridCol w:w="5472"/>
      </w:tblGrid>
      <w:tr w:rsidR="00255490" w14:paraId="5A7341F7" w14:textId="77777777" w:rsidTr="00774E98">
        <w:tc>
          <w:tcPr>
            <w:tcW w:w="5472" w:type="dxa"/>
            <w:shd w:val="clear" w:color="auto" w:fill="1F4E79"/>
            <w:tcMar>
              <w:top w:w="90" w:type="dxa"/>
              <w:left w:w="100" w:type="dxa"/>
              <w:bottom w:w="90" w:type="dxa"/>
              <w:right w:w="100" w:type="dxa"/>
            </w:tcMar>
            <w:vAlign w:val="center"/>
          </w:tcPr>
          <w:p w14:paraId="526625D6" w14:textId="77777777" w:rsidR="00255490" w:rsidRDefault="00000000" w:rsidP="006C454E">
            <w:pPr>
              <w:jc w:val="center"/>
            </w:pPr>
            <w:r>
              <w:rPr>
                <w:b/>
                <w:color w:val="FFFFFF"/>
                <w:sz w:val="32"/>
              </w:rPr>
              <w:t>HEAT STRESS</w:t>
            </w:r>
            <w:r>
              <w:rPr>
                <w:b/>
                <w:color w:val="FFFFFF"/>
                <w:sz w:val="32"/>
              </w:rPr>
              <w:br/>
              <w:t>TOOLBOX TALK</w:t>
            </w:r>
          </w:p>
        </w:tc>
        <w:tc>
          <w:tcPr>
            <w:tcW w:w="5472" w:type="dxa"/>
            <w:tcMar>
              <w:top w:w="50" w:type="dxa"/>
              <w:left w:w="100" w:type="dxa"/>
              <w:bottom w:w="40" w:type="dxa"/>
              <w:right w:w="100" w:type="dxa"/>
            </w:tcMar>
          </w:tcPr>
          <w:p w14:paraId="33C65337" w14:textId="77777777" w:rsidR="00255490" w:rsidRDefault="00000000">
            <w:pPr>
              <w:jc w:val="center"/>
            </w:pPr>
            <w:r>
              <w:rPr>
                <w:noProof/>
              </w:rPr>
              <w:drawing>
                <wp:inline distT="0" distB="0" distL="0" distR="0" wp14:anchorId="74914CE8" wp14:editId="0540613D">
                  <wp:extent cx="1920240" cy="585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11"/>
                          <a:stretch>
                            <a:fillRect/>
                          </a:stretch>
                        </pic:blipFill>
                        <pic:spPr>
                          <a:xfrm>
                            <a:off x="0" y="0"/>
                            <a:ext cx="1920240" cy="585686"/>
                          </a:xfrm>
                          <a:prstGeom prst="rect">
                            <a:avLst/>
                          </a:prstGeom>
                        </pic:spPr>
                      </pic:pic>
                    </a:graphicData>
                  </a:graphic>
                </wp:inline>
              </w:drawing>
            </w:r>
          </w:p>
        </w:tc>
      </w:tr>
    </w:tbl>
    <w:p w14:paraId="72C2CE4D" w14:textId="77777777" w:rsidR="00FD04B4" w:rsidRDefault="00FD04B4" w:rsidP="006C454E">
      <w:pPr>
        <w:spacing w:after="100"/>
        <w:rPr>
          <w:b/>
        </w:rPr>
      </w:pPr>
    </w:p>
    <w:p w14:paraId="12B68A88" w14:textId="3E5C3750" w:rsidR="00255490" w:rsidRDefault="00000000" w:rsidP="006C454E">
      <w:pPr>
        <w:spacing w:after="100"/>
      </w:pPr>
      <w:r>
        <w:rPr>
          <w:b/>
        </w:rPr>
        <w:t>Heat exposure can cause serious illness. Know the warning signs, drink water often, and act quickly when someone shows symptoms.</w:t>
      </w:r>
    </w:p>
    <w:tbl>
      <w:tblPr>
        <w:tblStyle w:val="TableGrid"/>
        <w:tblW w:w="0" w:type="auto"/>
        <w:jc w:val="center"/>
        <w:tblLayout w:type="fixed"/>
        <w:tblLook w:val="04A0" w:firstRow="1" w:lastRow="0" w:firstColumn="1" w:lastColumn="0" w:noHBand="0" w:noVBand="1"/>
      </w:tblPr>
      <w:tblGrid>
        <w:gridCol w:w="2430"/>
        <w:gridCol w:w="4050"/>
        <w:gridCol w:w="4406"/>
      </w:tblGrid>
      <w:tr w:rsidR="008C4BFE" w14:paraId="0A657BE8" w14:textId="77777777" w:rsidTr="00B27436">
        <w:trPr>
          <w:jc w:val="center"/>
        </w:trPr>
        <w:tc>
          <w:tcPr>
            <w:tcW w:w="2430" w:type="dxa"/>
            <w:shd w:val="clear" w:color="auto" w:fill="EAF2F8"/>
            <w:tcMar>
              <w:top w:w="55" w:type="dxa"/>
              <w:left w:w="90" w:type="dxa"/>
              <w:bottom w:w="55" w:type="dxa"/>
              <w:right w:w="90" w:type="dxa"/>
            </w:tcMar>
          </w:tcPr>
          <w:p w14:paraId="6093110D" w14:textId="77777777" w:rsidR="008C4BFE" w:rsidRDefault="008C4BFE" w:rsidP="00B27436">
            <w:r>
              <w:rPr>
                <w:b/>
                <w:sz w:val="18"/>
              </w:rPr>
              <w:t>Date</w:t>
            </w:r>
          </w:p>
        </w:tc>
        <w:tc>
          <w:tcPr>
            <w:tcW w:w="4050" w:type="dxa"/>
            <w:shd w:val="clear" w:color="auto" w:fill="EAF2F8"/>
            <w:tcMar>
              <w:top w:w="55" w:type="dxa"/>
              <w:left w:w="90" w:type="dxa"/>
              <w:bottom w:w="55" w:type="dxa"/>
              <w:right w:w="90" w:type="dxa"/>
            </w:tcMar>
          </w:tcPr>
          <w:p w14:paraId="05020B5C" w14:textId="77777777" w:rsidR="008C4BFE" w:rsidRDefault="008C4BFE" w:rsidP="00B27436">
            <w:r>
              <w:rPr>
                <w:b/>
                <w:sz w:val="18"/>
              </w:rPr>
              <w:t>Project / Location</w:t>
            </w:r>
          </w:p>
        </w:tc>
        <w:tc>
          <w:tcPr>
            <w:tcW w:w="4406" w:type="dxa"/>
            <w:shd w:val="clear" w:color="auto" w:fill="EAF2F8"/>
            <w:tcMar>
              <w:top w:w="55" w:type="dxa"/>
              <w:left w:w="90" w:type="dxa"/>
              <w:bottom w:w="55" w:type="dxa"/>
              <w:right w:w="90" w:type="dxa"/>
            </w:tcMar>
          </w:tcPr>
          <w:p w14:paraId="3A7A8C4F" w14:textId="77777777" w:rsidR="008C4BFE" w:rsidRDefault="008C4BFE" w:rsidP="00B27436">
            <w:r>
              <w:rPr>
                <w:b/>
                <w:sz w:val="18"/>
              </w:rPr>
              <w:t>Instructor</w:t>
            </w:r>
          </w:p>
        </w:tc>
      </w:tr>
      <w:tr w:rsidR="008C4BFE" w14:paraId="7F8FAD50" w14:textId="77777777" w:rsidTr="00B27436">
        <w:trPr>
          <w:jc w:val="center"/>
        </w:trPr>
        <w:tc>
          <w:tcPr>
            <w:tcW w:w="2430" w:type="dxa"/>
            <w:tcMar>
              <w:top w:w="65" w:type="dxa"/>
              <w:left w:w="90" w:type="dxa"/>
              <w:bottom w:w="65" w:type="dxa"/>
              <w:right w:w="90" w:type="dxa"/>
            </w:tcMar>
          </w:tcPr>
          <w:p w14:paraId="724F3883" w14:textId="77777777" w:rsidR="008C4BFE" w:rsidRDefault="008C4BFE" w:rsidP="00B27436"/>
        </w:tc>
        <w:tc>
          <w:tcPr>
            <w:tcW w:w="4050" w:type="dxa"/>
            <w:tcMar>
              <w:top w:w="65" w:type="dxa"/>
              <w:left w:w="90" w:type="dxa"/>
              <w:bottom w:w="65" w:type="dxa"/>
              <w:right w:w="90" w:type="dxa"/>
            </w:tcMar>
          </w:tcPr>
          <w:p w14:paraId="6437F37F" w14:textId="77777777" w:rsidR="008C4BFE" w:rsidRDefault="008C4BFE" w:rsidP="00B27436"/>
        </w:tc>
        <w:tc>
          <w:tcPr>
            <w:tcW w:w="4406" w:type="dxa"/>
            <w:tcMar>
              <w:top w:w="65" w:type="dxa"/>
              <w:left w:w="90" w:type="dxa"/>
              <w:bottom w:w="65" w:type="dxa"/>
              <w:right w:w="90" w:type="dxa"/>
            </w:tcMar>
          </w:tcPr>
          <w:p w14:paraId="51853D5B" w14:textId="77777777" w:rsidR="008C4BFE" w:rsidRDefault="008C4BFE" w:rsidP="00B27436"/>
        </w:tc>
      </w:tr>
    </w:tbl>
    <w:p w14:paraId="29CF7F8A" w14:textId="40533D76" w:rsidR="00255490" w:rsidRDefault="00000000">
      <w:pPr>
        <w:spacing w:before="40" w:after="0"/>
      </w:pPr>
      <w:r>
        <w:rPr>
          <w:b/>
          <w:sz w:val="24"/>
        </w:rPr>
        <w:t>Introduction</w:t>
      </w:r>
    </w:p>
    <w:p w14:paraId="185C8EE0" w14:textId="77777777" w:rsidR="00255490" w:rsidRDefault="00000000">
      <w:pPr>
        <w:spacing w:after="20"/>
      </w:pPr>
      <w:r>
        <w:t>Open with: “Today’s safety topic is heat stress. Working in high temperatures, humidity, direct sun, and physically demanding conditions can lead to heat illness.”</w:t>
      </w:r>
    </w:p>
    <w:p w14:paraId="0C052EE7" w14:textId="77777777" w:rsidR="00774E98" w:rsidRDefault="00774E98">
      <w:pPr>
        <w:spacing w:after="20"/>
      </w:pPr>
    </w:p>
    <w:p w14:paraId="31E1F4A1" w14:textId="77777777" w:rsidR="00255490" w:rsidRDefault="00000000">
      <w:pPr>
        <w:spacing w:after="20"/>
      </w:pPr>
      <w:r>
        <w:rPr>
          <w:b/>
        </w:rPr>
        <w:t xml:space="preserve">Key Points: </w:t>
      </w:r>
      <w:r>
        <w:t>Heat stroke is the most serious heat illness. Heat exhaustion, heat cramps, and heat rash should also be prevented. Early recognition and quick action are critical.</w:t>
      </w:r>
    </w:p>
    <w:p w14:paraId="36E80BA5" w14:textId="77777777" w:rsidR="00FD04B4" w:rsidRDefault="00FD04B4">
      <w:pPr>
        <w:spacing w:before="40" w:after="0"/>
        <w:rPr>
          <w:b/>
          <w:sz w:val="24"/>
        </w:rPr>
      </w:pPr>
    </w:p>
    <w:p w14:paraId="44728261" w14:textId="367162CC" w:rsidR="00255490" w:rsidRDefault="00000000">
      <w:pPr>
        <w:spacing w:before="40" w:after="0"/>
      </w:pPr>
      <w:r>
        <w:rPr>
          <w:b/>
          <w:sz w:val="24"/>
        </w:rPr>
        <w:t>Why It Matters</w:t>
      </w:r>
    </w:p>
    <w:p w14:paraId="78009E6C" w14:textId="77777777" w:rsidR="00255490" w:rsidRDefault="00000000">
      <w:pPr>
        <w:spacing w:after="0"/>
      </w:pPr>
      <w:r>
        <w:t>Heat illness risk increases when employees perform heavy physical work in hot or humid conditions, especially with direct sun, little air movement, low fluid intake, or limited recent exposure to hot work.</w:t>
      </w:r>
    </w:p>
    <w:p w14:paraId="4ACA979C" w14:textId="77777777" w:rsidR="00255490" w:rsidRDefault="00000000">
      <w:pPr>
        <w:pStyle w:val="ListBullet"/>
        <w:spacing w:after="0"/>
      </w:pPr>
      <w:r>
        <w:t>Heat exhaustion can cause headache, dizziness, weakness, wet skin, irritability, confusion, thirst, nausea, or vomiting.</w:t>
      </w:r>
    </w:p>
    <w:p w14:paraId="5927179C" w14:textId="77777777" w:rsidR="00255490" w:rsidRDefault="00000000">
      <w:pPr>
        <w:pStyle w:val="ListBullet"/>
        <w:spacing w:after="0"/>
      </w:pPr>
      <w:r>
        <w:t>Heat stroke may cause confusion, collapse, loss of consciousness, or seizures.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44"/>
      </w:tblGrid>
      <w:tr w:rsidR="00255490" w14:paraId="5BD6BCAB" w14:textId="77777777" w:rsidTr="008C4BFE">
        <w:tc>
          <w:tcPr>
            <w:tcW w:w="10944" w:type="dxa"/>
            <w:shd w:val="clear" w:color="auto" w:fill="FFF2CC"/>
            <w:tcMar>
              <w:top w:w="80" w:type="dxa"/>
              <w:left w:w="90" w:type="dxa"/>
              <w:bottom w:w="80" w:type="dxa"/>
              <w:right w:w="90" w:type="dxa"/>
            </w:tcMar>
          </w:tcPr>
          <w:p w14:paraId="4BC190A4" w14:textId="77777777" w:rsidR="00255490" w:rsidRDefault="00000000">
            <w:r>
              <w:rPr>
                <w:b/>
              </w:rPr>
              <w:t>Quick Engagement Question: “What conditions or tasks on our job today could increase the risk of heat stress?”</w:t>
            </w:r>
          </w:p>
        </w:tc>
      </w:tr>
    </w:tbl>
    <w:p w14:paraId="5810C4D6" w14:textId="77777777" w:rsidR="00255490" w:rsidRDefault="00000000">
      <w:pPr>
        <w:spacing w:before="40" w:after="0"/>
      </w:pPr>
      <w:r>
        <w:rPr>
          <w:b/>
          <w:sz w:val="24"/>
        </w:rPr>
        <w:t>Recognizing Heat Illness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8"/>
        <w:gridCol w:w="3648"/>
        <w:gridCol w:w="3648"/>
      </w:tblGrid>
      <w:tr w:rsidR="00255490" w14:paraId="4F42D2DA" w14:textId="77777777" w:rsidTr="008C4BFE">
        <w:tc>
          <w:tcPr>
            <w:tcW w:w="3648" w:type="dxa"/>
            <w:shd w:val="clear" w:color="auto" w:fill="EAF2F8"/>
            <w:tcMar>
              <w:top w:w="80" w:type="dxa"/>
              <w:left w:w="90" w:type="dxa"/>
              <w:bottom w:w="80" w:type="dxa"/>
              <w:right w:w="90" w:type="dxa"/>
            </w:tcMar>
          </w:tcPr>
          <w:p w14:paraId="165C21FB" w14:textId="77777777" w:rsidR="00255490" w:rsidRDefault="00000000">
            <w:pPr>
              <w:spacing w:after="20"/>
            </w:pPr>
            <w:r>
              <w:rPr>
                <w:b/>
                <w:u w:val="single"/>
              </w:rPr>
              <w:t>Heat Exhaustion</w:t>
            </w:r>
          </w:p>
          <w:p w14:paraId="679064A9" w14:textId="77777777" w:rsidR="00255490" w:rsidRDefault="00000000">
            <w:pPr>
              <w:pStyle w:val="ListBullet"/>
              <w:spacing w:after="0"/>
            </w:pPr>
            <w:r>
              <w:t>Headache, dizziness, or fainting.</w:t>
            </w:r>
          </w:p>
          <w:p w14:paraId="2972965D" w14:textId="77777777" w:rsidR="00255490" w:rsidRDefault="00000000">
            <w:pPr>
              <w:pStyle w:val="ListBullet"/>
              <w:spacing w:after="0"/>
            </w:pPr>
            <w:r>
              <w:t>Weakness and wet skin.</w:t>
            </w:r>
          </w:p>
          <w:p w14:paraId="2BFF4800" w14:textId="77777777" w:rsidR="00255490" w:rsidRDefault="00000000">
            <w:pPr>
              <w:pStyle w:val="ListBullet"/>
              <w:spacing w:after="0"/>
            </w:pPr>
            <w:r>
              <w:t>Thirst, nausea, or vomiting.</w:t>
            </w:r>
          </w:p>
        </w:tc>
        <w:tc>
          <w:tcPr>
            <w:tcW w:w="3648" w:type="dxa"/>
            <w:shd w:val="clear" w:color="auto" w:fill="FCE4D6"/>
            <w:tcMar>
              <w:top w:w="80" w:type="dxa"/>
              <w:left w:w="90" w:type="dxa"/>
              <w:bottom w:w="80" w:type="dxa"/>
              <w:right w:w="90" w:type="dxa"/>
            </w:tcMar>
          </w:tcPr>
          <w:p w14:paraId="7B79F626" w14:textId="77777777" w:rsidR="00255490" w:rsidRDefault="00000000">
            <w:pPr>
              <w:spacing w:after="20"/>
            </w:pPr>
            <w:r>
              <w:rPr>
                <w:b/>
                <w:u w:val="single"/>
              </w:rPr>
              <w:t>Heat Stroke</w:t>
            </w:r>
          </w:p>
          <w:p w14:paraId="10E4FAF5" w14:textId="77777777" w:rsidR="00255490" w:rsidRDefault="00000000">
            <w:pPr>
              <w:pStyle w:val="ListBullet"/>
              <w:spacing w:after="0"/>
            </w:pPr>
            <w:r>
              <w:t>Confusion or inability to think clearly.</w:t>
            </w:r>
          </w:p>
          <w:p w14:paraId="3B7C32E4" w14:textId="77777777" w:rsidR="00255490" w:rsidRDefault="00000000">
            <w:pPr>
              <w:pStyle w:val="ListBullet"/>
              <w:spacing w:after="0"/>
            </w:pPr>
            <w:r>
              <w:t>Collapse, passing out, or seizures.</w:t>
            </w:r>
          </w:p>
          <w:p w14:paraId="26B91CE9" w14:textId="77777777" w:rsidR="00255490" w:rsidRDefault="00000000">
            <w:pPr>
              <w:pStyle w:val="ListBullet"/>
              <w:spacing w:after="0"/>
            </w:pPr>
            <w:r>
              <w:t>May stop sweating.</w:t>
            </w:r>
          </w:p>
        </w:tc>
        <w:tc>
          <w:tcPr>
            <w:tcW w:w="3648" w:type="dxa"/>
            <w:shd w:val="clear" w:color="auto" w:fill="EAF2F8"/>
            <w:tcMar>
              <w:top w:w="80" w:type="dxa"/>
              <w:left w:w="90" w:type="dxa"/>
              <w:bottom w:w="80" w:type="dxa"/>
              <w:right w:w="90" w:type="dxa"/>
            </w:tcMar>
          </w:tcPr>
          <w:p w14:paraId="2696E672" w14:textId="77777777" w:rsidR="00255490" w:rsidRDefault="00000000">
            <w:pPr>
              <w:spacing w:after="20"/>
            </w:pPr>
            <w:r>
              <w:rPr>
                <w:b/>
                <w:u w:val="single"/>
              </w:rPr>
              <w:t>Risk Factors</w:t>
            </w:r>
          </w:p>
          <w:p w14:paraId="0613680D" w14:textId="77777777" w:rsidR="00255490" w:rsidRDefault="00000000">
            <w:pPr>
              <w:pStyle w:val="ListBullet"/>
              <w:spacing w:after="0"/>
            </w:pPr>
            <w:r>
              <w:t>High heat/humidity or direct sun.</w:t>
            </w:r>
          </w:p>
          <w:p w14:paraId="318B7CE3" w14:textId="77777777" w:rsidR="00255490" w:rsidRDefault="00000000">
            <w:pPr>
              <w:pStyle w:val="ListBullet"/>
              <w:spacing w:after="0"/>
            </w:pPr>
            <w:r>
              <w:t>Heavy physical labor or low liquid intake.</w:t>
            </w:r>
          </w:p>
        </w:tc>
      </w:tr>
    </w:tbl>
    <w:p w14:paraId="519FCC7C" w14:textId="77777777" w:rsidR="00255490" w:rsidRDefault="00000000">
      <w:pPr>
        <w:spacing w:before="40" w:after="0"/>
      </w:pPr>
      <w:r>
        <w:rPr>
          <w:b/>
          <w:sz w:val="24"/>
        </w:rPr>
        <w:t>Preventing Heat Stress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8"/>
        <w:gridCol w:w="3648"/>
        <w:gridCol w:w="3648"/>
      </w:tblGrid>
      <w:tr w:rsidR="00255490" w14:paraId="01EB729E" w14:textId="77777777" w:rsidTr="00EC2A33">
        <w:tc>
          <w:tcPr>
            <w:tcW w:w="3648" w:type="dxa"/>
            <w:shd w:val="clear" w:color="auto" w:fill="EAF2F8"/>
            <w:tcMar>
              <w:top w:w="80" w:type="dxa"/>
              <w:left w:w="90" w:type="dxa"/>
              <w:bottom w:w="80" w:type="dxa"/>
              <w:right w:w="90" w:type="dxa"/>
            </w:tcMar>
          </w:tcPr>
          <w:p w14:paraId="7A74A256" w14:textId="77777777" w:rsidR="00255490" w:rsidRDefault="00000000">
            <w:pPr>
              <w:spacing w:after="20"/>
            </w:pPr>
            <w:r>
              <w:rPr>
                <w:b/>
                <w:u w:val="single"/>
              </w:rPr>
              <w:t>Hydrate</w:t>
            </w:r>
          </w:p>
          <w:p w14:paraId="6784AFA8" w14:textId="77777777" w:rsidR="00255490" w:rsidRDefault="00000000">
            <w:pPr>
              <w:pStyle w:val="ListBullet"/>
              <w:spacing w:after="0"/>
            </w:pPr>
            <w:r>
              <w:t>Drink often and before you feel thirsty.</w:t>
            </w:r>
          </w:p>
          <w:p w14:paraId="6853A7F4" w14:textId="77777777" w:rsidR="00255490" w:rsidRDefault="00000000">
            <w:pPr>
              <w:pStyle w:val="ListBullet"/>
              <w:spacing w:after="0"/>
            </w:pPr>
            <w:r>
              <w:t>Keep cool water close to the work area.</w:t>
            </w:r>
          </w:p>
        </w:tc>
        <w:tc>
          <w:tcPr>
            <w:tcW w:w="3648" w:type="dxa"/>
            <w:shd w:val="clear" w:color="auto" w:fill="EAF2F8"/>
            <w:tcMar>
              <w:top w:w="80" w:type="dxa"/>
              <w:left w:w="90" w:type="dxa"/>
              <w:bottom w:w="80" w:type="dxa"/>
              <w:right w:w="90" w:type="dxa"/>
            </w:tcMar>
          </w:tcPr>
          <w:p w14:paraId="6C5F395E" w14:textId="77777777" w:rsidR="00255490" w:rsidRDefault="00000000">
            <w:pPr>
              <w:spacing w:after="20"/>
            </w:pPr>
            <w:r>
              <w:rPr>
                <w:b/>
                <w:u w:val="single"/>
              </w:rPr>
              <w:t>Rest &amp; Cool Down</w:t>
            </w:r>
          </w:p>
          <w:p w14:paraId="1C28C369" w14:textId="77777777" w:rsidR="00255490" w:rsidRDefault="00000000">
            <w:pPr>
              <w:pStyle w:val="ListBullet"/>
              <w:spacing w:after="0"/>
            </w:pPr>
            <w:r>
              <w:t>Take frequent rest and water breaks.</w:t>
            </w:r>
          </w:p>
          <w:p w14:paraId="62DD5B26" w14:textId="77777777" w:rsidR="00255490" w:rsidRDefault="00000000">
            <w:pPr>
              <w:pStyle w:val="ListBullet"/>
              <w:spacing w:after="0"/>
            </w:pPr>
            <w:r>
              <w:t>Use shaded or air-conditioned areas when available.</w:t>
            </w:r>
          </w:p>
        </w:tc>
        <w:tc>
          <w:tcPr>
            <w:tcW w:w="3648" w:type="dxa"/>
            <w:shd w:val="clear" w:color="auto" w:fill="EAF2F8"/>
            <w:tcMar>
              <w:top w:w="80" w:type="dxa"/>
              <w:left w:w="90" w:type="dxa"/>
              <w:bottom w:w="80" w:type="dxa"/>
              <w:right w:w="90" w:type="dxa"/>
            </w:tcMar>
          </w:tcPr>
          <w:p w14:paraId="60FEAFFF" w14:textId="77777777" w:rsidR="00255490" w:rsidRDefault="00000000">
            <w:pPr>
              <w:spacing w:after="20"/>
            </w:pPr>
            <w:r>
              <w:rPr>
                <w:b/>
                <w:u w:val="single"/>
              </w:rPr>
              <w:t>Watch Each Other</w:t>
            </w:r>
          </w:p>
          <w:p w14:paraId="25B2B8C2" w14:textId="77777777" w:rsidR="00255490" w:rsidRDefault="00000000">
            <w:pPr>
              <w:pStyle w:val="ListBullet"/>
              <w:spacing w:after="0"/>
            </w:pPr>
            <w:r>
              <w:t>Know the signs and symptoms.</w:t>
            </w:r>
          </w:p>
          <w:p w14:paraId="5466AC43" w14:textId="77777777" w:rsidR="00255490" w:rsidRDefault="00000000">
            <w:pPr>
              <w:pStyle w:val="ListBullet"/>
              <w:spacing w:after="0"/>
            </w:pPr>
            <w:r>
              <w:t>Monitor yourself and use a buddy system.</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44"/>
      </w:tblGrid>
      <w:tr w:rsidR="00255490" w14:paraId="3DA0C819" w14:textId="77777777" w:rsidTr="00EC2A33">
        <w:tc>
          <w:tcPr>
            <w:tcW w:w="10944" w:type="dxa"/>
            <w:shd w:val="clear" w:color="auto" w:fill="EDEDED"/>
            <w:tcMar>
              <w:top w:w="80" w:type="dxa"/>
              <w:left w:w="90" w:type="dxa"/>
              <w:bottom w:w="80" w:type="dxa"/>
              <w:right w:w="90" w:type="dxa"/>
            </w:tcMar>
          </w:tcPr>
          <w:p w14:paraId="4098B692" w14:textId="0E286C5D" w:rsidR="00255490" w:rsidRDefault="00000000">
            <w:r>
              <w:rPr>
                <w:b/>
              </w:rPr>
              <w:t xml:space="preserve">Mini Scenario: </w:t>
            </w:r>
            <w:r>
              <w:t>“A coworker becomes dizzy, weak, and confused while working in the heat. What should you do right away?”</w:t>
            </w:r>
          </w:p>
        </w:tc>
      </w:tr>
    </w:tbl>
    <w:p w14:paraId="5C293561" w14:textId="77777777" w:rsidR="00255490" w:rsidRDefault="00000000">
      <w:pPr>
        <w:spacing w:before="40" w:after="0"/>
      </w:pPr>
      <w:r>
        <w:rPr>
          <w:b/>
          <w:sz w:val="24"/>
        </w:rPr>
        <w:t>When a Worker Becomes Ill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8"/>
        <w:gridCol w:w="3648"/>
        <w:gridCol w:w="3648"/>
      </w:tblGrid>
      <w:tr w:rsidR="00255490" w14:paraId="7AD5FFD5" w14:textId="77777777" w:rsidTr="0094467C">
        <w:tc>
          <w:tcPr>
            <w:tcW w:w="3648" w:type="dxa"/>
            <w:shd w:val="clear" w:color="auto" w:fill="FCE4D6"/>
            <w:tcMar>
              <w:top w:w="80" w:type="dxa"/>
              <w:left w:w="90" w:type="dxa"/>
              <w:bottom w:w="80" w:type="dxa"/>
              <w:right w:w="90" w:type="dxa"/>
            </w:tcMar>
          </w:tcPr>
          <w:p w14:paraId="33F1C353" w14:textId="77777777" w:rsidR="00255490" w:rsidRDefault="00000000">
            <w:pPr>
              <w:spacing w:after="20"/>
            </w:pPr>
            <w:r>
              <w:rPr>
                <w:b/>
                <w:u w:val="single"/>
              </w:rPr>
              <w:t>Get Help</w:t>
            </w:r>
          </w:p>
          <w:p w14:paraId="5CDF0F02" w14:textId="77777777" w:rsidR="00255490" w:rsidRDefault="00000000">
            <w:pPr>
              <w:pStyle w:val="ListBullet"/>
              <w:spacing w:after="0"/>
            </w:pPr>
            <w:r>
              <w:t>Call the supervisor for help.</w:t>
            </w:r>
          </w:p>
          <w:p w14:paraId="744FA0FB" w14:textId="77777777" w:rsidR="00255490" w:rsidRDefault="00000000">
            <w:pPr>
              <w:pStyle w:val="ListBullet"/>
              <w:spacing w:after="0"/>
            </w:pPr>
            <w:r>
              <w:t>If not alert or confused, call 911 immediately.</w:t>
            </w:r>
          </w:p>
          <w:p w14:paraId="2DDFB48C" w14:textId="77777777" w:rsidR="00255490" w:rsidRDefault="00000000">
            <w:pPr>
              <w:pStyle w:val="ListBullet"/>
              <w:spacing w:after="0"/>
            </w:pPr>
            <w:r>
              <w:t>Do not leave the worker alone.</w:t>
            </w:r>
          </w:p>
        </w:tc>
        <w:tc>
          <w:tcPr>
            <w:tcW w:w="3648" w:type="dxa"/>
            <w:shd w:val="clear" w:color="auto" w:fill="EAF2F8"/>
            <w:tcMar>
              <w:top w:w="80" w:type="dxa"/>
              <w:left w:w="90" w:type="dxa"/>
              <w:bottom w:w="80" w:type="dxa"/>
              <w:right w:w="90" w:type="dxa"/>
            </w:tcMar>
          </w:tcPr>
          <w:p w14:paraId="7A1E1FF8" w14:textId="77777777" w:rsidR="00255490" w:rsidRDefault="00000000">
            <w:pPr>
              <w:spacing w:after="20"/>
            </w:pPr>
            <w:r>
              <w:rPr>
                <w:b/>
                <w:u w:val="single"/>
              </w:rPr>
              <w:t>Cool the Worker</w:t>
            </w:r>
          </w:p>
          <w:p w14:paraId="70BD6760" w14:textId="77777777" w:rsidR="00255490" w:rsidRDefault="00000000">
            <w:pPr>
              <w:pStyle w:val="ListBullet"/>
              <w:spacing w:after="0"/>
            </w:pPr>
            <w:r>
              <w:t>Move to a cooler or shaded area.</w:t>
            </w:r>
          </w:p>
          <w:p w14:paraId="2D33B880" w14:textId="77777777" w:rsidR="00255490" w:rsidRDefault="00000000">
            <w:pPr>
              <w:pStyle w:val="ListBullet"/>
              <w:spacing w:after="0"/>
            </w:pPr>
            <w:r>
              <w:t>Remove outer clothing.</w:t>
            </w:r>
          </w:p>
          <w:p w14:paraId="3439CC42" w14:textId="77777777" w:rsidR="00255490" w:rsidRDefault="00000000">
            <w:pPr>
              <w:pStyle w:val="ListBullet"/>
              <w:spacing w:after="0"/>
            </w:pPr>
            <w:r>
              <w:t>Fan/mist with water; apply ice or cold towels.</w:t>
            </w:r>
          </w:p>
        </w:tc>
        <w:tc>
          <w:tcPr>
            <w:tcW w:w="3648" w:type="dxa"/>
            <w:shd w:val="clear" w:color="auto" w:fill="EAF2F8"/>
            <w:tcMar>
              <w:top w:w="80" w:type="dxa"/>
              <w:left w:w="90" w:type="dxa"/>
              <w:bottom w:w="80" w:type="dxa"/>
              <w:right w:w="90" w:type="dxa"/>
            </w:tcMar>
          </w:tcPr>
          <w:p w14:paraId="285DDDF0" w14:textId="77777777" w:rsidR="00255490" w:rsidRDefault="00000000">
            <w:pPr>
              <w:spacing w:after="20"/>
            </w:pPr>
            <w:r>
              <w:rPr>
                <w:b/>
                <w:u w:val="single"/>
              </w:rPr>
              <w:t>Fluids</w:t>
            </w:r>
          </w:p>
          <w:p w14:paraId="3418117C" w14:textId="77777777" w:rsidR="00255490" w:rsidRDefault="00000000">
            <w:pPr>
              <w:pStyle w:val="ListBullet"/>
              <w:spacing w:after="0"/>
            </w:pPr>
            <w:r>
              <w:t>Give cool water if able to drink.</w:t>
            </w:r>
          </w:p>
          <w:p w14:paraId="1A639EF6" w14:textId="77777777" w:rsidR="00255490" w:rsidRDefault="00000000">
            <w:pPr>
              <w:pStyle w:val="ListBullet"/>
              <w:spacing w:after="0"/>
            </w:pPr>
            <w:r>
              <w:t>Monitor until help arrives.</w:t>
            </w:r>
          </w:p>
        </w:tc>
      </w:tr>
    </w:tbl>
    <w:p w14:paraId="7EC47E9E" w14:textId="77777777" w:rsidR="00255490" w:rsidRDefault="00000000">
      <w:pPr>
        <w:spacing w:before="40" w:after="0"/>
      </w:pPr>
      <w:r>
        <w:rPr>
          <w:b/>
          <w:sz w:val="24"/>
        </w:rPr>
        <w:t>Close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44"/>
      </w:tblGrid>
      <w:tr w:rsidR="00255490" w14:paraId="050725F9" w14:textId="77777777" w:rsidTr="0094467C">
        <w:tc>
          <w:tcPr>
            <w:tcW w:w="10944" w:type="dxa"/>
            <w:shd w:val="clear" w:color="auto" w:fill="D9EAF7"/>
            <w:tcMar>
              <w:top w:w="80" w:type="dxa"/>
              <w:left w:w="90" w:type="dxa"/>
              <w:bottom w:w="80" w:type="dxa"/>
              <w:right w:w="90" w:type="dxa"/>
            </w:tcMar>
          </w:tcPr>
          <w:p w14:paraId="533A777F" w14:textId="6ED361CF" w:rsidR="00FD04B4" w:rsidRPr="00FD04B4" w:rsidRDefault="00000000" w:rsidP="00FD04B4">
            <w:r>
              <w:rPr>
                <w:b/>
              </w:rPr>
              <w:t xml:space="preserve">Closing Message: </w:t>
            </w:r>
            <w:r>
              <w:t>“Heat illness can become serious quickly. Drink water often, take needed breaks, watch yourself and your coworkers, and speak up at the first sign of symptoms. If someone becomes confused or is not alert, treat it as an emergency and call 911.”</w:t>
            </w:r>
          </w:p>
        </w:tc>
      </w:tr>
    </w:tbl>
    <w:p w14:paraId="7E4864F8" w14:textId="77777777" w:rsidR="00255490" w:rsidRDefault="00000000">
      <w:pPr>
        <w:pageBreakBefore/>
        <w:jc w:val="center"/>
      </w:pPr>
      <w:r>
        <w:rPr>
          <w:b/>
          <w:sz w:val="36"/>
        </w:rPr>
        <w:lastRenderedPageBreak/>
        <w:t>Toolbox Talk Attendance</w:t>
      </w:r>
    </w:p>
    <w:p w14:paraId="3A56820B" w14:textId="77777777" w:rsidR="00255490" w:rsidRDefault="00000000">
      <w:pPr>
        <w:spacing w:after="80"/>
      </w:pPr>
      <w:r>
        <w:rPr>
          <w:b/>
        </w:rPr>
        <w:t>Topic: Heat Stress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8"/>
        <w:gridCol w:w="3648"/>
        <w:gridCol w:w="3648"/>
      </w:tblGrid>
      <w:tr w:rsidR="00255490" w14:paraId="6BF85F65" w14:textId="77777777" w:rsidTr="0094467C">
        <w:tc>
          <w:tcPr>
            <w:tcW w:w="3648" w:type="dxa"/>
            <w:shd w:val="clear" w:color="auto" w:fill="D9E2F3"/>
            <w:tcMar>
              <w:top w:w="80" w:type="dxa"/>
              <w:left w:w="90" w:type="dxa"/>
              <w:bottom w:w="80" w:type="dxa"/>
              <w:right w:w="90" w:type="dxa"/>
            </w:tcMar>
          </w:tcPr>
          <w:p w14:paraId="23C7B4E4" w14:textId="77777777" w:rsidR="00255490" w:rsidRDefault="00000000">
            <w:r>
              <w:rPr>
                <w:b/>
              </w:rPr>
              <w:t>Date:</w:t>
            </w:r>
          </w:p>
        </w:tc>
        <w:tc>
          <w:tcPr>
            <w:tcW w:w="3648" w:type="dxa"/>
            <w:shd w:val="clear" w:color="auto" w:fill="D9E2F3"/>
            <w:tcMar>
              <w:top w:w="80" w:type="dxa"/>
              <w:left w:w="90" w:type="dxa"/>
              <w:bottom w:w="80" w:type="dxa"/>
              <w:right w:w="90" w:type="dxa"/>
            </w:tcMar>
          </w:tcPr>
          <w:p w14:paraId="3F7360F3" w14:textId="77777777" w:rsidR="00255490" w:rsidRDefault="00000000">
            <w:r>
              <w:rPr>
                <w:b/>
              </w:rPr>
              <w:t>Project / Location:</w:t>
            </w:r>
          </w:p>
        </w:tc>
        <w:tc>
          <w:tcPr>
            <w:tcW w:w="3648" w:type="dxa"/>
            <w:shd w:val="clear" w:color="auto" w:fill="D9E2F3"/>
            <w:tcMar>
              <w:top w:w="80" w:type="dxa"/>
              <w:left w:w="90" w:type="dxa"/>
              <w:bottom w:w="80" w:type="dxa"/>
              <w:right w:w="90" w:type="dxa"/>
            </w:tcMar>
          </w:tcPr>
          <w:p w14:paraId="485B271D" w14:textId="77777777" w:rsidR="00255490" w:rsidRDefault="00000000">
            <w:r>
              <w:rPr>
                <w:b/>
              </w:rPr>
              <w:t>Instructor:</w:t>
            </w:r>
          </w:p>
        </w:tc>
      </w:tr>
    </w:tbl>
    <w:p w14:paraId="32709A0E" w14:textId="77777777" w:rsidR="00255490" w:rsidRDefault="00000000">
      <w:pPr>
        <w:spacing w:before="160" w:after="100"/>
      </w:pPr>
      <w:r>
        <w:t>By signing below, participants acknowledge attendance at this toolbox talk.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4410"/>
        <w:gridCol w:w="4320"/>
        <w:gridCol w:w="1476"/>
      </w:tblGrid>
      <w:tr w:rsidR="00255490" w14:paraId="07A3422A" w14:textId="77777777" w:rsidTr="0094467C">
        <w:tc>
          <w:tcPr>
            <w:tcW w:w="738" w:type="dxa"/>
            <w:shd w:val="clear" w:color="auto" w:fill="D9E2F3"/>
          </w:tcPr>
          <w:p w14:paraId="24D2E860" w14:textId="77777777" w:rsidR="00255490" w:rsidRDefault="00000000">
            <w:pPr>
              <w:jc w:val="center"/>
            </w:pPr>
            <w:r>
              <w:rPr>
                <w:b/>
              </w:rPr>
              <w:t>#</w:t>
            </w:r>
          </w:p>
        </w:tc>
        <w:tc>
          <w:tcPr>
            <w:tcW w:w="4410" w:type="dxa"/>
            <w:shd w:val="clear" w:color="auto" w:fill="D9E2F3"/>
          </w:tcPr>
          <w:p w14:paraId="4A2963D2" w14:textId="77777777" w:rsidR="00255490" w:rsidRDefault="00000000">
            <w:pPr>
              <w:jc w:val="center"/>
            </w:pPr>
            <w:r>
              <w:rPr>
                <w:b/>
              </w:rPr>
              <w:t>Printed Name</w:t>
            </w:r>
          </w:p>
        </w:tc>
        <w:tc>
          <w:tcPr>
            <w:tcW w:w="4320" w:type="dxa"/>
            <w:shd w:val="clear" w:color="auto" w:fill="D9E2F3"/>
          </w:tcPr>
          <w:p w14:paraId="30E74AED" w14:textId="77777777" w:rsidR="00255490" w:rsidRDefault="00000000">
            <w:pPr>
              <w:jc w:val="center"/>
            </w:pPr>
            <w:r>
              <w:rPr>
                <w:b/>
              </w:rPr>
              <w:t>Signature</w:t>
            </w:r>
          </w:p>
        </w:tc>
        <w:tc>
          <w:tcPr>
            <w:tcW w:w="1476" w:type="dxa"/>
            <w:shd w:val="clear" w:color="auto" w:fill="D9E2F3"/>
          </w:tcPr>
          <w:p w14:paraId="3432458F" w14:textId="77777777" w:rsidR="00255490" w:rsidRDefault="00000000">
            <w:pPr>
              <w:jc w:val="center"/>
            </w:pPr>
            <w:r>
              <w:rPr>
                <w:b/>
              </w:rPr>
              <w:t>Date</w:t>
            </w:r>
          </w:p>
        </w:tc>
      </w:tr>
      <w:tr w:rsidR="00255490" w14:paraId="1F729245" w14:textId="77777777" w:rsidTr="0094467C">
        <w:tc>
          <w:tcPr>
            <w:tcW w:w="738" w:type="dxa"/>
            <w:tcMar>
              <w:top w:w="130" w:type="dxa"/>
              <w:left w:w="90" w:type="dxa"/>
              <w:bottom w:w="130" w:type="dxa"/>
              <w:right w:w="90" w:type="dxa"/>
            </w:tcMar>
            <w:vAlign w:val="center"/>
          </w:tcPr>
          <w:p w14:paraId="1D2DF61D" w14:textId="77777777" w:rsidR="00255490" w:rsidRDefault="00000000">
            <w:pPr>
              <w:jc w:val="center"/>
            </w:pPr>
            <w:r>
              <w:t>1</w:t>
            </w:r>
          </w:p>
        </w:tc>
        <w:tc>
          <w:tcPr>
            <w:tcW w:w="4410" w:type="dxa"/>
            <w:tcMar>
              <w:top w:w="130" w:type="dxa"/>
              <w:left w:w="90" w:type="dxa"/>
              <w:bottom w:w="130" w:type="dxa"/>
              <w:right w:w="90" w:type="dxa"/>
            </w:tcMar>
            <w:vAlign w:val="center"/>
          </w:tcPr>
          <w:p w14:paraId="07477A80" w14:textId="77777777" w:rsidR="00255490" w:rsidRDefault="00255490"/>
        </w:tc>
        <w:tc>
          <w:tcPr>
            <w:tcW w:w="4320" w:type="dxa"/>
            <w:tcMar>
              <w:top w:w="130" w:type="dxa"/>
              <w:left w:w="90" w:type="dxa"/>
              <w:bottom w:w="130" w:type="dxa"/>
              <w:right w:w="90" w:type="dxa"/>
            </w:tcMar>
            <w:vAlign w:val="center"/>
          </w:tcPr>
          <w:p w14:paraId="5C332A4F" w14:textId="77777777" w:rsidR="00255490" w:rsidRDefault="00255490"/>
        </w:tc>
        <w:tc>
          <w:tcPr>
            <w:tcW w:w="1476" w:type="dxa"/>
            <w:tcMar>
              <w:top w:w="130" w:type="dxa"/>
              <w:left w:w="90" w:type="dxa"/>
              <w:bottom w:w="130" w:type="dxa"/>
              <w:right w:w="90" w:type="dxa"/>
            </w:tcMar>
            <w:vAlign w:val="center"/>
          </w:tcPr>
          <w:p w14:paraId="31EB002D" w14:textId="77777777" w:rsidR="00255490" w:rsidRDefault="00255490"/>
        </w:tc>
      </w:tr>
      <w:tr w:rsidR="00255490" w14:paraId="6B4773D5" w14:textId="77777777" w:rsidTr="0094467C">
        <w:tc>
          <w:tcPr>
            <w:tcW w:w="738" w:type="dxa"/>
            <w:tcMar>
              <w:top w:w="130" w:type="dxa"/>
              <w:left w:w="90" w:type="dxa"/>
              <w:bottom w:w="130" w:type="dxa"/>
              <w:right w:w="90" w:type="dxa"/>
            </w:tcMar>
            <w:vAlign w:val="center"/>
          </w:tcPr>
          <w:p w14:paraId="09622554" w14:textId="77777777" w:rsidR="00255490" w:rsidRDefault="00000000">
            <w:pPr>
              <w:jc w:val="center"/>
            </w:pPr>
            <w:r>
              <w:t>2</w:t>
            </w:r>
          </w:p>
        </w:tc>
        <w:tc>
          <w:tcPr>
            <w:tcW w:w="4410" w:type="dxa"/>
            <w:tcMar>
              <w:top w:w="130" w:type="dxa"/>
              <w:left w:w="90" w:type="dxa"/>
              <w:bottom w:w="130" w:type="dxa"/>
              <w:right w:w="90" w:type="dxa"/>
            </w:tcMar>
            <w:vAlign w:val="center"/>
          </w:tcPr>
          <w:p w14:paraId="153ECD34" w14:textId="77777777" w:rsidR="00255490" w:rsidRDefault="00255490"/>
        </w:tc>
        <w:tc>
          <w:tcPr>
            <w:tcW w:w="4320" w:type="dxa"/>
            <w:tcMar>
              <w:top w:w="130" w:type="dxa"/>
              <w:left w:w="90" w:type="dxa"/>
              <w:bottom w:w="130" w:type="dxa"/>
              <w:right w:w="90" w:type="dxa"/>
            </w:tcMar>
            <w:vAlign w:val="center"/>
          </w:tcPr>
          <w:p w14:paraId="2552F485" w14:textId="77777777" w:rsidR="00255490" w:rsidRDefault="00255490"/>
        </w:tc>
        <w:tc>
          <w:tcPr>
            <w:tcW w:w="1476" w:type="dxa"/>
            <w:tcMar>
              <w:top w:w="130" w:type="dxa"/>
              <w:left w:w="90" w:type="dxa"/>
              <w:bottom w:w="130" w:type="dxa"/>
              <w:right w:w="90" w:type="dxa"/>
            </w:tcMar>
            <w:vAlign w:val="center"/>
          </w:tcPr>
          <w:p w14:paraId="7A7B67BB" w14:textId="77777777" w:rsidR="00255490" w:rsidRDefault="00255490"/>
        </w:tc>
      </w:tr>
      <w:tr w:rsidR="00255490" w14:paraId="26ADF69D" w14:textId="77777777" w:rsidTr="0094467C">
        <w:tc>
          <w:tcPr>
            <w:tcW w:w="738" w:type="dxa"/>
            <w:tcMar>
              <w:top w:w="130" w:type="dxa"/>
              <w:left w:w="90" w:type="dxa"/>
              <w:bottom w:w="130" w:type="dxa"/>
              <w:right w:w="90" w:type="dxa"/>
            </w:tcMar>
            <w:vAlign w:val="center"/>
          </w:tcPr>
          <w:p w14:paraId="2F3398CF" w14:textId="77777777" w:rsidR="00255490" w:rsidRDefault="00000000">
            <w:pPr>
              <w:jc w:val="center"/>
            </w:pPr>
            <w:r>
              <w:t>3</w:t>
            </w:r>
          </w:p>
        </w:tc>
        <w:tc>
          <w:tcPr>
            <w:tcW w:w="4410" w:type="dxa"/>
            <w:tcMar>
              <w:top w:w="130" w:type="dxa"/>
              <w:left w:w="90" w:type="dxa"/>
              <w:bottom w:w="130" w:type="dxa"/>
              <w:right w:w="90" w:type="dxa"/>
            </w:tcMar>
            <w:vAlign w:val="center"/>
          </w:tcPr>
          <w:p w14:paraId="6979FC5D" w14:textId="77777777" w:rsidR="00255490" w:rsidRDefault="00255490"/>
        </w:tc>
        <w:tc>
          <w:tcPr>
            <w:tcW w:w="4320" w:type="dxa"/>
            <w:tcMar>
              <w:top w:w="130" w:type="dxa"/>
              <w:left w:w="90" w:type="dxa"/>
              <w:bottom w:w="130" w:type="dxa"/>
              <w:right w:w="90" w:type="dxa"/>
            </w:tcMar>
            <w:vAlign w:val="center"/>
          </w:tcPr>
          <w:p w14:paraId="07D35A59" w14:textId="77777777" w:rsidR="00255490" w:rsidRDefault="00255490"/>
        </w:tc>
        <w:tc>
          <w:tcPr>
            <w:tcW w:w="1476" w:type="dxa"/>
            <w:tcMar>
              <w:top w:w="130" w:type="dxa"/>
              <w:left w:w="90" w:type="dxa"/>
              <w:bottom w:w="130" w:type="dxa"/>
              <w:right w:w="90" w:type="dxa"/>
            </w:tcMar>
            <w:vAlign w:val="center"/>
          </w:tcPr>
          <w:p w14:paraId="523DC4A6" w14:textId="77777777" w:rsidR="00255490" w:rsidRDefault="00255490"/>
        </w:tc>
      </w:tr>
      <w:tr w:rsidR="00255490" w14:paraId="7B1AF59D" w14:textId="77777777" w:rsidTr="0094467C">
        <w:tc>
          <w:tcPr>
            <w:tcW w:w="738" w:type="dxa"/>
            <w:tcMar>
              <w:top w:w="130" w:type="dxa"/>
              <w:left w:w="90" w:type="dxa"/>
              <w:bottom w:w="130" w:type="dxa"/>
              <w:right w:w="90" w:type="dxa"/>
            </w:tcMar>
            <w:vAlign w:val="center"/>
          </w:tcPr>
          <w:p w14:paraId="7ADAA47F" w14:textId="77777777" w:rsidR="00255490" w:rsidRDefault="00000000">
            <w:pPr>
              <w:jc w:val="center"/>
            </w:pPr>
            <w:r>
              <w:t>4</w:t>
            </w:r>
          </w:p>
        </w:tc>
        <w:tc>
          <w:tcPr>
            <w:tcW w:w="4410" w:type="dxa"/>
            <w:tcMar>
              <w:top w:w="130" w:type="dxa"/>
              <w:left w:w="90" w:type="dxa"/>
              <w:bottom w:w="130" w:type="dxa"/>
              <w:right w:w="90" w:type="dxa"/>
            </w:tcMar>
            <w:vAlign w:val="center"/>
          </w:tcPr>
          <w:p w14:paraId="30E59692" w14:textId="77777777" w:rsidR="00255490" w:rsidRDefault="00255490"/>
        </w:tc>
        <w:tc>
          <w:tcPr>
            <w:tcW w:w="4320" w:type="dxa"/>
            <w:tcMar>
              <w:top w:w="130" w:type="dxa"/>
              <w:left w:w="90" w:type="dxa"/>
              <w:bottom w:w="130" w:type="dxa"/>
              <w:right w:w="90" w:type="dxa"/>
            </w:tcMar>
            <w:vAlign w:val="center"/>
          </w:tcPr>
          <w:p w14:paraId="72CE3162" w14:textId="77777777" w:rsidR="00255490" w:rsidRDefault="00255490"/>
        </w:tc>
        <w:tc>
          <w:tcPr>
            <w:tcW w:w="1476" w:type="dxa"/>
            <w:tcMar>
              <w:top w:w="130" w:type="dxa"/>
              <w:left w:w="90" w:type="dxa"/>
              <w:bottom w:w="130" w:type="dxa"/>
              <w:right w:w="90" w:type="dxa"/>
            </w:tcMar>
            <w:vAlign w:val="center"/>
          </w:tcPr>
          <w:p w14:paraId="6B496E57" w14:textId="77777777" w:rsidR="00255490" w:rsidRDefault="00255490"/>
        </w:tc>
      </w:tr>
      <w:tr w:rsidR="00255490" w14:paraId="2A8267F0" w14:textId="77777777" w:rsidTr="0094467C">
        <w:tc>
          <w:tcPr>
            <w:tcW w:w="738" w:type="dxa"/>
            <w:tcMar>
              <w:top w:w="130" w:type="dxa"/>
              <w:left w:w="90" w:type="dxa"/>
              <w:bottom w:w="130" w:type="dxa"/>
              <w:right w:w="90" w:type="dxa"/>
            </w:tcMar>
            <w:vAlign w:val="center"/>
          </w:tcPr>
          <w:p w14:paraId="544D8B89" w14:textId="77777777" w:rsidR="00255490" w:rsidRDefault="00000000">
            <w:pPr>
              <w:jc w:val="center"/>
            </w:pPr>
            <w:r>
              <w:t>5</w:t>
            </w:r>
          </w:p>
        </w:tc>
        <w:tc>
          <w:tcPr>
            <w:tcW w:w="4410" w:type="dxa"/>
            <w:tcMar>
              <w:top w:w="130" w:type="dxa"/>
              <w:left w:w="90" w:type="dxa"/>
              <w:bottom w:w="130" w:type="dxa"/>
              <w:right w:w="90" w:type="dxa"/>
            </w:tcMar>
            <w:vAlign w:val="center"/>
          </w:tcPr>
          <w:p w14:paraId="3DEED838" w14:textId="77777777" w:rsidR="00255490" w:rsidRDefault="00255490"/>
        </w:tc>
        <w:tc>
          <w:tcPr>
            <w:tcW w:w="4320" w:type="dxa"/>
            <w:tcMar>
              <w:top w:w="130" w:type="dxa"/>
              <w:left w:w="90" w:type="dxa"/>
              <w:bottom w:w="130" w:type="dxa"/>
              <w:right w:w="90" w:type="dxa"/>
            </w:tcMar>
            <w:vAlign w:val="center"/>
          </w:tcPr>
          <w:p w14:paraId="0EE9A0D5" w14:textId="77777777" w:rsidR="00255490" w:rsidRDefault="00255490"/>
        </w:tc>
        <w:tc>
          <w:tcPr>
            <w:tcW w:w="1476" w:type="dxa"/>
            <w:tcMar>
              <w:top w:w="130" w:type="dxa"/>
              <w:left w:w="90" w:type="dxa"/>
              <w:bottom w:w="130" w:type="dxa"/>
              <w:right w:w="90" w:type="dxa"/>
            </w:tcMar>
            <w:vAlign w:val="center"/>
          </w:tcPr>
          <w:p w14:paraId="33CBBF9B" w14:textId="77777777" w:rsidR="00255490" w:rsidRDefault="00255490"/>
        </w:tc>
      </w:tr>
      <w:tr w:rsidR="00255490" w14:paraId="40611D2D" w14:textId="77777777" w:rsidTr="0094467C">
        <w:tc>
          <w:tcPr>
            <w:tcW w:w="738" w:type="dxa"/>
            <w:tcMar>
              <w:top w:w="130" w:type="dxa"/>
              <w:left w:w="90" w:type="dxa"/>
              <w:bottom w:w="130" w:type="dxa"/>
              <w:right w:w="90" w:type="dxa"/>
            </w:tcMar>
            <w:vAlign w:val="center"/>
          </w:tcPr>
          <w:p w14:paraId="67DA38BA" w14:textId="77777777" w:rsidR="00255490" w:rsidRDefault="00000000">
            <w:pPr>
              <w:jc w:val="center"/>
            </w:pPr>
            <w:r>
              <w:t>6</w:t>
            </w:r>
          </w:p>
        </w:tc>
        <w:tc>
          <w:tcPr>
            <w:tcW w:w="4410" w:type="dxa"/>
            <w:tcMar>
              <w:top w:w="130" w:type="dxa"/>
              <w:left w:w="90" w:type="dxa"/>
              <w:bottom w:w="130" w:type="dxa"/>
              <w:right w:w="90" w:type="dxa"/>
            </w:tcMar>
            <w:vAlign w:val="center"/>
          </w:tcPr>
          <w:p w14:paraId="39BF2FE8" w14:textId="77777777" w:rsidR="00255490" w:rsidRDefault="00255490"/>
        </w:tc>
        <w:tc>
          <w:tcPr>
            <w:tcW w:w="4320" w:type="dxa"/>
            <w:tcMar>
              <w:top w:w="130" w:type="dxa"/>
              <w:left w:w="90" w:type="dxa"/>
              <w:bottom w:w="130" w:type="dxa"/>
              <w:right w:w="90" w:type="dxa"/>
            </w:tcMar>
            <w:vAlign w:val="center"/>
          </w:tcPr>
          <w:p w14:paraId="769DA62E" w14:textId="77777777" w:rsidR="00255490" w:rsidRDefault="00255490"/>
        </w:tc>
        <w:tc>
          <w:tcPr>
            <w:tcW w:w="1476" w:type="dxa"/>
            <w:tcMar>
              <w:top w:w="130" w:type="dxa"/>
              <w:left w:w="90" w:type="dxa"/>
              <w:bottom w:w="130" w:type="dxa"/>
              <w:right w:w="90" w:type="dxa"/>
            </w:tcMar>
            <w:vAlign w:val="center"/>
          </w:tcPr>
          <w:p w14:paraId="18FD16D1" w14:textId="77777777" w:rsidR="00255490" w:rsidRDefault="00255490"/>
        </w:tc>
      </w:tr>
      <w:tr w:rsidR="00255490" w14:paraId="7617A73F" w14:textId="77777777" w:rsidTr="0094467C">
        <w:tc>
          <w:tcPr>
            <w:tcW w:w="738" w:type="dxa"/>
            <w:tcMar>
              <w:top w:w="130" w:type="dxa"/>
              <w:left w:w="90" w:type="dxa"/>
              <w:bottom w:w="130" w:type="dxa"/>
              <w:right w:w="90" w:type="dxa"/>
            </w:tcMar>
            <w:vAlign w:val="center"/>
          </w:tcPr>
          <w:p w14:paraId="68A92B99" w14:textId="77777777" w:rsidR="00255490" w:rsidRDefault="00000000">
            <w:pPr>
              <w:jc w:val="center"/>
            </w:pPr>
            <w:r>
              <w:t>7</w:t>
            </w:r>
          </w:p>
        </w:tc>
        <w:tc>
          <w:tcPr>
            <w:tcW w:w="4410" w:type="dxa"/>
            <w:tcMar>
              <w:top w:w="130" w:type="dxa"/>
              <w:left w:w="90" w:type="dxa"/>
              <w:bottom w:w="130" w:type="dxa"/>
              <w:right w:w="90" w:type="dxa"/>
            </w:tcMar>
            <w:vAlign w:val="center"/>
          </w:tcPr>
          <w:p w14:paraId="3CFA8E22" w14:textId="77777777" w:rsidR="00255490" w:rsidRDefault="00255490"/>
        </w:tc>
        <w:tc>
          <w:tcPr>
            <w:tcW w:w="4320" w:type="dxa"/>
            <w:tcMar>
              <w:top w:w="130" w:type="dxa"/>
              <w:left w:w="90" w:type="dxa"/>
              <w:bottom w:w="130" w:type="dxa"/>
              <w:right w:w="90" w:type="dxa"/>
            </w:tcMar>
            <w:vAlign w:val="center"/>
          </w:tcPr>
          <w:p w14:paraId="732B8A5C" w14:textId="77777777" w:rsidR="00255490" w:rsidRDefault="00255490"/>
        </w:tc>
        <w:tc>
          <w:tcPr>
            <w:tcW w:w="1476" w:type="dxa"/>
            <w:tcMar>
              <w:top w:w="130" w:type="dxa"/>
              <w:left w:w="90" w:type="dxa"/>
              <w:bottom w:w="130" w:type="dxa"/>
              <w:right w:w="90" w:type="dxa"/>
            </w:tcMar>
            <w:vAlign w:val="center"/>
          </w:tcPr>
          <w:p w14:paraId="6867EDB8" w14:textId="77777777" w:rsidR="00255490" w:rsidRDefault="00255490"/>
        </w:tc>
      </w:tr>
      <w:tr w:rsidR="00255490" w14:paraId="7CCEF281" w14:textId="77777777" w:rsidTr="0094467C">
        <w:tc>
          <w:tcPr>
            <w:tcW w:w="738" w:type="dxa"/>
            <w:tcMar>
              <w:top w:w="130" w:type="dxa"/>
              <w:left w:w="90" w:type="dxa"/>
              <w:bottom w:w="130" w:type="dxa"/>
              <w:right w:w="90" w:type="dxa"/>
            </w:tcMar>
            <w:vAlign w:val="center"/>
          </w:tcPr>
          <w:p w14:paraId="04782250" w14:textId="77777777" w:rsidR="00255490" w:rsidRDefault="00000000">
            <w:pPr>
              <w:jc w:val="center"/>
            </w:pPr>
            <w:r>
              <w:t>8</w:t>
            </w:r>
          </w:p>
        </w:tc>
        <w:tc>
          <w:tcPr>
            <w:tcW w:w="4410" w:type="dxa"/>
            <w:tcMar>
              <w:top w:w="130" w:type="dxa"/>
              <w:left w:w="90" w:type="dxa"/>
              <w:bottom w:w="130" w:type="dxa"/>
              <w:right w:w="90" w:type="dxa"/>
            </w:tcMar>
            <w:vAlign w:val="center"/>
          </w:tcPr>
          <w:p w14:paraId="0FC90572" w14:textId="77777777" w:rsidR="00255490" w:rsidRDefault="00255490"/>
        </w:tc>
        <w:tc>
          <w:tcPr>
            <w:tcW w:w="4320" w:type="dxa"/>
            <w:tcMar>
              <w:top w:w="130" w:type="dxa"/>
              <w:left w:w="90" w:type="dxa"/>
              <w:bottom w:w="130" w:type="dxa"/>
              <w:right w:w="90" w:type="dxa"/>
            </w:tcMar>
            <w:vAlign w:val="center"/>
          </w:tcPr>
          <w:p w14:paraId="2DE2AA9A" w14:textId="77777777" w:rsidR="00255490" w:rsidRDefault="00255490"/>
        </w:tc>
        <w:tc>
          <w:tcPr>
            <w:tcW w:w="1476" w:type="dxa"/>
            <w:tcMar>
              <w:top w:w="130" w:type="dxa"/>
              <w:left w:w="90" w:type="dxa"/>
              <w:bottom w:w="130" w:type="dxa"/>
              <w:right w:w="90" w:type="dxa"/>
            </w:tcMar>
            <w:vAlign w:val="center"/>
          </w:tcPr>
          <w:p w14:paraId="6BB794A8" w14:textId="77777777" w:rsidR="00255490" w:rsidRDefault="00255490"/>
        </w:tc>
      </w:tr>
      <w:tr w:rsidR="00255490" w14:paraId="66F81B29" w14:textId="77777777" w:rsidTr="0094467C">
        <w:tc>
          <w:tcPr>
            <w:tcW w:w="738" w:type="dxa"/>
            <w:tcMar>
              <w:top w:w="130" w:type="dxa"/>
              <w:left w:w="90" w:type="dxa"/>
              <w:bottom w:w="130" w:type="dxa"/>
              <w:right w:w="90" w:type="dxa"/>
            </w:tcMar>
            <w:vAlign w:val="center"/>
          </w:tcPr>
          <w:p w14:paraId="2A3A3A46" w14:textId="77777777" w:rsidR="00255490" w:rsidRDefault="00000000">
            <w:pPr>
              <w:jc w:val="center"/>
            </w:pPr>
            <w:r>
              <w:t>9</w:t>
            </w:r>
          </w:p>
        </w:tc>
        <w:tc>
          <w:tcPr>
            <w:tcW w:w="4410" w:type="dxa"/>
            <w:tcMar>
              <w:top w:w="130" w:type="dxa"/>
              <w:left w:w="90" w:type="dxa"/>
              <w:bottom w:w="130" w:type="dxa"/>
              <w:right w:w="90" w:type="dxa"/>
            </w:tcMar>
            <w:vAlign w:val="center"/>
          </w:tcPr>
          <w:p w14:paraId="16DA4934" w14:textId="77777777" w:rsidR="00255490" w:rsidRDefault="00255490"/>
        </w:tc>
        <w:tc>
          <w:tcPr>
            <w:tcW w:w="4320" w:type="dxa"/>
            <w:tcMar>
              <w:top w:w="130" w:type="dxa"/>
              <w:left w:w="90" w:type="dxa"/>
              <w:bottom w:w="130" w:type="dxa"/>
              <w:right w:w="90" w:type="dxa"/>
            </w:tcMar>
            <w:vAlign w:val="center"/>
          </w:tcPr>
          <w:p w14:paraId="4F370517" w14:textId="77777777" w:rsidR="00255490" w:rsidRDefault="00255490"/>
        </w:tc>
        <w:tc>
          <w:tcPr>
            <w:tcW w:w="1476" w:type="dxa"/>
            <w:tcMar>
              <w:top w:w="130" w:type="dxa"/>
              <w:left w:w="90" w:type="dxa"/>
              <w:bottom w:w="130" w:type="dxa"/>
              <w:right w:w="90" w:type="dxa"/>
            </w:tcMar>
            <w:vAlign w:val="center"/>
          </w:tcPr>
          <w:p w14:paraId="0CCB1BD9" w14:textId="77777777" w:rsidR="00255490" w:rsidRDefault="00255490"/>
        </w:tc>
      </w:tr>
      <w:tr w:rsidR="00255490" w14:paraId="4EE8DF38" w14:textId="77777777" w:rsidTr="0094467C">
        <w:tc>
          <w:tcPr>
            <w:tcW w:w="738" w:type="dxa"/>
            <w:tcMar>
              <w:top w:w="130" w:type="dxa"/>
              <w:left w:w="90" w:type="dxa"/>
              <w:bottom w:w="130" w:type="dxa"/>
              <w:right w:w="90" w:type="dxa"/>
            </w:tcMar>
            <w:vAlign w:val="center"/>
          </w:tcPr>
          <w:p w14:paraId="5736F119" w14:textId="77777777" w:rsidR="00255490" w:rsidRDefault="00000000">
            <w:pPr>
              <w:jc w:val="center"/>
            </w:pPr>
            <w:r>
              <w:t>10</w:t>
            </w:r>
          </w:p>
        </w:tc>
        <w:tc>
          <w:tcPr>
            <w:tcW w:w="4410" w:type="dxa"/>
            <w:tcMar>
              <w:top w:w="130" w:type="dxa"/>
              <w:left w:w="90" w:type="dxa"/>
              <w:bottom w:w="130" w:type="dxa"/>
              <w:right w:w="90" w:type="dxa"/>
            </w:tcMar>
            <w:vAlign w:val="center"/>
          </w:tcPr>
          <w:p w14:paraId="71CC39ED" w14:textId="77777777" w:rsidR="00255490" w:rsidRDefault="00255490"/>
        </w:tc>
        <w:tc>
          <w:tcPr>
            <w:tcW w:w="4320" w:type="dxa"/>
            <w:tcMar>
              <w:top w:w="130" w:type="dxa"/>
              <w:left w:w="90" w:type="dxa"/>
              <w:bottom w:w="130" w:type="dxa"/>
              <w:right w:w="90" w:type="dxa"/>
            </w:tcMar>
            <w:vAlign w:val="center"/>
          </w:tcPr>
          <w:p w14:paraId="42D71DE0" w14:textId="77777777" w:rsidR="00255490" w:rsidRDefault="00255490"/>
        </w:tc>
        <w:tc>
          <w:tcPr>
            <w:tcW w:w="1476" w:type="dxa"/>
            <w:tcMar>
              <w:top w:w="130" w:type="dxa"/>
              <w:left w:w="90" w:type="dxa"/>
              <w:bottom w:w="130" w:type="dxa"/>
              <w:right w:w="90" w:type="dxa"/>
            </w:tcMar>
            <w:vAlign w:val="center"/>
          </w:tcPr>
          <w:p w14:paraId="51A2000D" w14:textId="77777777" w:rsidR="00255490" w:rsidRDefault="00255490"/>
        </w:tc>
      </w:tr>
      <w:tr w:rsidR="00255490" w14:paraId="66722A05" w14:textId="77777777" w:rsidTr="0094467C">
        <w:tc>
          <w:tcPr>
            <w:tcW w:w="738" w:type="dxa"/>
            <w:tcMar>
              <w:top w:w="130" w:type="dxa"/>
              <w:left w:w="90" w:type="dxa"/>
              <w:bottom w:w="130" w:type="dxa"/>
              <w:right w:w="90" w:type="dxa"/>
            </w:tcMar>
            <w:vAlign w:val="center"/>
          </w:tcPr>
          <w:p w14:paraId="56C841C8" w14:textId="77777777" w:rsidR="00255490" w:rsidRDefault="00000000">
            <w:pPr>
              <w:jc w:val="center"/>
            </w:pPr>
            <w:r>
              <w:t>11</w:t>
            </w:r>
          </w:p>
        </w:tc>
        <w:tc>
          <w:tcPr>
            <w:tcW w:w="4410" w:type="dxa"/>
            <w:tcMar>
              <w:top w:w="130" w:type="dxa"/>
              <w:left w:w="90" w:type="dxa"/>
              <w:bottom w:w="130" w:type="dxa"/>
              <w:right w:w="90" w:type="dxa"/>
            </w:tcMar>
            <w:vAlign w:val="center"/>
          </w:tcPr>
          <w:p w14:paraId="5B9078B6" w14:textId="77777777" w:rsidR="00255490" w:rsidRDefault="00255490"/>
        </w:tc>
        <w:tc>
          <w:tcPr>
            <w:tcW w:w="4320" w:type="dxa"/>
            <w:tcMar>
              <w:top w:w="130" w:type="dxa"/>
              <w:left w:w="90" w:type="dxa"/>
              <w:bottom w:w="130" w:type="dxa"/>
              <w:right w:w="90" w:type="dxa"/>
            </w:tcMar>
            <w:vAlign w:val="center"/>
          </w:tcPr>
          <w:p w14:paraId="5073BCE7" w14:textId="77777777" w:rsidR="00255490" w:rsidRDefault="00255490"/>
        </w:tc>
        <w:tc>
          <w:tcPr>
            <w:tcW w:w="1476" w:type="dxa"/>
            <w:tcMar>
              <w:top w:w="130" w:type="dxa"/>
              <w:left w:w="90" w:type="dxa"/>
              <w:bottom w:w="130" w:type="dxa"/>
              <w:right w:w="90" w:type="dxa"/>
            </w:tcMar>
            <w:vAlign w:val="center"/>
          </w:tcPr>
          <w:p w14:paraId="0322BB25" w14:textId="77777777" w:rsidR="00255490" w:rsidRDefault="00255490"/>
        </w:tc>
      </w:tr>
      <w:tr w:rsidR="00255490" w14:paraId="2F41A2AE" w14:textId="77777777" w:rsidTr="0094467C">
        <w:tc>
          <w:tcPr>
            <w:tcW w:w="738" w:type="dxa"/>
            <w:tcMar>
              <w:top w:w="130" w:type="dxa"/>
              <w:left w:w="90" w:type="dxa"/>
              <w:bottom w:w="130" w:type="dxa"/>
              <w:right w:w="90" w:type="dxa"/>
            </w:tcMar>
            <w:vAlign w:val="center"/>
          </w:tcPr>
          <w:p w14:paraId="44C2E8C5" w14:textId="77777777" w:rsidR="00255490" w:rsidRDefault="00000000">
            <w:pPr>
              <w:jc w:val="center"/>
            </w:pPr>
            <w:r>
              <w:t>12</w:t>
            </w:r>
          </w:p>
        </w:tc>
        <w:tc>
          <w:tcPr>
            <w:tcW w:w="4410" w:type="dxa"/>
            <w:tcMar>
              <w:top w:w="130" w:type="dxa"/>
              <w:left w:w="90" w:type="dxa"/>
              <w:bottom w:w="130" w:type="dxa"/>
              <w:right w:w="90" w:type="dxa"/>
            </w:tcMar>
            <w:vAlign w:val="center"/>
          </w:tcPr>
          <w:p w14:paraId="0468AE14" w14:textId="77777777" w:rsidR="00255490" w:rsidRDefault="00255490"/>
        </w:tc>
        <w:tc>
          <w:tcPr>
            <w:tcW w:w="4320" w:type="dxa"/>
            <w:tcMar>
              <w:top w:w="130" w:type="dxa"/>
              <w:left w:w="90" w:type="dxa"/>
              <w:bottom w:w="130" w:type="dxa"/>
              <w:right w:w="90" w:type="dxa"/>
            </w:tcMar>
            <w:vAlign w:val="center"/>
          </w:tcPr>
          <w:p w14:paraId="3EEAE6F2" w14:textId="77777777" w:rsidR="00255490" w:rsidRDefault="00255490"/>
        </w:tc>
        <w:tc>
          <w:tcPr>
            <w:tcW w:w="1476" w:type="dxa"/>
            <w:tcMar>
              <w:top w:w="130" w:type="dxa"/>
              <w:left w:w="90" w:type="dxa"/>
              <w:bottom w:w="130" w:type="dxa"/>
              <w:right w:w="90" w:type="dxa"/>
            </w:tcMar>
            <w:vAlign w:val="center"/>
          </w:tcPr>
          <w:p w14:paraId="54AA95CC" w14:textId="77777777" w:rsidR="00255490" w:rsidRDefault="00255490"/>
        </w:tc>
      </w:tr>
    </w:tbl>
    <w:p w14:paraId="040AB273" w14:textId="2776FC94" w:rsidR="00255490" w:rsidRDefault="00255490" w:rsidP="00FD04B4">
      <w:pPr>
        <w:spacing w:before="160"/>
        <w:jc w:val="center"/>
      </w:pPr>
    </w:p>
    <w:sectPr w:rsidR="00255490" w:rsidSect="00FD04B4">
      <w:footerReference w:type="default" r:id="rId12"/>
      <w:pgSz w:w="12240" w:h="15840"/>
      <w:pgMar w:top="504" w:right="648" w:bottom="360" w:left="648"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7B89A" w14:textId="77777777" w:rsidR="008D03B7" w:rsidRDefault="008D03B7" w:rsidP="00FD04B4">
      <w:pPr>
        <w:spacing w:after="0" w:line="240" w:lineRule="auto"/>
      </w:pPr>
      <w:r>
        <w:separator/>
      </w:r>
    </w:p>
  </w:endnote>
  <w:endnote w:type="continuationSeparator" w:id="0">
    <w:p w14:paraId="6E068D20" w14:textId="77777777" w:rsidR="008D03B7" w:rsidRDefault="008D03B7" w:rsidP="00FD0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53EF4" w14:textId="77777777" w:rsidR="00FD04B4" w:rsidRDefault="00FD04B4" w:rsidP="00FD04B4">
    <w:pPr>
      <w:spacing w:before="160"/>
      <w:jc w:val="center"/>
    </w:pPr>
    <w:r>
      <w:rPr>
        <w:color w:val="6E6E6E"/>
        <w:sz w:val="16"/>
      </w:rPr>
      <w:t>Heat Stress Toolbox Talk | COMPANY</w:t>
    </w:r>
  </w:p>
  <w:p w14:paraId="0F8C19A7" w14:textId="77777777" w:rsidR="00FD04B4" w:rsidRDefault="00FD04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C96C4" w14:textId="77777777" w:rsidR="008D03B7" w:rsidRDefault="008D03B7" w:rsidP="00FD04B4">
      <w:pPr>
        <w:spacing w:after="0" w:line="240" w:lineRule="auto"/>
      </w:pPr>
      <w:r>
        <w:separator/>
      </w:r>
    </w:p>
  </w:footnote>
  <w:footnote w:type="continuationSeparator" w:id="0">
    <w:p w14:paraId="6B6EA5EF" w14:textId="77777777" w:rsidR="008D03B7" w:rsidRDefault="008D03B7" w:rsidP="00FD04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19993391">
    <w:abstractNumId w:val="8"/>
  </w:num>
  <w:num w:numId="2" w16cid:durableId="2026441413">
    <w:abstractNumId w:val="6"/>
  </w:num>
  <w:num w:numId="3" w16cid:durableId="1037776128">
    <w:abstractNumId w:val="5"/>
  </w:num>
  <w:num w:numId="4" w16cid:durableId="265577349">
    <w:abstractNumId w:val="4"/>
  </w:num>
  <w:num w:numId="5" w16cid:durableId="971062846">
    <w:abstractNumId w:val="7"/>
  </w:num>
  <w:num w:numId="6" w16cid:durableId="677269542">
    <w:abstractNumId w:val="3"/>
  </w:num>
  <w:num w:numId="7" w16cid:durableId="581336731">
    <w:abstractNumId w:val="2"/>
  </w:num>
  <w:num w:numId="8" w16cid:durableId="1467427366">
    <w:abstractNumId w:val="1"/>
  </w:num>
  <w:num w:numId="9" w16cid:durableId="11284727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57488"/>
    <w:rsid w:val="00250895"/>
    <w:rsid w:val="00255490"/>
    <w:rsid w:val="0029639D"/>
    <w:rsid w:val="00326F90"/>
    <w:rsid w:val="006C454E"/>
    <w:rsid w:val="00774E98"/>
    <w:rsid w:val="008C4BFE"/>
    <w:rsid w:val="008D03B7"/>
    <w:rsid w:val="0094467C"/>
    <w:rsid w:val="00AA1D8D"/>
    <w:rsid w:val="00B47730"/>
    <w:rsid w:val="00CB0664"/>
    <w:rsid w:val="00EC2A33"/>
    <w:rsid w:val="00FC693F"/>
    <w:rsid w:val="00FD04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CCDFA8D2-18B7-410C-902C-31BF92D02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96C0F0D5715AE47937174C9F1943D56" ma:contentTypeVersion="11" ma:contentTypeDescription="Create a new document." ma:contentTypeScope="" ma:versionID="0ce6b29ac12536fa66e5abecd4484172">
  <xsd:schema xmlns:xsd="http://www.w3.org/2001/XMLSchema" xmlns:xs="http://www.w3.org/2001/XMLSchema" xmlns:p="http://schemas.microsoft.com/office/2006/metadata/properties" xmlns:ns2="6f58e7e0-97f7-499a-9d1c-1372a572ffb2" xmlns:ns3="200aba80-eedd-47d5-b869-4f019f30d124" targetNamespace="http://schemas.microsoft.com/office/2006/metadata/properties" ma:root="true" ma:fieldsID="65bfa2a3969094c93300a2031dcc723d" ns2:_="" ns3:_="">
    <xsd:import namespace="6f58e7e0-97f7-499a-9d1c-1372a572ffb2"/>
    <xsd:import namespace="200aba80-eedd-47d5-b869-4f019f30d1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58e7e0-97f7-499a-9d1c-1372a572ff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4de77e8-60fc-47ee-a317-081a2a34725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0aba80-eedd-47d5-b869-4f019f30d12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f9f8cbb-e1e8-4bbe-860c-04b059c8f47c}" ma:internalName="TaxCatchAll" ma:showField="CatchAllData" ma:web="200aba80-eedd-47d5-b869-4f019f30d1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f58e7e0-97f7-499a-9d1c-1372a572ffb2">
      <Terms xmlns="http://schemas.microsoft.com/office/infopath/2007/PartnerControls"/>
    </lcf76f155ced4ddcb4097134ff3c332f>
    <TaxCatchAll xmlns="200aba80-eedd-47d5-b869-4f019f30d124" xsi:nil="true"/>
  </documentManagement>
</p:properties>
</file>

<file path=customXml/itemProps1.xml><?xml version="1.0" encoding="utf-8"?>
<ds:datastoreItem xmlns:ds="http://schemas.openxmlformats.org/officeDocument/2006/customXml" ds:itemID="{311D530E-C6EC-4C42-8FA7-152EAF46A4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58e7e0-97f7-499a-9d1c-1372a572ffb2"/>
    <ds:schemaRef ds:uri="200aba80-eedd-47d5-b869-4f019f30d1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E3F24C-7CC8-4F28-85E3-264C25B6AFD1}">
  <ds:schemaRefs>
    <ds:schemaRef ds:uri="http://schemas.microsoft.com/sharepoint/v3/contenttype/forms"/>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7AE5B827-6B42-4136-B068-4370508BB947}">
  <ds:schemaRefs>
    <ds:schemaRef ds:uri="http://schemas.microsoft.com/office/2006/metadata/properties"/>
    <ds:schemaRef ds:uri="http://schemas.microsoft.com/office/infopath/2007/PartnerControls"/>
    <ds:schemaRef ds:uri="6f58e7e0-97f7-499a-9d1c-1372a572ffb2"/>
    <ds:schemaRef ds:uri="200aba80-eedd-47d5-b869-4f019f30d124"/>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428</Words>
  <Characters>2279</Characters>
  <Application>Microsoft Office Word</Application>
  <DocSecurity>0</DocSecurity>
  <Lines>126</Lines>
  <Paragraphs>84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Charlene Rasmussen</cp:lastModifiedBy>
  <cp:revision>7</cp:revision>
  <dcterms:created xsi:type="dcterms:W3CDTF">2013-12-23T23:15:00Z</dcterms:created>
  <dcterms:modified xsi:type="dcterms:W3CDTF">2026-08-28T13:15:00Z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0x010100496C0F0D5715AE47937174C9F1943D56</vt:lpwstr>
  </property>
  <property fmtid="{D5CDD505-2E9C-101B-9397-08002B2CF9AE}" pid="3" name="MediaServiceImageTags">
    <vt:lpwstr/>
  </property>
</Properties>
</file>