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2"/>
        <w:gridCol w:w="5472"/>
      </w:tblGrid>
      <w:tr w:rsidR="00497233" w14:paraId="6C416BA2" w14:textId="77777777" w:rsidTr="00EE4B75">
        <w:tc>
          <w:tcPr>
            <w:tcW w:w="5472" w:type="dxa"/>
            <w:shd w:val="clear" w:color="auto" w:fill="1F4E79"/>
            <w:tcMar>
              <w:top w:w="90" w:type="dxa"/>
              <w:left w:w="100" w:type="dxa"/>
              <w:bottom w:w="90" w:type="dxa"/>
              <w:right w:w="100" w:type="dxa"/>
            </w:tcMar>
            <w:vAlign w:val="center"/>
          </w:tcPr>
          <w:p w14:paraId="5602B700" w14:textId="77777777" w:rsidR="00497233" w:rsidRDefault="006A3B01" w:rsidP="00EE4F8D">
            <w:pPr>
              <w:jc w:val="center"/>
            </w:pPr>
            <w:r>
              <w:rPr>
                <w:b/>
                <w:color w:val="FFFFFF"/>
                <w:sz w:val="32"/>
              </w:rPr>
              <w:t>SAFETY DATA SHEETS</w:t>
            </w:r>
            <w:r>
              <w:rPr>
                <w:b/>
                <w:color w:val="FFFFFF"/>
                <w:sz w:val="32"/>
              </w:rPr>
              <w:br/>
              <w:t>TOOLBOX TALK</w:t>
            </w:r>
          </w:p>
        </w:tc>
        <w:tc>
          <w:tcPr>
            <w:tcW w:w="5472" w:type="dxa"/>
            <w:tcMar>
              <w:top w:w="50" w:type="dxa"/>
              <w:left w:w="100" w:type="dxa"/>
              <w:bottom w:w="40" w:type="dxa"/>
              <w:right w:w="100" w:type="dxa"/>
            </w:tcMar>
          </w:tcPr>
          <w:p w14:paraId="4133689F" w14:textId="77777777" w:rsidR="00497233" w:rsidRDefault="006A3B01">
            <w:pPr>
              <w:jc w:val="center"/>
            </w:pPr>
            <w:r>
              <w:rPr>
                <w:noProof/>
              </w:rPr>
              <w:drawing>
                <wp:inline distT="0" distB="0" distL="0" distR="0" wp14:anchorId="3E79B797" wp14:editId="5E85025B">
                  <wp:extent cx="1920240" cy="585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1"/>
                          <a:stretch>
                            <a:fillRect/>
                          </a:stretch>
                        </pic:blipFill>
                        <pic:spPr>
                          <a:xfrm>
                            <a:off x="0" y="0"/>
                            <a:ext cx="1920240" cy="585686"/>
                          </a:xfrm>
                          <a:prstGeom prst="rect">
                            <a:avLst/>
                          </a:prstGeom>
                        </pic:spPr>
                      </pic:pic>
                    </a:graphicData>
                  </a:graphic>
                </wp:inline>
              </w:drawing>
            </w:r>
          </w:p>
        </w:tc>
      </w:tr>
    </w:tbl>
    <w:p w14:paraId="12481297" w14:textId="77777777" w:rsidR="0038580E" w:rsidRDefault="0038580E" w:rsidP="00EE4F8D">
      <w:pPr>
        <w:spacing w:after="100"/>
        <w:rPr>
          <w:b/>
        </w:rPr>
      </w:pPr>
    </w:p>
    <w:p w14:paraId="24CB17D2" w14:textId="7CDF0176" w:rsidR="00497233" w:rsidRDefault="006A3B01" w:rsidP="00EE4F8D">
      <w:pPr>
        <w:spacing w:after="100"/>
      </w:pPr>
      <w:r>
        <w:rPr>
          <w:b/>
        </w:rPr>
        <w:t>Know what you are working with. Safety Data Sheets explain chemical hazards, required protection, and emergency information.</w:t>
      </w:r>
    </w:p>
    <w:tbl>
      <w:tblPr>
        <w:tblStyle w:val="TableGrid"/>
        <w:tblW w:w="0" w:type="auto"/>
        <w:jc w:val="center"/>
        <w:tblLayout w:type="fixed"/>
        <w:tblLook w:val="04A0" w:firstRow="1" w:lastRow="0" w:firstColumn="1" w:lastColumn="0" w:noHBand="0" w:noVBand="1"/>
      </w:tblPr>
      <w:tblGrid>
        <w:gridCol w:w="2430"/>
        <w:gridCol w:w="4050"/>
        <w:gridCol w:w="4406"/>
      </w:tblGrid>
      <w:tr w:rsidR="00F46CEF" w14:paraId="525CC8B0" w14:textId="77777777" w:rsidTr="00B27436">
        <w:trPr>
          <w:jc w:val="center"/>
        </w:trPr>
        <w:tc>
          <w:tcPr>
            <w:tcW w:w="2430" w:type="dxa"/>
            <w:shd w:val="clear" w:color="auto" w:fill="EAF2F8"/>
            <w:tcMar>
              <w:top w:w="55" w:type="dxa"/>
              <w:left w:w="90" w:type="dxa"/>
              <w:bottom w:w="55" w:type="dxa"/>
              <w:right w:w="90" w:type="dxa"/>
            </w:tcMar>
          </w:tcPr>
          <w:p w14:paraId="478B291B" w14:textId="77777777" w:rsidR="00F46CEF" w:rsidRDefault="00F46CEF" w:rsidP="00B27436">
            <w:r>
              <w:rPr>
                <w:b/>
                <w:sz w:val="18"/>
              </w:rPr>
              <w:t>Date</w:t>
            </w:r>
          </w:p>
        </w:tc>
        <w:tc>
          <w:tcPr>
            <w:tcW w:w="4050" w:type="dxa"/>
            <w:shd w:val="clear" w:color="auto" w:fill="EAF2F8"/>
            <w:tcMar>
              <w:top w:w="55" w:type="dxa"/>
              <w:left w:w="90" w:type="dxa"/>
              <w:bottom w:w="55" w:type="dxa"/>
              <w:right w:w="90" w:type="dxa"/>
            </w:tcMar>
          </w:tcPr>
          <w:p w14:paraId="40B4C2C8" w14:textId="77777777" w:rsidR="00F46CEF" w:rsidRDefault="00F46CEF" w:rsidP="00B27436">
            <w:r>
              <w:rPr>
                <w:b/>
                <w:sz w:val="18"/>
              </w:rPr>
              <w:t>Project / Location</w:t>
            </w:r>
          </w:p>
        </w:tc>
        <w:tc>
          <w:tcPr>
            <w:tcW w:w="4406" w:type="dxa"/>
            <w:shd w:val="clear" w:color="auto" w:fill="EAF2F8"/>
            <w:tcMar>
              <w:top w:w="55" w:type="dxa"/>
              <w:left w:w="90" w:type="dxa"/>
              <w:bottom w:w="55" w:type="dxa"/>
              <w:right w:w="90" w:type="dxa"/>
            </w:tcMar>
          </w:tcPr>
          <w:p w14:paraId="71A1418E" w14:textId="77777777" w:rsidR="00F46CEF" w:rsidRDefault="00F46CEF" w:rsidP="00B27436">
            <w:r>
              <w:rPr>
                <w:b/>
                <w:sz w:val="18"/>
              </w:rPr>
              <w:t>Instructor</w:t>
            </w:r>
          </w:p>
        </w:tc>
      </w:tr>
      <w:tr w:rsidR="00F46CEF" w14:paraId="76DCE23C" w14:textId="77777777" w:rsidTr="00B27436">
        <w:trPr>
          <w:jc w:val="center"/>
        </w:trPr>
        <w:tc>
          <w:tcPr>
            <w:tcW w:w="2430" w:type="dxa"/>
            <w:tcMar>
              <w:top w:w="65" w:type="dxa"/>
              <w:left w:w="90" w:type="dxa"/>
              <w:bottom w:w="65" w:type="dxa"/>
              <w:right w:w="90" w:type="dxa"/>
            </w:tcMar>
          </w:tcPr>
          <w:p w14:paraId="4C8BFB8D" w14:textId="77777777" w:rsidR="00F46CEF" w:rsidRDefault="00F46CEF" w:rsidP="00B27436"/>
        </w:tc>
        <w:tc>
          <w:tcPr>
            <w:tcW w:w="4050" w:type="dxa"/>
            <w:tcMar>
              <w:top w:w="65" w:type="dxa"/>
              <w:left w:w="90" w:type="dxa"/>
              <w:bottom w:w="65" w:type="dxa"/>
              <w:right w:w="90" w:type="dxa"/>
            </w:tcMar>
          </w:tcPr>
          <w:p w14:paraId="313E347A" w14:textId="77777777" w:rsidR="00F46CEF" w:rsidRDefault="00F46CEF" w:rsidP="00B27436"/>
        </w:tc>
        <w:tc>
          <w:tcPr>
            <w:tcW w:w="4406" w:type="dxa"/>
            <w:tcMar>
              <w:top w:w="65" w:type="dxa"/>
              <w:left w:w="90" w:type="dxa"/>
              <w:bottom w:w="65" w:type="dxa"/>
              <w:right w:w="90" w:type="dxa"/>
            </w:tcMar>
          </w:tcPr>
          <w:p w14:paraId="3A700782" w14:textId="77777777" w:rsidR="00F46CEF" w:rsidRDefault="00F46CEF" w:rsidP="00B27436"/>
        </w:tc>
      </w:tr>
    </w:tbl>
    <w:p w14:paraId="0A3D5CFC" w14:textId="15C5DCFB" w:rsidR="00497233" w:rsidRDefault="006A3B01">
      <w:pPr>
        <w:spacing w:before="40" w:after="0"/>
      </w:pPr>
      <w:r>
        <w:rPr>
          <w:b/>
          <w:sz w:val="24"/>
        </w:rPr>
        <w:t>Introduction</w:t>
      </w:r>
    </w:p>
    <w:p w14:paraId="6F24EDE2" w14:textId="77777777" w:rsidR="00497233" w:rsidRDefault="006A3B01">
      <w:pPr>
        <w:spacing w:after="20"/>
      </w:pPr>
      <w:r>
        <w:t>Open with: “Today’s safety topic is Safety Data Sheets, or SDSs. Before we use a hazardous chemical, we need to know what it is, what hazards it presents, and how to protect ourselves.”</w:t>
      </w:r>
    </w:p>
    <w:p w14:paraId="36B10D3D" w14:textId="77777777" w:rsidR="0038580E" w:rsidRDefault="0038580E">
      <w:pPr>
        <w:spacing w:after="20"/>
        <w:rPr>
          <w:b/>
        </w:rPr>
      </w:pPr>
    </w:p>
    <w:p w14:paraId="76C6FC19" w14:textId="71FDF51B" w:rsidR="00497233" w:rsidRDefault="006A3B01">
      <w:pPr>
        <w:spacing w:after="20"/>
      </w:pPr>
      <w:r>
        <w:rPr>
          <w:b/>
        </w:rPr>
        <w:t xml:space="preserve">Key Points: </w:t>
      </w:r>
      <w:r>
        <w:t>SDSs provide hazard and protection information for hazardous products. Employees have a right to know what hazardous chemicals and materials they may be exposed to on the jobsite.</w:t>
      </w:r>
    </w:p>
    <w:p w14:paraId="0FDB457C" w14:textId="77777777" w:rsidR="009D0CE1" w:rsidRDefault="009D0CE1">
      <w:pPr>
        <w:spacing w:before="40" w:after="0"/>
        <w:rPr>
          <w:b/>
          <w:sz w:val="24"/>
        </w:rPr>
      </w:pPr>
    </w:p>
    <w:p w14:paraId="4AC234CE" w14:textId="38682EE1" w:rsidR="00497233" w:rsidRDefault="006A3B01">
      <w:pPr>
        <w:spacing w:before="40" w:after="0"/>
      </w:pPr>
      <w:r>
        <w:rPr>
          <w:b/>
          <w:sz w:val="24"/>
        </w:rPr>
        <w:t>Why It Matters</w:t>
      </w:r>
    </w:p>
    <w:p w14:paraId="1770A811" w14:textId="77777777" w:rsidR="00497233" w:rsidRDefault="006A3B01">
      <w:pPr>
        <w:spacing w:after="0"/>
      </w:pPr>
      <w:r>
        <w:t>Hazardous materials may be common on construction sites. Welding and cutting gases, adhesives, solvents, fuels, concrete, and related compounds can present hazards when they are handled or used improperly.</w:t>
      </w:r>
    </w:p>
    <w:p w14:paraId="57EC56DC" w14:textId="77777777" w:rsidR="00497233" w:rsidRDefault="006A3B01">
      <w:pPr>
        <w:pStyle w:val="ListBullet"/>
        <w:spacing w:after="0"/>
      </w:pPr>
      <w:r>
        <w:t>An SDS explains the hazards associated with a product and how to protect yourself.</w:t>
      </w:r>
    </w:p>
    <w:p w14:paraId="20CD2917" w14:textId="77777777" w:rsidR="00497233" w:rsidRDefault="006A3B01">
      <w:pPr>
        <w:pStyle w:val="ListBullet"/>
        <w:spacing w:after="0"/>
      </w:pPr>
      <w:r>
        <w:t>The SDS identifies required personal protective equipment and emergency information.</w:t>
      </w:r>
    </w:p>
    <w:p w14:paraId="0498717D" w14:textId="77777777" w:rsidR="00EE4B75" w:rsidRDefault="00EE4B75" w:rsidP="00EE4B75">
      <w:pPr>
        <w:pStyle w:val="ListBullet"/>
        <w:numPr>
          <w:ilvl w:val="0"/>
          <w:numId w:val="0"/>
        </w:numPr>
        <w:spacing w:after="0"/>
        <w:ind w:left="3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497233" w14:paraId="25EDB306" w14:textId="77777777" w:rsidTr="00AA223C">
        <w:tc>
          <w:tcPr>
            <w:tcW w:w="10944" w:type="dxa"/>
            <w:shd w:val="clear" w:color="auto" w:fill="FFF2CC"/>
            <w:tcMar>
              <w:top w:w="80" w:type="dxa"/>
              <w:left w:w="90" w:type="dxa"/>
              <w:bottom w:w="80" w:type="dxa"/>
              <w:right w:w="90" w:type="dxa"/>
            </w:tcMar>
          </w:tcPr>
          <w:p w14:paraId="79AE11CC" w14:textId="77777777" w:rsidR="00497233" w:rsidRDefault="006A3B01">
            <w:r>
              <w:rPr>
                <w:b/>
              </w:rPr>
              <w:t>Quick Engagement Question: “Where are the SDSs kept on this jobsite, and how would you access one right now?”</w:t>
            </w:r>
          </w:p>
        </w:tc>
      </w:tr>
    </w:tbl>
    <w:p w14:paraId="2AF9C705" w14:textId="77777777" w:rsidR="00497233" w:rsidRDefault="006A3B01">
      <w:pPr>
        <w:spacing w:before="40" w:after="0"/>
      </w:pPr>
      <w:r>
        <w:rPr>
          <w:b/>
          <w:sz w:val="24"/>
        </w:rPr>
        <w:t>What You Can Find on an SDS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497233" w14:paraId="76DC22F8" w14:textId="77777777" w:rsidTr="00AA223C">
        <w:tc>
          <w:tcPr>
            <w:tcW w:w="3648" w:type="dxa"/>
            <w:shd w:val="clear" w:color="auto" w:fill="EAF2F8"/>
            <w:tcMar>
              <w:top w:w="80" w:type="dxa"/>
              <w:left w:w="90" w:type="dxa"/>
              <w:bottom w:w="80" w:type="dxa"/>
              <w:right w:w="90" w:type="dxa"/>
            </w:tcMar>
          </w:tcPr>
          <w:p w14:paraId="4B54DC7D" w14:textId="77777777" w:rsidR="00497233" w:rsidRDefault="006A3B01">
            <w:pPr>
              <w:spacing w:after="20"/>
            </w:pPr>
            <w:r>
              <w:rPr>
                <w:b/>
                <w:u w:val="single"/>
              </w:rPr>
              <w:t>Product Information</w:t>
            </w:r>
          </w:p>
          <w:p w14:paraId="119B80CE" w14:textId="77777777" w:rsidR="00497233" w:rsidRDefault="006A3B01">
            <w:pPr>
              <w:pStyle w:val="ListBullet"/>
              <w:spacing w:after="0"/>
            </w:pPr>
            <w:r>
              <w:t>Chemical manufacturer name and address.</w:t>
            </w:r>
          </w:p>
          <w:p w14:paraId="15A906B3" w14:textId="77777777" w:rsidR="00497233" w:rsidRDefault="006A3B01">
            <w:pPr>
              <w:pStyle w:val="ListBullet"/>
              <w:spacing w:after="0"/>
            </w:pPr>
            <w:r>
              <w:t>Emergency contact information.</w:t>
            </w:r>
          </w:p>
          <w:p w14:paraId="1072CCC8" w14:textId="77777777" w:rsidR="00497233" w:rsidRDefault="006A3B01">
            <w:pPr>
              <w:pStyle w:val="ListBullet"/>
              <w:spacing w:after="0"/>
            </w:pPr>
            <w:r>
              <w:t>Physical and chemical characteristics.</w:t>
            </w:r>
          </w:p>
        </w:tc>
        <w:tc>
          <w:tcPr>
            <w:tcW w:w="3648" w:type="dxa"/>
            <w:shd w:val="clear" w:color="auto" w:fill="EAF2F8"/>
            <w:tcMar>
              <w:top w:w="80" w:type="dxa"/>
              <w:left w:w="90" w:type="dxa"/>
              <w:bottom w:w="80" w:type="dxa"/>
              <w:right w:w="90" w:type="dxa"/>
            </w:tcMar>
          </w:tcPr>
          <w:p w14:paraId="1F26E0A3" w14:textId="77777777" w:rsidR="00497233" w:rsidRDefault="006A3B01">
            <w:pPr>
              <w:spacing w:after="20"/>
            </w:pPr>
            <w:r>
              <w:rPr>
                <w:b/>
                <w:u w:val="single"/>
              </w:rPr>
              <w:t>Health &amp; Exposure</w:t>
            </w:r>
          </w:p>
          <w:p w14:paraId="318487BC" w14:textId="77777777" w:rsidR="00497233" w:rsidRDefault="006A3B01">
            <w:pPr>
              <w:pStyle w:val="ListBullet"/>
              <w:spacing w:after="0"/>
            </w:pPr>
            <w:r>
              <w:t>Primary routes of entry.</w:t>
            </w:r>
          </w:p>
          <w:p w14:paraId="44580BD1" w14:textId="77777777" w:rsidR="00497233" w:rsidRDefault="006A3B01">
            <w:pPr>
              <w:pStyle w:val="ListBullet"/>
              <w:spacing w:after="0"/>
            </w:pPr>
            <w:r>
              <w:t>Permissible exposure limits.</w:t>
            </w:r>
          </w:p>
          <w:p w14:paraId="00CA2693" w14:textId="77777777" w:rsidR="00497233" w:rsidRDefault="006A3B01">
            <w:pPr>
              <w:pStyle w:val="ListBullet"/>
              <w:spacing w:after="0"/>
            </w:pPr>
            <w:r>
              <w:t>First aid treatment.</w:t>
            </w:r>
          </w:p>
        </w:tc>
        <w:tc>
          <w:tcPr>
            <w:tcW w:w="3648" w:type="dxa"/>
            <w:shd w:val="clear" w:color="auto" w:fill="EAF2F8"/>
            <w:tcMar>
              <w:top w:w="80" w:type="dxa"/>
              <w:left w:w="90" w:type="dxa"/>
              <w:bottom w:w="80" w:type="dxa"/>
              <w:right w:w="90" w:type="dxa"/>
            </w:tcMar>
          </w:tcPr>
          <w:p w14:paraId="66367A1D" w14:textId="77777777" w:rsidR="00497233" w:rsidRDefault="006A3B01">
            <w:pPr>
              <w:spacing w:after="20"/>
            </w:pPr>
            <w:r>
              <w:rPr>
                <w:b/>
                <w:u w:val="single"/>
              </w:rPr>
              <w:t>Safe Handling</w:t>
            </w:r>
          </w:p>
          <w:p w14:paraId="52F7AAE3" w14:textId="77777777" w:rsidR="00497233" w:rsidRDefault="006A3B01">
            <w:pPr>
              <w:pStyle w:val="ListBullet"/>
              <w:spacing w:after="0"/>
            </w:pPr>
            <w:r>
              <w:t>Required PPE.</w:t>
            </w:r>
          </w:p>
          <w:p w14:paraId="0263B18B" w14:textId="77777777" w:rsidR="00497233" w:rsidRDefault="006A3B01">
            <w:pPr>
              <w:pStyle w:val="ListBullet"/>
              <w:spacing w:after="0"/>
            </w:pPr>
            <w:r>
              <w:t>Flammability and reactivity information.</w:t>
            </w:r>
          </w:p>
          <w:p w14:paraId="459EC443" w14:textId="77777777" w:rsidR="00497233" w:rsidRDefault="006A3B01">
            <w:pPr>
              <w:pStyle w:val="ListBullet"/>
              <w:spacing w:after="0"/>
            </w:pPr>
            <w:r>
              <w:t>Spill and cleanup requirements.</w:t>
            </w:r>
          </w:p>
        </w:tc>
      </w:tr>
    </w:tbl>
    <w:p w14:paraId="763672C3" w14:textId="77777777" w:rsidR="00497233" w:rsidRDefault="006A3B01">
      <w:pPr>
        <w:spacing w:before="40" w:after="0"/>
      </w:pPr>
      <w:r>
        <w:rPr>
          <w:b/>
          <w:sz w:val="24"/>
        </w:rPr>
        <w:t>Using SDSs on the Job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497233" w14:paraId="6449591F" w14:textId="77777777" w:rsidTr="00AA223C">
        <w:tc>
          <w:tcPr>
            <w:tcW w:w="3648" w:type="dxa"/>
            <w:shd w:val="clear" w:color="auto" w:fill="EAF2F8"/>
            <w:tcMar>
              <w:top w:w="80" w:type="dxa"/>
              <w:left w:w="90" w:type="dxa"/>
              <w:bottom w:w="80" w:type="dxa"/>
              <w:right w:w="90" w:type="dxa"/>
            </w:tcMar>
          </w:tcPr>
          <w:p w14:paraId="21DD879F" w14:textId="77777777" w:rsidR="00497233" w:rsidRDefault="006A3B01">
            <w:pPr>
              <w:spacing w:after="20"/>
            </w:pPr>
            <w:r>
              <w:rPr>
                <w:b/>
                <w:u w:val="single"/>
              </w:rPr>
              <w:t>Before Use</w:t>
            </w:r>
          </w:p>
          <w:p w14:paraId="4AA89E13" w14:textId="77777777" w:rsidR="00497233" w:rsidRDefault="006A3B01">
            <w:pPr>
              <w:pStyle w:val="ListBullet"/>
              <w:spacing w:after="0"/>
            </w:pPr>
            <w:r>
              <w:t>Identify the product you will use.</w:t>
            </w:r>
          </w:p>
          <w:p w14:paraId="41C52B66" w14:textId="77777777" w:rsidR="00497233" w:rsidRDefault="006A3B01">
            <w:pPr>
              <w:pStyle w:val="ListBullet"/>
              <w:spacing w:after="0"/>
            </w:pPr>
            <w:r>
              <w:t>Review the SDS for hazards and precautions.</w:t>
            </w:r>
          </w:p>
        </w:tc>
        <w:tc>
          <w:tcPr>
            <w:tcW w:w="3648" w:type="dxa"/>
            <w:shd w:val="clear" w:color="auto" w:fill="EAF2F8"/>
            <w:tcMar>
              <w:top w:w="80" w:type="dxa"/>
              <w:left w:w="90" w:type="dxa"/>
              <w:bottom w:w="80" w:type="dxa"/>
              <w:right w:w="90" w:type="dxa"/>
            </w:tcMar>
          </w:tcPr>
          <w:p w14:paraId="441EC27E" w14:textId="77777777" w:rsidR="00497233" w:rsidRDefault="006A3B01">
            <w:pPr>
              <w:spacing w:after="20"/>
            </w:pPr>
            <w:r>
              <w:rPr>
                <w:b/>
                <w:u w:val="single"/>
              </w:rPr>
              <w:t>Protect Yourself</w:t>
            </w:r>
          </w:p>
          <w:p w14:paraId="6B183ED4" w14:textId="77777777" w:rsidR="00497233" w:rsidRDefault="006A3B01">
            <w:pPr>
              <w:pStyle w:val="ListBullet"/>
              <w:spacing w:after="0"/>
            </w:pPr>
            <w:r>
              <w:t>Use the PPE identified for the product.</w:t>
            </w:r>
          </w:p>
          <w:p w14:paraId="1C2F29CD" w14:textId="77777777" w:rsidR="00497233" w:rsidRDefault="006A3B01">
            <w:pPr>
              <w:pStyle w:val="ListBullet"/>
              <w:spacing w:after="0"/>
            </w:pPr>
            <w:r>
              <w:t>Follow handling and emergency guidance.</w:t>
            </w:r>
          </w:p>
        </w:tc>
        <w:tc>
          <w:tcPr>
            <w:tcW w:w="3648" w:type="dxa"/>
            <w:shd w:val="clear" w:color="auto" w:fill="EAF2F8"/>
            <w:tcMar>
              <w:top w:w="80" w:type="dxa"/>
              <w:left w:w="90" w:type="dxa"/>
              <w:bottom w:w="80" w:type="dxa"/>
              <w:right w:w="90" w:type="dxa"/>
            </w:tcMar>
          </w:tcPr>
          <w:p w14:paraId="58636EC5" w14:textId="77777777" w:rsidR="00497233" w:rsidRDefault="006A3B01">
            <w:pPr>
              <w:spacing w:after="20"/>
            </w:pPr>
            <w:r>
              <w:rPr>
                <w:b/>
                <w:u w:val="single"/>
              </w:rPr>
              <w:t>Know the Location</w:t>
            </w:r>
          </w:p>
          <w:p w14:paraId="799D5879" w14:textId="77777777" w:rsidR="00497233" w:rsidRDefault="006A3B01">
            <w:pPr>
              <w:pStyle w:val="ListBullet"/>
              <w:spacing w:after="0"/>
            </w:pPr>
            <w:r>
              <w:t>SDSs must be accessible to workers.</w:t>
            </w:r>
          </w:p>
          <w:p w14:paraId="24582327" w14:textId="77777777" w:rsidR="00497233" w:rsidRDefault="006A3B01">
            <w:pPr>
              <w:pStyle w:val="ListBullet"/>
              <w:spacing w:after="0"/>
            </w:pPr>
            <w:r>
              <w:t>Know where jobsite SDSs are maintained.</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497233" w14:paraId="562CC89F" w14:textId="77777777" w:rsidTr="00AA223C">
        <w:tc>
          <w:tcPr>
            <w:tcW w:w="10944" w:type="dxa"/>
            <w:shd w:val="clear" w:color="auto" w:fill="EDEDED"/>
            <w:tcMar>
              <w:top w:w="80" w:type="dxa"/>
              <w:left w:w="90" w:type="dxa"/>
              <w:bottom w:w="80" w:type="dxa"/>
              <w:right w:w="90" w:type="dxa"/>
            </w:tcMar>
          </w:tcPr>
          <w:p w14:paraId="6CECDED0" w14:textId="2B47F94F" w:rsidR="00497233" w:rsidRDefault="006A3B01">
            <w:r>
              <w:rPr>
                <w:b/>
              </w:rPr>
              <w:t>Mini Scenario</w:t>
            </w:r>
            <w:r>
              <w:rPr>
                <w:b/>
              </w:rPr>
              <w:t xml:space="preserve">: </w:t>
            </w:r>
            <w:r>
              <w:t>“You are handed a new adhesive, but you are not sure what PPE is required or how to clean up a spill. What should you do before using it?”</w:t>
            </w:r>
          </w:p>
        </w:tc>
      </w:tr>
    </w:tbl>
    <w:p w14:paraId="0F196DBB" w14:textId="77777777" w:rsidR="00497233" w:rsidRDefault="006A3B01">
      <w:pPr>
        <w:spacing w:before="40" w:after="0"/>
      </w:pPr>
      <w:r>
        <w:rPr>
          <w:b/>
          <w:sz w:val="24"/>
        </w:rPr>
        <w:t>What to Do If You Are Unsure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497233" w14:paraId="55B9B806" w14:textId="77777777" w:rsidTr="00AA223C">
        <w:tc>
          <w:tcPr>
            <w:tcW w:w="3648" w:type="dxa"/>
            <w:shd w:val="clear" w:color="auto" w:fill="FCE4D6"/>
            <w:tcMar>
              <w:top w:w="80" w:type="dxa"/>
              <w:left w:w="90" w:type="dxa"/>
              <w:bottom w:w="80" w:type="dxa"/>
              <w:right w:w="90" w:type="dxa"/>
            </w:tcMar>
          </w:tcPr>
          <w:p w14:paraId="5D935CF9" w14:textId="77777777" w:rsidR="00497233" w:rsidRDefault="006A3B01">
            <w:pPr>
              <w:spacing w:after="20"/>
            </w:pPr>
            <w:r>
              <w:rPr>
                <w:b/>
                <w:u w:val="single"/>
              </w:rPr>
              <w:t>Stop</w:t>
            </w:r>
          </w:p>
          <w:p w14:paraId="7962A594" w14:textId="77777777" w:rsidR="00497233" w:rsidRDefault="006A3B01">
            <w:pPr>
              <w:pStyle w:val="ListBullet"/>
              <w:spacing w:after="0"/>
            </w:pPr>
            <w:r>
              <w:t>Do not guess about the hazards.</w:t>
            </w:r>
          </w:p>
          <w:p w14:paraId="587718E6" w14:textId="77777777" w:rsidR="00497233" w:rsidRDefault="006A3B01">
            <w:pPr>
              <w:pStyle w:val="ListBullet"/>
              <w:spacing w:after="0"/>
            </w:pPr>
            <w:r>
              <w:t>Do not use an unfamiliar substance until you understand it.</w:t>
            </w:r>
          </w:p>
        </w:tc>
        <w:tc>
          <w:tcPr>
            <w:tcW w:w="3648" w:type="dxa"/>
            <w:shd w:val="clear" w:color="auto" w:fill="EAF2F8"/>
            <w:tcMar>
              <w:top w:w="80" w:type="dxa"/>
              <w:left w:w="90" w:type="dxa"/>
              <w:bottom w:w="80" w:type="dxa"/>
              <w:right w:w="90" w:type="dxa"/>
            </w:tcMar>
          </w:tcPr>
          <w:p w14:paraId="6C030C63" w14:textId="77777777" w:rsidR="00497233" w:rsidRDefault="006A3B01">
            <w:pPr>
              <w:spacing w:after="20"/>
            </w:pPr>
            <w:r>
              <w:rPr>
                <w:b/>
                <w:u w:val="single"/>
              </w:rPr>
              <w:t>Check</w:t>
            </w:r>
          </w:p>
          <w:p w14:paraId="4BFF3431" w14:textId="77777777" w:rsidR="00497233" w:rsidRDefault="006A3B01">
            <w:pPr>
              <w:pStyle w:val="ListBullet"/>
              <w:spacing w:after="0"/>
            </w:pPr>
            <w:r>
              <w:t>Find and review the correct SDS.</w:t>
            </w:r>
          </w:p>
          <w:p w14:paraId="188209F4" w14:textId="77777777" w:rsidR="00497233" w:rsidRDefault="006A3B01">
            <w:pPr>
              <w:pStyle w:val="ListBullet"/>
              <w:spacing w:after="0"/>
            </w:pPr>
            <w:r>
              <w:t>Confirm the product identity and required PPE.</w:t>
            </w:r>
          </w:p>
        </w:tc>
        <w:tc>
          <w:tcPr>
            <w:tcW w:w="3648" w:type="dxa"/>
            <w:shd w:val="clear" w:color="auto" w:fill="EAF2F8"/>
            <w:tcMar>
              <w:top w:w="80" w:type="dxa"/>
              <w:left w:w="90" w:type="dxa"/>
              <w:bottom w:w="80" w:type="dxa"/>
              <w:right w:w="90" w:type="dxa"/>
            </w:tcMar>
          </w:tcPr>
          <w:p w14:paraId="4FC49A6D" w14:textId="77777777" w:rsidR="00497233" w:rsidRDefault="006A3B01">
            <w:pPr>
              <w:spacing w:after="20"/>
            </w:pPr>
            <w:r>
              <w:rPr>
                <w:b/>
                <w:u w:val="single"/>
              </w:rPr>
              <w:t>Ask</w:t>
            </w:r>
          </w:p>
          <w:p w14:paraId="446517B2" w14:textId="77777777" w:rsidR="00497233" w:rsidRDefault="006A3B01">
            <w:pPr>
              <w:pStyle w:val="ListBullet"/>
              <w:spacing w:after="0"/>
            </w:pPr>
            <w:r>
              <w:t>Ask your supervisor if you cannot locate the SDS.</w:t>
            </w:r>
          </w:p>
          <w:p w14:paraId="754AE82B" w14:textId="77777777" w:rsidR="00497233" w:rsidRDefault="006A3B01">
            <w:pPr>
              <w:pStyle w:val="ListBullet"/>
              <w:spacing w:after="0"/>
            </w:pPr>
            <w:r>
              <w:t>Get answers before beginning the task.</w:t>
            </w:r>
          </w:p>
        </w:tc>
      </w:tr>
    </w:tbl>
    <w:p w14:paraId="50D5A881" w14:textId="77777777" w:rsidR="00497233" w:rsidRDefault="006A3B01">
      <w:pPr>
        <w:spacing w:before="40" w:after="0"/>
      </w:pPr>
      <w:r>
        <w:rPr>
          <w:b/>
          <w:sz w:val="24"/>
        </w:rPr>
        <w:t>Close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497233" w14:paraId="480299BF" w14:textId="77777777" w:rsidTr="00AA223C">
        <w:tc>
          <w:tcPr>
            <w:tcW w:w="10944" w:type="dxa"/>
            <w:shd w:val="clear" w:color="auto" w:fill="D9EAF7"/>
            <w:tcMar>
              <w:top w:w="80" w:type="dxa"/>
              <w:left w:w="90" w:type="dxa"/>
              <w:bottom w:w="80" w:type="dxa"/>
              <w:right w:w="90" w:type="dxa"/>
            </w:tcMar>
          </w:tcPr>
          <w:p w14:paraId="2FAE2D0A" w14:textId="2A118318" w:rsidR="0038580E" w:rsidRPr="0038580E" w:rsidRDefault="006A3B01" w:rsidP="0038580E">
            <w:r>
              <w:rPr>
                <w:b/>
              </w:rPr>
              <w:t xml:space="preserve">Closing Message: </w:t>
            </w:r>
            <w:r>
              <w:t>“If you are not sure what you are working with, ask. Know where the SDSs are, review the hazards before use, and make sure you have the right protection. Your right to know helps you work safely.”</w:t>
            </w:r>
          </w:p>
        </w:tc>
      </w:tr>
    </w:tbl>
    <w:p w14:paraId="26D1084F" w14:textId="77777777" w:rsidR="00497233" w:rsidRDefault="006A3B01">
      <w:pPr>
        <w:pageBreakBefore/>
        <w:jc w:val="center"/>
      </w:pPr>
      <w:r>
        <w:rPr>
          <w:b/>
          <w:sz w:val="36"/>
        </w:rPr>
        <w:lastRenderedPageBreak/>
        <w:t>Toolbox Talk Attendance</w:t>
      </w:r>
    </w:p>
    <w:p w14:paraId="3C3882F6" w14:textId="77777777" w:rsidR="00497233" w:rsidRDefault="006A3B01">
      <w:pPr>
        <w:spacing w:after="80"/>
      </w:pPr>
      <w:r>
        <w:rPr>
          <w:b/>
        </w:rPr>
        <w:t>Topic: Safety Data Sheets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497233" w14:paraId="61361317" w14:textId="77777777" w:rsidTr="00AA223C">
        <w:tc>
          <w:tcPr>
            <w:tcW w:w="3648" w:type="dxa"/>
            <w:shd w:val="clear" w:color="auto" w:fill="D9E2F3"/>
            <w:tcMar>
              <w:top w:w="80" w:type="dxa"/>
              <w:left w:w="90" w:type="dxa"/>
              <w:bottom w:w="80" w:type="dxa"/>
              <w:right w:w="90" w:type="dxa"/>
            </w:tcMar>
          </w:tcPr>
          <w:p w14:paraId="5F04DD0D" w14:textId="77777777" w:rsidR="00497233" w:rsidRDefault="006A3B01">
            <w:r>
              <w:rPr>
                <w:b/>
              </w:rPr>
              <w:t>Date:</w:t>
            </w:r>
          </w:p>
        </w:tc>
        <w:tc>
          <w:tcPr>
            <w:tcW w:w="3648" w:type="dxa"/>
            <w:shd w:val="clear" w:color="auto" w:fill="D9E2F3"/>
            <w:tcMar>
              <w:top w:w="80" w:type="dxa"/>
              <w:left w:w="90" w:type="dxa"/>
              <w:bottom w:w="80" w:type="dxa"/>
              <w:right w:w="90" w:type="dxa"/>
            </w:tcMar>
          </w:tcPr>
          <w:p w14:paraId="58A112B7" w14:textId="77777777" w:rsidR="00497233" w:rsidRDefault="006A3B01">
            <w:r>
              <w:rPr>
                <w:b/>
              </w:rPr>
              <w:t>Project / Location:</w:t>
            </w:r>
          </w:p>
        </w:tc>
        <w:tc>
          <w:tcPr>
            <w:tcW w:w="3648" w:type="dxa"/>
            <w:shd w:val="clear" w:color="auto" w:fill="D9E2F3"/>
            <w:tcMar>
              <w:top w:w="80" w:type="dxa"/>
              <w:left w:w="90" w:type="dxa"/>
              <w:bottom w:w="80" w:type="dxa"/>
              <w:right w:w="90" w:type="dxa"/>
            </w:tcMar>
          </w:tcPr>
          <w:p w14:paraId="3657CBE6" w14:textId="77777777" w:rsidR="00497233" w:rsidRDefault="006A3B01">
            <w:r>
              <w:rPr>
                <w:b/>
              </w:rPr>
              <w:t>Instructor:</w:t>
            </w:r>
          </w:p>
        </w:tc>
      </w:tr>
    </w:tbl>
    <w:p w14:paraId="72873FB4" w14:textId="77777777" w:rsidR="00497233" w:rsidRDefault="006A3B01">
      <w:pPr>
        <w:spacing w:before="160" w:after="100"/>
      </w:pPr>
      <w:r>
        <w:t>By signing below, participants acknowledge attendance at this toolbox talk.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230"/>
        <w:gridCol w:w="4320"/>
        <w:gridCol w:w="1656"/>
      </w:tblGrid>
      <w:tr w:rsidR="00497233" w14:paraId="6A1D07DF" w14:textId="77777777" w:rsidTr="0038580E">
        <w:tc>
          <w:tcPr>
            <w:tcW w:w="738" w:type="dxa"/>
            <w:shd w:val="clear" w:color="auto" w:fill="D9E2F3"/>
          </w:tcPr>
          <w:p w14:paraId="49A3E13D" w14:textId="77777777" w:rsidR="00497233" w:rsidRDefault="006A3B01">
            <w:pPr>
              <w:jc w:val="center"/>
            </w:pPr>
            <w:r>
              <w:rPr>
                <w:b/>
              </w:rPr>
              <w:t>#</w:t>
            </w:r>
          </w:p>
        </w:tc>
        <w:tc>
          <w:tcPr>
            <w:tcW w:w="4230" w:type="dxa"/>
            <w:shd w:val="clear" w:color="auto" w:fill="D9E2F3"/>
          </w:tcPr>
          <w:p w14:paraId="2F04BCF3" w14:textId="77777777" w:rsidR="00497233" w:rsidRDefault="006A3B01">
            <w:pPr>
              <w:jc w:val="center"/>
            </w:pPr>
            <w:r>
              <w:rPr>
                <w:b/>
              </w:rPr>
              <w:t>Printed Name</w:t>
            </w:r>
          </w:p>
        </w:tc>
        <w:tc>
          <w:tcPr>
            <w:tcW w:w="4320" w:type="dxa"/>
            <w:shd w:val="clear" w:color="auto" w:fill="D9E2F3"/>
          </w:tcPr>
          <w:p w14:paraId="63D17D4F" w14:textId="77777777" w:rsidR="00497233" w:rsidRDefault="006A3B01">
            <w:pPr>
              <w:jc w:val="center"/>
            </w:pPr>
            <w:r>
              <w:rPr>
                <w:b/>
              </w:rPr>
              <w:t>Signature</w:t>
            </w:r>
          </w:p>
        </w:tc>
        <w:tc>
          <w:tcPr>
            <w:tcW w:w="1656" w:type="dxa"/>
            <w:shd w:val="clear" w:color="auto" w:fill="D9E2F3"/>
          </w:tcPr>
          <w:p w14:paraId="76C12107" w14:textId="77777777" w:rsidR="00497233" w:rsidRDefault="006A3B01">
            <w:pPr>
              <w:jc w:val="center"/>
            </w:pPr>
            <w:r>
              <w:rPr>
                <w:b/>
              </w:rPr>
              <w:t>Date</w:t>
            </w:r>
          </w:p>
        </w:tc>
      </w:tr>
      <w:tr w:rsidR="00497233" w14:paraId="640A38AF" w14:textId="77777777" w:rsidTr="0038580E">
        <w:tc>
          <w:tcPr>
            <w:tcW w:w="738" w:type="dxa"/>
            <w:tcMar>
              <w:top w:w="130" w:type="dxa"/>
              <w:left w:w="90" w:type="dxa"/>
              <w:bottom w:w="130" w:type="dxa"/>
              <w:right w:w="90" w:type="dxa"/>
            </w:tcMar>
            <w:vAlign w:val="center"/>
          </w:tcPr>
          <w:p w14:paraId="76C3D970" w14:textId="77777777" w:rsidR="00497233" w:rsidRDefault="006A3B01">
            <w:pPr>
              <w:jc w:val="center"/>
            </w:pPr>
            <w:r>
              <w:t>1</w:t>
            </w:r>
          </w:p>
        </w:tc>
        <w:tc>
          <w:tcPr>
            <w:tcW w:w="4230" w:type="dxa"/>
            <w:tcMar>
              <w:top w:w="130" w:type="dxa"/>
              <w:left w:w="90" w:type="dxa"/>
              <w:bottom w:w="130" w:type="dxa"/>
              <w:right w:w="90" w:type="dxa"/>
            </w:tcMar>
            <w:vAlign w:val="center"/>
          </w:tcPr>
          <w:p w14:paraId="52799F50" w14:textId="77777777" w:rsidR="00497233" w:rsidRDefault="00497233"/>
        </w:tc>
        <w:tc>
          <w:tcPr>
            <w:tcW w:w="4320" w:type="dxa"/>
            <w:tcMar>
              <w:top w:w="130" w:type="dxa"/>
              <w:left w:w="90" w:type="dxa"/>
              <w:bottom w:w="130" w:type="dxa"/>
              <w:right w:w="90" w:type="dxa"/>
            </w:tcMar>
            <w:vAlign w:val="center"/>
          </w:tcPr>
          <w:p w14:paraId="1EE1A332" w14:textId="77777777" w:rsidR="00497233" w:rsidRDefault="00497233"/>
        </w:tc>
        <w:tc>
          <w:tcPr>
            <w:tcW w:w="1656" w:type="dxa"/>
            <w:tcMar>
              <w:top w:w="130" w:type="dxa"/>
              <w:left w:w="90" w:type="dxa"/>
              <w:bottom w:w="130" w:type="dxa"/>
              <w:right w:w="90" w:type="dxa"/>
            </w:tcMar>
            <w:vAlign w:val="center"/>
          </w:tcPr>
          <w:p w14:paraId="513E748D" w14:textId="77777777" w:rsidR="00497233" w:rsidRDefault="00497233"/>
        </w:tc>
      </w:tr>
      <w:tr w:rsidR="00497233" w14:paraId="3D4E42DC" w14:textId="77777777" w:rsidTr="0038580E">
        <w:tc>
          <w:tcPr>
            <w:tcW w:w="738" w:type="dxa"/>
            <w:tcMar>
              <w:top w:w="130" w:type="dxa"/>
              <w:left w:w="90" w:type="dxa"/>
              <w:bottom w:w="130" w:type="dxa"/>
              <w:right w:w="90" w:type="dxa"/>
            </w:tcMar>
            <w:vAlign w:val="center"/>
          </w:tcPr>
          <w:p w14:paraId="772D8E40" w14:textId="77777777" w:rsidR="00497233" w:rsidRDefault="006A3B01">
            <w:pPr>
              <w:jc w:val="center"/>
            </w:pPr>
            <w:r>
              <w:t>2</w:t>
            </w:r>
          </w:p>
        </w:tc>
        <w:tc>
          <w:tcPr>
            <w:tcW w:w="4230" w:type="dxa"/>
            <w:tcMar>
              <w:top w:w="130" w:type="dxa"/>
              <w:left w:w="90" w:type="dxa"/>
              <w:bottom w:w="130" w:type="dxa"/>
              <w:right w:w="90" w:type="dxa"/>
            </w:tcMar>
            <w:vAlign w:val="center"/>
          </w:tcPr>
          <w:p w14:paraId="29B7370B" w14:textId="77777777" w:rsidR="00497233" w:rsidRDefault="00497233"/>
        </w:tc>
        <w:tc>
          <w:tcPr>
            <w:tcW w:w="4320" w:type="dxa"/>
            <w:tcMar>
              <w:top w:w="130" w:type="dxa"/>
              <w:left w:w="90" w:type="dxa"/>
              <w:bottom w:w="130" w:type="dxa"/>
              <w:right w:w="90" w:type="dxa"/>
            </w:tcMar>
            <w:vAlign w:val="center"/>
          </w:tcPr>
          <w:p w14:paraId="74C77C55" w14:textId="77777777" w:rsidR="00497233" w:rsidRDefault="00497233"/>
        </w:tc>
        <w:tc>
          <w:tcPr>
            <w:tcW w:w="1656" w:type="dxa"/>
            <w:tcMar>
              <w:top w:w="130" w:type="dxa"/>
              <w:left w:w="90" w:type="dxa"/>
              <w:bottom w:w="130" w:type="dxa"/>
              <w:right w:w="90" w:type="dxa"/>
            </w:tcMar>
            <w:vAlign w:val="center"/>
          </w:tcPr>
          <w:p w14:paraId="23F9B2D4" w14:textId="77777777" w:rsidR="00497233" w:rsidRDefault="00497233"/>
        </w:tc>
      </w:tr>
      <w:tr w:rsidR="00497233" w14:paraId="0A849D13" w14:textId="77777777" w:rsidTr="0038580E">
        <w:tc>
          <w:tcPr>
            <w:tcW w:w="738" w:type="dxa"/>
            <w:tcMar>
              <w:top w:w="130" w:type="dxa"/>
              <w:left w:w="90" w:type="dxa"/>
              <w:bottom w:w="130" w:type="dxa"/>
              <w:right w:w="90" w:type="dxa"/>
            </w:tcMar>
            <w:vAlign w:val="center"/>
          </w:tcPr>
          <w:p w14:paraId="7E67D593" w14:textId="77777777" w:rsidR="00497233" w:rsidRDefault="006A3B01">
            <w:pPr>
              <w:jc w:val="center"/>
            </w:pPr>
            <w:r>
              <w:t>3</w:t>
            </w:r>
          </w:p>
        </w:tc>
        <w:tc>
          <w:tcPr>
            <w:tcW w:w="4230" w:type="dxa"/>
            <w:tcMar>
              <w:top w:w="130" w:type="dxa"/>
              <w:left w:w="90" w:type="dxa"/>
              <w:bottom w:w="130" w:type="dxa"/>
              <w:right w:w="90" w:type="dxa"/>
            </w:tcMar>
            <w:vAlign w:val="center"/>
          </w:tcPr>
          <w:p w14:paraId="70795891" w14:textId="77777777" w:rsidR="00497233" w:rsidRDefault="00497233"/>
        </w:tc>
        <w:tc>
          <w:tcPr>
            <w:tcW w:w="4320" w:type="dxa"/>
            <w:tcMar>
              <w:top w:w="130" w:type="dxa"/>
              <w:left w:w="90" w:type="dxa"/>
              <w:bottom w:w="130" w:type="dxa"/>
              <w:right w:w="90" w:type="dxa"/>
            </w:tcMar>
            <w:vAlign w:val="center"/>
          </w:tcPr>
          <w:p w14:paraId="7A47AFBA" w14:textId="77777777" w:rsidR="00497233" w:rsidRDefault="00497233"/>
        </w:tc>
        <w:tc>
          <w:tcPr>
            <w:tcW w:w="1656" w:type="dxa"/>
            <w:tcMar>
              <w:top w:w="130" w:type="dxa"/>
              <w:left w:w="90" w:type="dxa"/>
              <w:bottom w:w="130" w:type="dxa"/>
              <w:right w:w="90" w:type="dxa"/>
            </w:tcMar>
            <w:vAlign w:val="center"/>
          </w:tcPr>
          <w:p w14:paraId="2B2D78EB" w14:textId="77777777" w:rsidR="00497233" w:rsidRDefault="00497233"/>
        </w:tc>
      </w:tr>
      <w:tr w:rsidR="00497233" w14:paraId="6E6DED27" w14:textId="77777777" w:rsidTr="0038580E">
        <w:tc>
          <w:tcPr>
            <w:tcW w:w="738" w:type="dxa"/>
            <w:tcMar>
              <w:top w:w="130" w:type="dxa"/>
              <w:left w:w="90" w:type="dxa"/>
              <w:bottom w:w="130" w:type="dxa"/>
              <w:right w:w="90" w:type="dxa"/>
            </w:tcMar>
            <w:vAlign w:val="center"/>
          </w:tcPr>
          <w:p w14:paraId="1C8AA33E" w14:textId="77777777" w:rsidR="00497233" w:rsidRDefault="006A3B01">
            <w:pPr>
              <w:jc w:val="center"/>
            </w:pPr>
            <w:r>
              <w:t>4</w:t>
            </w:r>
          </w:p>
        </w:tc>
        <w:tc>
          <w:tcPr>
            <w:tcW w:w="4230" w:type="dxa"/>
            <w:tcMar>
              <w:top w:w="130" w:type="dxa"/>
              <w:left w:w="90" w:type="dxa"/>
              <w:bottom w:w="130" w:type="dxa"/>
              <w:right w:w="90" w:type="dxa"/>
            </w:tcMar>
            <w:vAlign w:val="center"/>
          </w:tcPr>
          <w:p w14:paraId="0DA543FD" w14:textId="77777777" w:rsidR="00497233" w:rsidRDefault="00497233"/>
        </w:tc>
        <w:tc>
          <w:tcPr>
            <w:tcW w:w="4320" w:type="dxa"/>
            <w:tcMar>
              <w:top w:w="130" w:type="dxa"/>
              <w:left w:w="90" w:type="dxa"/>
              <w:bottom w:w="130" w:type="dxa"/>
              <w:right w:w="90" w:type="dxa"/>
            </w:tcMar>
            <w:vAlign w:val="center"/>
          </w:tcPr>
          <w:p w14:paraId="182DF8CF" w14:textId="77777777" w:rsidR="00497233" w:rsidRDefault="00497233"/>
        </w:tc>
        <w:tc>
          <w:tcPr>
            <w:tcW w:w="1656" w:type="dxa"/>
            <w:tcMar>
              <w:top w:w="130" w:type="dxa"/>
              <w:left w:w="90" w:type="dxa"/>
              <w:bottom w:w="130" w:type="dxa"/>
              <w:right w:w="90" w:type="dxa"/>
            </w:tcMar>
            <w:vAlign w:val="center"/>
          </w:tcPr>
          <w:p w14:paraId="36AEE402" w14:textId="77777777" w:rsidR="00497233" w:rsidRDefault="00497233"/>
        </w:tc>
      </w:tr>
      <w:tr w:rsidR="00497233" w14:paraId="6088F144" w14:textId="77777777" w:rsidTr="0038580E">
        <w:tc>
          <w:tcPr>
            <w:tcW w:w="738" w:type="dxa"/>
            <w:tcMar>
              <w:top w:w="130" w:type="dxa"/>
              <w:left w:w="90" w:type="dxa"/>
              <w:bottom w:w="130" w:type="dxa"/>
              <w:right w:w="90" w:type="dxa"/>
            </w:tcMar>
            <w:vAlign w:val="center"/>
          </w:tcPr>
          <w:p w14:paraId="0A2FD580" w14:textId="77777777" w:rsidR="00497233" w:rsidRDefault="006A3B01">
            <w:pPr>
              <w:jc w:val="center"/>
            </w:pPr>
            <w:r>
              <w:t>5</w:t>
            </w:r>
          </w:p>
        </w:tc>
        <w:tc>
          <w:tcPr>
            <w:tcW w:w="4230" w:type="dxa"/>
            <w:tcMar>
              <w:top w:w="130" w:type="dxa"/>
              <w:left w:w="90" w:type="dxa"/>
              <w:bottom w:w="130" w:type="dxa"/>
              <w:right w:w="90" w:type="dxa"/>
            </w:tcMar>
            <w:vAlign w:val="center"/>
          </w:tcPr>
          <w:p w14:paraId="681E4B5E" w14:textId="77777777" w:rsidR="00497233" w:rsidRDefault="00497233"/>
        </w:tc>
        <w:tc>
          <w:tcPr>
            <w:tcW w:w="4320" w:type="dxa"/>
            <w:tcMar>
              <w:top w:w="130" w:type="dxa"/>
              <w:left w:w="90" w:type="dxa"/>
              <w:bottom w:w="130" w:type="dxa"/>
              <w:right w:w="90" w:type="dxa"/>
            </w:tcMar>
            <w:vAlign w:val="center"/>
          </w:tcPr>
          <w:p w14:paraId="6D3E3401" w14:textId="77777777" w:rsidR="00497233" w:rsidRDefault="00497233"/>
        </w:tc>
        <w:tc>
          <w:tcPr>
            <w:tcW w:w="1656" w:type="dxa"/>
            <w:tcMar>
              <w:top w:w="130" w:type="dxa"/>
              <w:left w:w="90" w:type="dxa"/>
              <w:bottom w:w="130" w:type="dxa"/>
              <w:right w:w="90" w:type="dxa"/>
            </w:tcMar>
            <w:vAlign w:val="center"/>
          </w:tcPr>
          <w:p w14:paraId="065E08EC" w14:textId="77777777" w:rsidR="00497233" w:rsidRDefault="00497233"/>
        </w:tc>
      </w:tr>
      <w:tr w:rsidR="00497233" w14:paraId="7343DC19" w14:textId="77777777" w:rsidTr="0038580E">
        <w:tc>
          <w:tcPr>
            <w:tcW w:w="738" w:type="dxa"/>
            <w:tcMar>
              <w:top w:w="130" w:type="dxa"/>
              <w:left w:w="90" w:type="dxa"/>
              <w:bottom w:w="130" w:type="dxa"/>
              <w:right w:w="90" w:type="dxa"/>
            </w:tcMar>
            <w:vAlign w:val="center"/>
          </w:tcPr>
          <w:p w14:paraId="009CAC00" w14:textId="77777777" w:rsidR="00497233" w:rsidRDefault="006A3B01">
            <w:pPr>
              <w:jc w:val="center"/>
            </w:pPr>
            <w:r>
              <w:t>6</w:t>
            </w:r>
          </w:p>
        </w:tc>
        <w:tc>
          <w:tcPr>
            <w:tcW w:w="4230" w:type="dxa"/>
            <w:tcMar>
              <w:top w:w="130" w:type="dxa"/>
              <w:left w:w="90" w:type="dxa"/>
              <w:bottom w:w="130" w:type="dxa"/>
              <w:right w:w="90" w:type="dxa"/>
            </w:tcMar>
            <w:vAlign w:val="center"/>
          </w:tcPr>
          <w:p w14:paraId="157F3DDD" w14:textId="77777777" w:rsidR="00497233" w:rsidRDefault="00497233"/>
        </w:tc>
        <w:tc>
          <w:tcPr>
            <w:tcW w:w="4320" w:type="dxa"/>
            <w:tcMar>
              <w:top w:w="130" w:type="dxa"/>
              <w:left w:w="90" w:type="dxa"/>
              <w:bottom w:w="130" w:type="dxa"/>
              <w:right w:w="90" w:type="dxa"/>
            </w:tcMar>
            <w:vAlign w:val="center"/>
          </w:tcPr>
          <w:p w14:paraId="4D75142A" w14:textId="77777777" w:rsidR="00497233" w:rsidRDefault="00497233"/>
        </w:tc>
        <w:tc>
          <w:tcPr>
            <w:tcW w:w="1656" w:type="dxa"/>
            <w:tcMar>
              <w:top w:w="130" w:type="dxa"/>
              <w:left w:w="90" w:type="dxa"/>
              <w:bottom w:w="130" w:type="dxa"/>
              <w:right w:w="90" w:type="dxa"/>
            </w:tcMar>
            <w:vAlign w:val="center"/>
          </w:tcPr>
          <w:p w14:paraId="1F935C2D" w14:textId="77777777" w:rsidR="00497233" w:rsidRDefault="00497233"/>
        </w:tc>
      </w:tr>
      <w:tr w:rsidR="00497233" w14:paraId="449D92B3" w14:textId="77777777" w:rsidTr="0038580E">
        <w:tc>
          <w:tcPr>
            <w:tcW w:w="738" w:type="dxa"/>
            <w:tcMar>
              <w:top w:w="130" w:type="dxa"/>
              <w:left w:w="90" w:type="dxa"/>
              <w:bottom w:w="130" w:type="dxa"/>
              <w:right w:w="90" w:type="dxa"/>
            </w:tcMar>
            <w:vAlign w:val="center"/>
          </w:tcPr>
          <w:p w14:paraId="0D5F9C4D" w14:textId="77777777" w:rsidR="00497233" w:rsidRDefault="006A3B01">
            <w:pPr>
              <w:jc w:val="center"/>
            </w:pPr>
            <w:r>
              <w:t>7</w:t>
            </w:r>
          </w:p>
        </w:tc>
        <w:tc>
          <w:tcPr>
            <w:tcW w:w="4230" w:type="dxa"/>
            <w:tcMar>
              <w:top w:w="130" w:type="dxa"/>
              <w:left w:w="90" w:type="dxa"/>
              <w:bottom w:w="130" w:type="dxa"/>
              <w:right w:w="90" w:type="dxa"/>
            </w:tcMar>
            <w:vAlign w:val="center"/>
          </w:tcPr>
          <w:p w14:paraId="27FBFB22" w14:textId="77777777" w:rsidR="00497233" w:rsidRDefault="00497233"/>
        </w:tc>
        <w:tc>
          <w:tcPr>
            <w:tcW w:w="4320" w:type="dxa"/>
            <w:tcMar>
              <w:top w:w="130" w:type="dxa"/>
              <w:left w:w="90" w:type="dxa"/>
              <w:bottom w:w="130" w:type="dxa"/>
              <w:right w:w="90" w:type="dxa"/>
            </w:tcMar>
            <w:vAlign w:val="center"/>
          </w:tcPr>
          <w:p w14:paraId="08DE13EF" w14:textId="77777777" w:rsidR="00497233" w:rsidRDefault="00497233"/>
        </w:tc>
        <w:tc>
          <w:tcPr>
            <w:tcW w:w="1656" w:type="dxa"/>
            <w:tcMar>
              <w:top w:w="130" w:type="dxa"/>
              <w:left w:w="90" w:type="dxa"/>
              <w:bottom w:w="130" w:type="dxa"/>
              <w:right w:w="90" w:type="dxa"/>
            </w:tcMar>
            <w:vAlign w:val="center"/>
          </w:tcPr>
          <w:p w14:paraId="4AAF5D5D" w14:textId="77777777" w:rsidR="00497233" w:rsidRDefault="00497233"/>
        </w:tc>
      </w:tr>
      <w:tr w:rsidR="00497233" w14:paraId="08A029B1" w14:textId="77777777" w:rsidTr="0038580E">
        <w:tc>
          <w:tcPr>
            <w:tcW w:w="738" w:type="dxa"/>
            <w:tcMar>
              <w:top w:w="130" w:type="dxa"/>
              <w:left w:w="90" w:type="dxa"/>
              <w:bottom w:w="130" w:type="dxa"/>
              <w:right w:w="90" w:type="dxa"/>
            </w:tcMar>
            <w:vAlign w:val="center"/>
          </w:tcPr>
          <w:p w14:paraId="6C11B5AA" w14:textId="77777777" w:rsidR="00497233" w:rsidRDefault="006A3B01">
            <w:pPr>
              <w:jc w:val="center"/>
            </w:pPr>
            <w:r>
              <w:t>8</w:t>
            </w:r>
          </w:p>
        </w:tc>
        <w:tc>
          <w:tcPr>
            <w:tcW w:w="4230" w:type="dxa"/>
            <w:tcMar>
              <w:top w:w="130" w:type="dxa"/>
              <w:left w:w="90" w:type="dxa"/>
              <w:bottom w:w="130" w:type="dxa"/>
              <w:right w:w="90" w:type="dxa"/>
            </w:tcMar>
            <w:vAlign w:val="center"/>
          </w:tcPr>
          <w:p w14:paraId="7E733663" w14:textId="77777777" w:rsidR="00497233" w:rsidRDefault="00497233"/>
        </w:tc>
        <w:tc>
          <w:tcPr>
            <w:tcW w:w="4320" w:type="dxa"/>
            <w:tcMar>
              <w:top w:w="130" w:type="dxa"/>
              <w:left w:w="90" w:type="dxa"/>
              <w:bottom w:w="130" w:type="dxa"/>
              <w:right w:w="90" w:type="dxa"/>
            </w:tcMar>
            <w:vAlign w:val="center"/>
          </w:tcPr>
          <w:p w14:paraId="24FA6914" w14:textId="77777777" w:rsidR="00497233" w:rsidRDefault="00497233"/>
        </w:tc>
        <w:tc>
          <w:tcPr>
            <w:tcW w:w="1656" w:type="dxa"/>
            <w:tcMar>
              <w:top w:w="130" w:type="dxa"/>
              <w:left w:w="90" w:type="dxa"/>
              <w:bottom w:w="130" w:type="dxa"/>
              <w:right w:w="90" w:type="dxa"/>
            </w:tcMar>
            <w:vAlign w:val="center"/>
          </w:tcPr>
          <w:p w14:paraId="359DFA82" w14:textId="77777777" w:rsidR="00497233" w:rsidRDefault="00497233"/>
        </w:tc>
      </w:tr>
      <w:tr w:rsidR="00497233" w14:paraId="3AD9C178" w14:textId="77777777" w:rsidTr="0038580E">
        <w:tc>
          <w:tcPr>
            <w:tcW w:w="738" w:type="dxa"/>
            <w:tcMar>
              <w:top w:w="130" w:type="dxa"/>
              <w:left w:w="90" w:type="dxa"/>
              <w:bottom w:w="130" w:type="dxa"/>
              <w:right w:w="90" w:type="dxa"/>
            </w:tcMar>
            <w:vAlign w:val="center"/>
          </w:tcPr>
          <w:p w14:paraId="036C2453" w14:textId="77777777" w:rsidR="00497233" w:rsidRDefault="006A3B01">
            <w:pPr>
              <w:jc w:val="center"/>
            </w:pPr>
            <w:r>
              <w:t>9</w:t>
            </w:r>
          </w:p>
        </w:tc>
        <w:tc>
          <w:tcPr>
            <w:tcW w:w="4230" w:type="dxa"/>
            <w:tcMar>
              <w:top w:w="130" w:type="dxa"/>
              <w:left w:w="90" w:type="dxa"/>
              <w:bottom w:w="130" w:type="dxa"/>
              <w:right w:w="90" w:type="dxa"/>
            </w:tcMar>
            <w:vAlign w:val="center"/>
          </w:tcPr>
          <w:p w14:paraId="66BA4065" w14:textId="77777777" w:rsidR="00497233" w:rsidRDefault="00497233"/>
        </w:tc>
        <w:tc>
          <w:tcPr>
            <w:tcW w:w="4320" w:type="dxa"/>
            <w:tcMar>
              <w:top w:w="130" w:type="dxa"/>
              <w:left w:w="90" w:type="dxa"/>
              <w:bottom w:w="130" w:type="dxa"/>
              <w:right w:w="90" w:type="dxa"/>
            </w:tcMar>
            <w:vAlign w:val="center"/>
          </w:tcPr>
          <w:p w14:paraId="12453E08" w14:textId="77777777" w:rsidR="00497233" w:rsidRDefault="00497233"/>
        </w:tc>
        <w:tc>
          <w:tcPr>
            <w:tcW w:w="1656" w:type="dxa"/>
            <w:tcMar>
              <w:top w:w="130" w:type="dxa"/>
              <w:left w:w="90" w:type="dxa"/>
              <w:bottom w:w="130" w:type="dxa"/>
              <w:right w:w="90" w:type="dxa"/>
            </w:tcMar>
            <w:vAlign w:val="center"/>
          </w:tcPr>
          <w:p w14:paraId="05697C7F" w14:textId="77777777" w:rsidR="00497233" w:rsidRDefault="00497233"/>
        </w:tc>
      </w:tr>
      <w:tr w:rsidR="00497233" w14:paraId="208B5ED8" w14:textId="77777777" w:rsidTr="0038580E">
        <w:tc>
          <w:tcPr>
            <w:tcW w:w="738" w:type="dxa"/>
            <w:tcMar>
              <w:top w:w="130" w:type="dxa"/>
              <w:left w:w="90" w:type="dxa"/>
              <w:bottom w:w="130" w:type="dxa"/>
              <w:right w:w="90" w:type="dxa"/>
            </w:tcMar>
            <w:vAlign w:val="center"/>
          </w:tcPr>
          <w:p w14:paraId="4EDFEE50" w14:textId="77777777" w:rsidR="00497233" w:rsidRDefault="006A3B01">
            <w:pPr>
              <w:jc w:val="center"/>
            </w:pPr>
            <w:r>
              <w:t>10</w:t>
            </w:r>
          </w:p>
        </w:tc>
        <w:tc>
          <w:tcPr>
            <w:tcW w:w="4230" w:type="dxa"/>
            <w:tcMar>
              <w:top w:w="130" w:type="dxa"/>
              <w:left w:w="90" w:type="dxa"/>
              <w:bottom w:w="130" w:type="dxa"/>
              <w:right w:w="90" w:type="dxa"/>
            </w:tcMar>
            <w:vAlign w:val="center"/>
          </w:tcPr>
          <w:p w14:paraId="7FC6451B" w14:textId="77777777" w:rsidR="00497233" w:rsidRDefault="00497233"/>
        </w:tc>
        <w:tc>
          <w:tcPr>
            <w:tcW w:w="4320" w:type="dxa"/>
            <w:tcMar>
              <w:top w:w="130" w:type="dxa"/>
              <w:left w:w="90" w:type="dxa"/>
              <w:bottom w:w="130" w:type="dxa"/>
              <w:right w:w="90" w:type="dxa"/>
            </w:tcMar>
            <w:vAlign w:val="center"/>
          </w:tcPr>
          <w:p w14:paraId="74561909" w14:textId="77777777" w:rsidR="00497233" w:rsidRDefault="00497233"/>
        </w:tc>
        <w:tc>
          <w:tcPr>
            <w:tcW w:w="1656" w:type="dxa"/>
            <w:tcMar>
              <w:top w:w="130" w:type="dxa"/>
              <w:left w:w="90" w:type="dxa"/>
              <w:bottom w:w="130" w:type="dxa"/>
              <w:right w:w="90" w:type="dxa"/>
            </w:tcMar>
            <w:vAlign w:val="center"/>
          </w:tcPr>
          <w:p w14:paraId="260B74C5" w14:textId="77777777" w:rsidR="00497233" w:rsidRDefault="00497233"/>
        </w:tc>
      </w:tr>
      <w:tr w:rsidR="00497233" w14:paraId="28C571F2" w14:textId="77777777" w:rsidTr="0038580E">
        <w:tc>
          <w:tcPr>
            <w:tcW w:w="738" w:type="dxa"/>
            <w:tcMar>
              <w:top w:w="130" w:type="dxa"/>
              <w:left w:w="90" w:type="dxa"/>
              <w:bottom w:w="130" w:type="dxa"/>
              <w:right w:w="90" w:type="dxa"/>
            </w:tcMar>
            <w:vAlign w:val="center"/>
          </w:tcPr>
          <w:p w14:paraId="1DC23D91" w14:textId="77777777" w:rsidR="00497233" w:rsidRDefault="006A3B01">
            <w:pPr>
              <w:jc w:val="center"/>
            </w:pPr>
            <w:r>
              <w:t>11</w:t>
            </w:r>
          </w:p>
        </w:tc>
        <w:tc>
          <w:tcPr>
            <w:tcW w:w="4230" w:type="dxa"/>
            <w:tcMar>
              <w:top w:w="130" w:type="dxa"/>
              <w:left w:w="90" w:type="dxa"/>
              <w:bottom w:w="130" w:type="dxa"/>
              <w:right w:w="90" w:type="dxa"/>
            </w:tcMar>
            <w:vAlign w:val="center"/>
          </w:tcPr>
          <w:p w14:paraId="3FC0A6E3" w14:textId="77777777" w:rsidR="00497233" w:rsidRDefault="00497233"/>
        </w:tc>
        <w:tc>
          <w:tcPr>
            <w:tcW w:w="4320" w:type="dxa"/>
            <w:tcMar>
              <w:top w:w="130" w:type="dxa"/>
              <w:left w:w="90" w:type="dxa"/>
              <w:bottom w:w="130" w:type="dxa"/>
              <w:right w:w="90" w:type="dxa"/>
            </w:tcMar>
            <w:vAlign w:val="center"/>
          </w:tcPr>
          <w:p w14:paraId="5CCF29AE" w14:textId="77777777" w:rsidR="00497233" w:rsidRDefault="00497233"/>
        </w:tc>
        <w:tc>
          <w:tcPr>
            <w:tcW w:w="1656" w:type="dxa"/>
            <w:tcMar>
              <w:top w:w="130" w:type="dxa"/>
              <w:left w:w="90" w:type="dxa"/>
              <w:bottom w:w="130" w:type="dxa"/>
              <w:right w:w="90" w:type="dxa"/>
            </w:tcMar>
            <w:vAlign w:val="center"/>
          </w:tcPr>
          <w:p w14:paraId="127EE28A" w14:textId="77777777" w:rsidR="00497233" w:rsidRDefault="00497233"/>
        </w:tc>
      </w:tr>
      <w:tr w:rsidR="00497233" w14:paraId="47763DA5" w14:textId="77777777" w:rsidTr="0038580E">
        <w:tc>
          <w:tcPr>
            <w:tcW w:w="738" w:type="dxa"/>
            <w:tcMar>
              <w:top w:w="130" w:type="dxa"/>
              <w:left w:w="90" w:type="dxa"/>
              <w:bottom w:w="130" w:type="dxa"/>
              <w:right w:w="90" w:type="dxa"/>
            </w:tcMar>
            <w:vAlign w:val="center"/>
          </w:tcPr>
          <w:p w14:paraId="39B11207" w14:textId="77777777" w:rsidR="00497233" w:rsidRDefault="006A3B01">
            <w:pPr>
              <w:jc w:val="center"/>
            </w:pPr>
            <w:r>
              <w:t>12</w:t>
            </w:r>
          </w:p>
        </w:tc>
        <w:tc>
          <w:tcPr>
            <w:tcW w:w="4230" w:type="dxa"/>
            <w:tcMar>
              <w:top w:w="130" w:type="dxa"/>
              <w:left w:w="90" w:type="dxa"/>
              <w:bottom w:w="130" w:type="dxa"/>
              <w:right w:w="90" w:type="dxa"/>
            </w:tcMar>
            <w:vAlign w:val="center"/>
          </w:tcPr>
          <w:p w14:paraId="590D6A76" w14:textId="77777777" w:rsidR="00497233" w:rsidRDefault="00497233"/>
        </w:tc>
        <w:tc>
          <w:tcPr>
            <w:tcW w:w="4320" w:type="dxa"/>
            <w:tcMar>
              <w:top w:w="130" w:type="dxa"/>
              <w:left w:w="90" w:type="dxa"/>
              <w:bottom w:w="130" w:type="dxa"/>
              <w:right w:w="90" w:type="dxa"/>
            </w:tcMar>
            <w:vAlign w:val="center"/>
          </w:tcPr>
          <w:p w14:paraId="72BA1B7D" w14:textId="77777777" w:rsidR="00497233" w:rsidRDefault="00497233"/>
        </w:tc>
        <w:tc>
          <w:tcPr>
            <w:tcW w:w="1656" w:type="dxa"/>
            <w:tcMar>
              <w:top w:w="130" w:type="dxa"/>
              <w:left w:w="90" w:type="dxa"/>
              <w:bottom w:w="130" w:type="dxa"/>
              <w:right w:w="90" w:type="dxa"/>
            </w:tcMar>
            <w:vAlign w:val="center"/>
          </w:tcPr>
          <w:p w14:paraId="68BD7674" w14:textId="77777777" w:rsidR="00497233" w:rsidRDefault="00497233"/>
        </w:tc>
      </w:tr>
    </w:tbl>
    <w:p w14:paraId="1E27C64C" w14:textId="58BB6440" w:rsidR="00497233" w:rsidRDefault="00497233" w:rsidP="0038580E">
      <w:pPr>
        <w:spacing w:before="160"/>
        <w:jc w:val="center"/>
      </w:pPr>
    </w:p>
    <w:sectPr w:rsidR="00497233" w:rsidSect="0038580E">
      <w:footerReference w:type="default" r:id="rId12"/>
      <w:pgSz w:w="12240" w:h="15840"/>
      <w:pgMar w:top="504" w:right="648" w:bottom="360" w:left="64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362A3" w14:textId="77777777" w:rsidR="006A3B01" w:rsidRDefault="006A3B01" w:rsidP="0038580E">
      <w:pPr>
        <w:spacing w:after="0" w:line="240" w:lineRule="auto"/>
      </w:pPr>
      <w:r>
        <w:separator/>
      </w:r>
    </w:p>
  </w:endnote>
  <w:endnote w:type="continuationSeparator" w:id="0">
    <w:p w14:paraId="7A997A3B" w14:textId="77777777" w:rsidR="006A3B01" w:rsidRDefault="006A3B01" w:rsidP="00385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46DA4" w14:textId="77777777" w:rsidR="0038580E" w:rsidRDefault="0038580E" w:rsidP="0038580E">
    <w:pPr>
      <w:spacing w:before="160"/>
      <w:jc w:val="center"/>
    </w:pPr>
    <w:r>
      <w:rPr>
        <w:color w:val="6E6E6E"/>
        <w:sz w:val="16"/>
      </w:rPr>
      <w:t>Safety Data Sheets Toolbox Talk | COMPANY</w:t>
    </w:r>
  </w:p>
  <w:p w14:paraId="5AB66113" w14:textId="77777777" w:rsidR="0038580E" w:rsidRDefault="00385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1BB97" w14:textId="77777777" w:rsidR="006A3B01" w:rsidRDefault="006A3B01" w:rsidP="0038580E">
      <w:pPr>
        <w:spacing w:after="0" w:line="240" w:lineRule="auto"/>
      </w:pPr>
      <w:r>
        <w:separator/>
      </w:r>
    </w:p>
  </w:footnote>
  <w:footnote w:type="continuationSeparator" w:id="0">
    <w:p w14:paraId="43A9F655" w14:textId="77777777" w:rsidR="006A3B01" w:rsidRDefault="006A3B01" w:rsidP="003858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82374588">
    <w:abstractNumId w:val="8"/>
  </w:num>
  <w:num w:numId="2" w16cid:durableId="1524788305">
    <w:abstractNumId w:val="6"/>
  </w:num>
  <w:num w:numId="3" w16cid:durableId="796334981">
    <w:abstractNumId w:val="5"/>
  </w:num>
  <w:num w:numId="4" w16cid:durableId="230428174">
    <w:abstractNumId w:val="4"/>
  </w:num>
  <w:num w:numId="5" w16cid:durableId="1939438850">
    <w:abstractNumId w:val="7"/>
  </w:num>
  <w:num w:numId="6" w16cid:durableId="516113263">
    <w:abstractNumId w:val="3"/>
  </w:num>
  <w:num w:numId="7" w16cid:durableId="2040619732">
    <w:abstractNumId w:val="2"/>
  </w:num>
  <w:num w:numId="8" w16cid:durableId="625888523">
    <w:abstractNumId w:val="1"/>
  </w:num>
  <w:num w:numId="9" w16cid:durableId="1132676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7488"/>
    <w:rsid w:val="0029639D"/>
    <w:rsid w:val="00326F90"/>
    <w:rsid w:val="0038580E"/>
    <w:rsid w:val="00497233"/>
    <w:rsid w:val="006A3B01"/>
    <w:rsid w:val="009D0CE1"/>
    <w:rsid w:val="00AA1D8D"/>
    <w:rsid w:val="00AA223C"/>
    <w:rsid w:val="00B47730"/>
    <w:rsid w:val="00CB0664"/>
    <w:rsid w:val="00EE4B75"/>
    <w:rsid w:val="00EE4F8D"/>
    <w:rsid w:val="00F46CE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CDFA8D2-18B7-410C-902C-31BF92D02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6C0F0D5715AE47937174C9F1943D56" ma:contentTypeVersion="11" ma:contentTypeDescription="Create a new document." ma:contentTypeScope="" ma:versionID="0ce6b29ac12536fa66e5abecd4484172">
  <xsd:schema xmlns:xsd="http://www.w3.org/2001/XMLSchema" xmlns:xs="http://www.w3.org/2001/XMLSchema" xmlns:p="http://schemas.microsoft.com/office/2006/metadata/properties" xmlns:ns2="6f58e7e0-97f7-499a-9d1c-1372a572ffb2" xmlns:ns3="200aba80-eedd-47d5-b869-4f019f30d124" targetNamespace="http://schemas.microsoft.com/office/2006/metadata/properties" ma:root="true" ma:fieldsID="65bfa2a3969094c93300a2031dcc723d" ns2:_="" ns3:_="">
    <xsd:import namespace="6f58e7e0-97f7-499a-9d1c-1372a572ffb2"/>
    <xsd:import namespace="200aba80-eedd-47d5-b869-4f019f30d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8e7e0-97f7-499a-9d1c-1372a572f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de77e8-60fc-47ee-a317-081a2a3472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aba80-eedd-47d5-b869-4f019f30d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9f8cbb-e1e8-4bbe-860c-04b059c8f47c}" ma:internalName="TaxCatchAll" ma:showField="CatchAllData" ma:web="200aba80-eedd-47d5-b869-4f019f30d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58e7e0-97f7-499a-9d1c-1372a572ffb2">
      <Terms xmlns="http://schemas.microsoft.com/office/infopath/2007/PartnerControls"/>
    </lcf76f155ced4ddcb4097134ff3c332f>
    <TaxCatchAll xmlns="200aba80-eedd-47d5-b869-4f019f30d124"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B85A026-3C2E-4BEF-8BEE-106C99E85375}">
  <ds:schemaRefs>
    <ds:schemaRef ds:uri="http://schemas.microsoft.com/sharepoint/v3/contenttype/forms"/>
  </ds:schemaRefs>
</ds:datastoreItem>
</file>

<file path=customXml/itemProps3.xml><?xml version="1.0" encoding="utf-8"?>
<ds:datastoreItem xmlns:ds="http://schemas.openxmlformats.org/officeDocument/2006/customXml" ds:itemID="{AC5942ED-66D7-4894-B47B-CB2B0605B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8e7e0-97f7-499a-9d1c-1372a572ffb2"/>
    <ds:schemaRef ds:uri="200aba80-eedd-47d5-b869-4f019f30d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C3E203-6E18-4E39-ADE4-A597238C6547}">
  <ds:schemaRefs>
    <ds:schemaRef ds:uri="http://schemas.microsoft.com/office/2006/metadata/properties"/>
    <ds:schemaRef ds:uri="http://schemas.microsoft.com/office/infopath/2007/PartnerControls"/>
    <ds:schemaRef ds:uri="6f58e7e0-97f7-499a-9d1c-1372a572ffb2"/>
    <ds:schemaRef ds:uri="200aba80-eedd-47d5-b869-4f019f30d124"/>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434</Words>
  <Characters>2272</Characters>
  <Application>Microsoft Office Word</Application>
  <DocSecurity>0</DocSecurity>
  <Lines>126</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Charlene Rasmussen</cp:lastModifiedBy>
  <cp:revision>7</cp:revision>
  <dcterms:created xsi:type="dcterms:W3CDTF">2013-12-23T23:15:00Z</dcterms:created>
  <dcterms:modified xsi:type="dcterms:W3CDTF">2026-08-28T13:23:00Z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0x010100496C0F0D5715AE47937174C9F1943D56</vt:lpwstr>
  </property>
</Properties>
</file>