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72"/>
        <w:gridCol w:w="5472"/>
      </w:tblGrid>
      <w:tr w:rsidR="00970B9C" w14:paraId="5BD5753F" w14:textId="77777777" w:rsidTr="00D12106">
        <w:tc>
          <w:tcPr>
            <w:tcW w:w="5472" w:type="dxa"/>
            <w:shd w:val="clear" w:color="auto" w:fill="1F4E79"/>
            <w:tcMar>
              <w:top w:w="90" w:type="dxa"/>
              <w:left w:w="100" w:type="dxa"/>
              <w:bottom w:w="90" w:type="dxa"/>
              <w:right w:w="100" w:type="dxa"/>
            </w:tcMar>
            <w:vAlign w:val="center"/>
          </w:tcPr>
          <w:p w14:paraId="15039536" w14:textId="77777777" w:rsidR="00970B9C" w:rsidRDefault="0051205B" w:rsidP="00D12106">
            <w:pPr>
              <w:jc w:val="center"/>
            </w:pPr>
            <w:r>
              <w:rPr>
                <w:b/>
                <w:color w:val="FFFFFF"/>
                <w:sz w:val="32"/>
              </w:rPr>
              <w:t>HOUSEKEEPING</w:t>
            </w:r>
            <w:r>
              <w:rPr>
                <w:b/>
                <w:color w:val="FFFFFF"/>
                <w:sz w:val="32"/>
              </w:rPr>
              <w:br/>
              <w:t>TOOLBOX TALK</w:t>
            </w:r>
          </w:p>
        </w:tc>
        <w:tc>
          <w:tcPr>
            <w:tcW w:w="5472" w:type="dxa"/>
            <w:tcMar>
              <w:top w:w="50" w:type="dxa"/>
              <w:left w:w="100" w:type="dxa"/>
              <w:bottom w:w="40" w:type="dxa"/>
              <w:right w:w="100" w:type="dxa"/>
            </w:tcMar>
          </w:tcPr>
          <w:p w14:paraId="45800891" w14:textId="77777777" w:rsidR="00970B9C" w:rsidRDefault="0051205B">
            <w:pPr>
              <w:jc w:val="center"/>
            </w:pPr>
            <w:r>
              <w:rPr>
                <w:noProof/>
              </w:rPr>
              <w:drawing>
                <wp:inline distT="0" distB="0" distL="0" distR="0" wp14:anchorId="0D58F642" wp14:editId="28EC003E">
                  <wp:extent cx="1920240" cy="58568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eg"/>
                          <pic:cNvPicPr/>
                        </pic:nvPicPr>
                        <pic:blipFill>
                          <a:blip r:embed="rId11"/>
                          <a:stretch>
                            <a:fillRect/>
                          </a:stretch>
                        </pic:blipFill>
                        <pic:spPr>
                          <a:xfrm>
                            <a:off x="0" y="0"/>
                            <a:ext cx="1920240" cy="585686"/>
                          </a:xfrm>
                          <a:prstGeom prst="rect">
                            <a:avLst/>
                          </a:prstGeom>
                        </pic:spPr>
                      </pic:pic>
                    </a:graphicData>
                  </a:graphic>
                </wp:inline>
              </w:drawing>
            </w:r>
          </w:p>
        </w:tc>
      </w:tr>
    </w:tbl>
    <w:p w14:paraId="410092E8" w14:textId="77777777" w:rsidR="00D12106" w:rsidRDefault="00D12106" w:rsidP="00D12106">
      <w:pPr>
        <w:spacing w:after="100"/>
        <w:rPr>
          <w:b/>
        </w:rPr>
      </w:pPr>
    </w:p>
    <w:p w14:paraId="26FFD22C" w14:textId="1A8D7CFC" w:rsidR="00970B9C" w:rsidRDefault="0051205B" w:rsidP="00D12106">
      <w:pPr>
        <w:spacing w:after="100"/>
      </w:pPr>
      <w:r>
        <w:rPr>
          <w:b/>
        </w:rPr>
        <w:t>A clean job is a safe job. Good housekeeping helps prevent slips, trips, falls, fires, and struck-by hazards.</w:t>
      </w:r>
    </w:p>
    <w:tbl>
      <w:tblPr>
        <w:tblStyle w:val="TableGrid"/>
        <w:tblW w:w="0" w:type="auto"/>
        <w:jc w:val="center"/>
        <w:tblLayout w:type="fixed"/>
        <w:tblLook w:val="04A0" w:firstRow="1" w:lastRow="0" w:firstColumn="1" w:lastColumn="0" w:noHBand="0" w:noVBand="1"/>
      </w:tblPr>
      <w:tblGrid>
        <w:gridCol w:w="2430"/>
        <w:gridCol w:w="4050"/>
        <w:gridCol w:w="4406"/>
      </w:tblGrid>
      <w:tr w:rsidR="007531BA" w14:paraId="15D96580" w14:textId="77777777" w:rsidTr="00B27436">
        <w:trPr>
          <w:jc w:val="center"/>
        </w:trPr>
        <w:tc>
          <w:tcPr>
            <w:tcW w:w="2430" w:type="dxa"/>
            <w:shd w:val="clear" w:color="auto" w:fill="EAF2F8"/>
            <w:tcMar>
              <w:top w:w="55" w:type="dxa"/>
              <w:left w:w="90" w:type="dxa"/>
              <w:bottom w:w="55" w:type="dxa"/>
              <w:right w:w="90" w:type="dxa"/>
            </w:tcMar>
          </w:tcPr>
          <w:p w14:paraId="183DFD14" w14:textId="77777777" w:rsidR="007531BA" w:rsidRDefault="007531BA" w:rsidP="00B27436">
            <w:r>
              <w:rPr>
                <w:b/>
                <w:sz w:val="18"/>
              </w:rPr>
              <w:t>Date</w:t>
            </w:r>
          </w:p>
        </w:tc>
        <w:tc>
          <w:tcPr>
            <w:tcW w:w="4050" w:type="dxa"/>
            <w:shd w:val="clear" w:color="auto" w:fill="EAF2F8"/>
            <w:tcMar>
              <w:top w:w="55" w:type="dxa"/>
              <w:left w:w="90" w:type="dxa"/>
              <w:bottom w:w="55" w:type="dxa"/>
              <w:right w:w="90" w:type="dxa"/>
            </w:tcMar>
          </w:tcPr>
          <w:p w14:paraId="1D22A509" w14:textId="77777777" w:rsidR="007531BA" w:rsidRDefault="007531BA" w:rsidP="00B27436">
            <w:r>
              <w:rPr>
                <w:b/>
                <w:sz w:val="18"/>
              </w:rPr>
              <w:t>Project / Location</w:t>
            </w:r>
          </w:p>
        </w:tc>
        <w:tc>
          <w:tcPr>
            <w:tcW w:w="4406" w:type="dxa"/>
            <w:shd w:val="clear" w:color="auto" w:fill="EAF2F8"/>
            <w:tcMar>
              <w:top w:w="55" w:type="dxa"/>
              <w:left w:w="90" w:type="dxa"/>
              <w:bottom w:w="55" w:type="dxa"/>
              <w:right w:w="90" w:type="dxa"/>
            </w:tcMar>
          </w:tcPr>
          <w:p w14:paraId="552209A8" w14:textId="77777777" w:rsidR="007531BA" w:rsidRDefault="007531BA" w:rsidP="00B27436">
            <w:r>
              <w:rPr>
                <w:b/>
                <w:sz w:val="18"/>
              </w:rPr>
              <w:t>Instructor</w:t>
            </w:r>
          </w:p>
        </w:tc>
      </w:tr>
      <w:tr w:rsidR="007531BA" w14:paraId="1281B0F5" w14:textId="77777777" w:rsidTr="00B27436">
        <w:trPr>
          <w:jc w:val="center"/>
        </w:trPr>
        <w:tc>
          <w:tcPr>
            <w:tcW w:w="2430" w:type="dxa"/>
            <w:tcMar>
              <w:top w:w="65" w:type="dxa"/>
              <w:left w:w="90" w:type="dxa"/>
              <w:bottom w:w="65" w:type="dxa"/>
              <w:right w:w="90" w:type="dxa"/>
            </w:tcMar>
          </w:tcPr>
          <w:p w14:paraId="50178F74" w14:textId="77777777" w:rsidR="007531BA" w:rsidRDefault="007531BA" w:rsidP="00B27436"/>
        </w:tc>
        <w:tc>
          <w:tcPr>
            <w:tcW w:w="4050" w:type="dxa"/>
            <w:tcMar>
              <w:top w:w="65" w:type="dxa"/>
              <w:left w:w="90" w:type="dxa"/>
              <w:bottom w:w="65" w:type="dxa"/>
              <w:right w:w="90" w:type="dxa"/>
            </w:tcMar>
          </w:tcPr>
          <w:p w14:paraId="32E73892" w14:textId="77777777" w:rsidR="007531BA" w:rsidRDefault="007531BA" w:rsidP="00B27436"/>
        </w:tc>
        <w:tc>
          <w:tcPr>
            <w:tcW w:w="4406" w:type="dxa"/>
            <w:tcMar>
              <w:top w:w="65" w:type="dxa"/>
              <w:left w:w="90" w:type="dxa"/>
              <w:bottom w:w="65" w:type="dxa"/>
              <w:right w:w="90" w:type="dxa"/>
            </w:tcMar>
          </w:tcPr>
          <w:p w14:paraId="6B72144D" w14:textId="77777777" w:rsidR="007531BA" w:rsidRDefault="007531BA" w:rsidP="00B27436"/>
        </w:tc>
      </w:tr>
    </w:tbl>
    <w:p w14:paraId="2D1C7532" w14:textId="35F237F7" w:rsidR="00970B9C" w:rsidRDefault="0051205B">
      <w:pPr>
        <w:spacing w:before="40" w:after="0"/>
      </w:pPr>
      <w:r>
        <w:rPr>
          <w:b/>
          <w:sz w:val="24"/>
        </w:rPr>
        <w:t>Introduction</w:t>
      </w:r>
    </w:p>
    <w:p w14:paraId="37C8CEF7" w14:textId="77777777" w:rsidR="00970B9C" w:rsidRDefault="0051205B">
      <w:pPr>
        <w:spacing w:after="20"/>
      </w:pPr>
      <w:r>
        <w:t>Open with: “Today’s safety topic is housekeeping. Cleaning as we work is part of doing the job right and helps keep everyone on the site safe.”</w:t>
      </w:r>
    </w:p>
    <w:p w14:paraId="2DB89E5E" w14:textId="77777777" w:rsidR="00970B9C" w:rsidRDefault="0051205B">
      <w:pPr>
        <w:spacing w:after="20"/>
      </w:pPr>
      <w:r>
        <w:rPr>
          <w:b/>
        </w:rPr>
        <w:t xml:space="preserve">Key Points: </w:t>
      </w:r>
      <w:r>
        <w:t>Work areas, passageways, stairs, storage areas, trailers, equipment, and yards must be kept clear of debris and other hazards.</w:t>
      </w:r>
    </w:p>
    <w:p w14:paraId="3AC7D0A9" w14:textId="77777777" w:rsidR="006C04A8" w:rsidRDefault="006C04A8">
      <w:pPr>
        <w:spacing w:before="40" w:after="0"/>
        <w:rPr>
          <w:b/>
          <w:sz w:val="24"/>
        </w:rPr>
      </w:pPr>
    </w:p>
    <w:p w14:paraId="1EA03E50" w14:textId="549A33F3" w:rsidR="00970B9C" w:rsidRDefault="0051205B">
      <w:pPr>
        <w:spacing w:before="40" w:after="0"/>
      </w:pPr>
      <w:r>
        <w:rPr>
          <w:b/>
          <w:sz w:val="24"/>
        </w:rPr>
        <w:t>Why It Matters</w:t>
      </w:r>
    </w:p>
    <w:p w14:paraId="04834574" w14:textId="77777777" w:rsidR="00970B9C" w:rsidRDefault="0051205B">
      <w:pPr>
        <w:spacing w:after="0"/>
      </w:pPr>
      <w:r>
        <w:t>Poor housekeeping creates slip, trip, fall, fire, and access hazards. Construction debris, protruding nails, cluttered walkways, overflowing trash, spilled chemicals, and unstable storage can quickly turn a normal task into an injury.</w:t>
      </w:r>
    </w:p>
    <w:p w14:paraId="3B0C2412" w14:textId="77777777" w:rsidR="00970B9C" w:rsidRDefault="0051205B">
      <w:pPr>
        <w:pStyle w:val="ListBullet"/>
        <w:spacing w:after="0"/>
      </w:pPr>
      <w:r>
        <w:t>Clean work areas help prevent injuries and lost time.</w:t>
      </w:r>
    </w:p>
    <w:p w14:paraId="5BD09177" w14:textId="77777777" w:rsidR="00970B9C" w:rsidRDefault="0051205B">
      <w:pPr>
        <w:pStyle w:val="ListBullet"/>
        <w:spacing w:after="0"/>
      </w:pPr>
      <w:r>
        <w:t>Clear access routes support safe movement and emergency response.</w:t>
      </w:r>
    </w:p>
    <w:p w14:paraId="6B6974A5" w14:textId="77777777" w:rsidR="00970B9C" w:rsidRDefault="0051205B">
      <w:pPr>
        <w:pStyle w:val="ListBullet"/>
        <w:spacing w:after="0"/>
      </w:pPr>
      <w:r>
        <w:t>Daily cleanup is a shared responsibility for everyone on the jobsite.</w:t>
      </w:r>
    </w:p>
    <w:p w14:paraId="7F64C956" w14:textId="77777777" w:rsidR="006C04A8" w:rsidRDefault="006C04A8" w:rsidP="006C04A8">
      <w:pPr>
        <w:pStyle w:val="ListBullet"/>
        <w:numPr>
          <w:ilvl w:val="0"/>
          <w:numId w:val="0"/>
        </w:numPr>
        <w:spacing w:after="0"/>
        <w:ind w:left="36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44"/>
      </w:tblGrid>
      <w:tr w:rsidR="00970B9C" w14:paraId="4A2CCD4B" w14:textId="77777777" w:rsidTr="007531BA">
        <w:tc>
          <w:tcPr>
            <w:tcW w:w="10944" w:type="dxa"/>
            <w:shd w:val="clear" w:color="auto" w:fill="FFF2CC"/>
            <w:tcMar>
              <w:top w:w="80" w:type="dxa"/>
              <w:left w:w="90" w:type="dxa"/>
              <w:bottom w:w="80" w:type="dxa"/>
              <w:right w:w="90" w:type="dxa"/>
            </w:tcMar>
          </w:tcPr>
          <w:p w14:paraId="47ACC5CB" w14:textId="77777777" w:rsidR="00970B9C" w:rsidRDefault="0051205B">
            <w:r>
              <w:rPr>
                <w:b/>
              </w:rPr>
              <w:t>Quick Engagement Question: “What housekeeping issue on our jobsite could cause an injury today?”</w:t>
            </w:r>
          </w:p>
        </w:tc>
      </w:tr>
    </w:tbl>
    <w:p w14:paraId="33CC9A34" w14:textId="77777777" w:rsidR="00970B9C" w:rsidRDefault="0051205B">
      <w:pPr>
        <w:spacing w:before="40" w:after="0"/>
      </w:pPr>
      <w:r>
        <w:rPr>
          <w:b/>
          <w:sz w:val="24"/>
        </w:rPr>
        <w:t>Recognizing Housekeeping Hazards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48"/>
        <w:gridCol w:w="3648"/>
        <w:gridCol w:w="3648"/>
      </w:tblGrid>
      <w:tr w:rsidR="00970B9C" w14:paraId="0E9FE762" w14:textId="77777777" w:rsidTr="007531BA">
        <w:tc>
          <w:tcPr>
            <w:tcW w:w="3648" w:type="dxa"/>
            <w:shd w:val="clear" w:color="auto" w:fill="EAF2F8"/>
            <w:tcMar>
              <w:top w:w="80" w:type="dxa"/>
              <w:left w:w="90" w:type="dxa"/>
              <w:bottom w:w="80" w:type="dxa"/>
              <w:right w:w="90" w:type="dxa"/>
            </w:tcMar>
          </w:tcPr>
          <w:p w14:paraId="4B447C34" w14:textId="77777777" w:rsidR="00970B9C" w:rsidRDefault="0051205B">
            <w:pPr>
              <w:spacing w:after="20"/>
            </w:pPr>
            <w:r>
              <w:rPr>
                <w:b/>
                <w:u w:val="single"/>
              </w:rPr>
              <w:t>Jobsite / General</w:t>
            </w:r>
          </w:p>
          <w:p w14:paraId="1D5DC364" w14:textId="77777777" w:rsidR="00970B9C" w:rsidRDefault="0051205B">
            <w:pPr>
              <w:pStyle w:val="ListBullet"/>
              <w:spacing w:after="0"/>
            </w:pPr>
            <w:r>
              <w:t>Debris or scrap in work areas.</w:t>
            </w:r>
          </w:p>
          <w:p w14:paraId="311D8768" w14:textId="77777777" w:rsidR="00970B9C" w:rsidRDefault="0051205B">
            <w:pPr>
              <w:pStyle w:val="ListBullet"/>
              <w:spacing w:after="0"/>
            </w:pPr>
            <w:r>
              <w:t>Extension cords in aisles or stairways.</w:t>
            </w:r>
          </w:p>
          <w:p w14:paraId="54E05D79" w14:textId="77777777" w:rsidR="00970B9C" w:rsidRDefault="0051205B">
            <w:pPr>
              <w:pStyle w:val="ListBullet"/>
              <w:spacing w:after="0"/>
            </w:pPr>
            <w:r>
              <w:t>Overflowing trash or dumpsters.</w:t>
            </w:r>
          </w:p>
        </w:tc>
        <w:tc>
          <w:tcPr>
            <w:tcW w:w="3648" w:type="dxa"/>
            <w:shd w:val="clear" w:color="auto" w:fill="EAF2F8"/>
            <w:tcMar>
              <w:top w:w="80" w:type="dxa"/>
              <w:left w:w="90" w:type="dxa"/>
              <w:bottom w:w="80" w:type="dxa"/>
              <w:right w:w="90" w:type="dxa"/>
            </w:tcMar>
          </w:tcPr>
          <w:p w14:paraId="3E6EC9BE" w14:textId="77777777" w:rsidR="00970B9C" w:rsidRDefault="0051205B">
            <w:pPr>
              <w:spacing w:after="20"/>
            </w:pPr>
            <w:r>
              <w:rPr>
                <w:b/>
                <w:u w:val="single"/>
              </w:rPr>
              <w:t>Trailers &amp; Equipment</w:t>
            </w:r>
          </w:p>
          <w:p w14:paraId="3B3E4F3F" w14:textId="77777777" w:rsidR="00970B9C" w:rsidRDefault="0051205B">
            <w:pPr>
              <w:pStyle w:val="ListBullet"/>
              <w:spacing w:after="0"/>
            </w:pPr>
            <w:r>
              <w:t>Chemical spills or uncapped containers.</w:t>
            </w:r>
          </w:p>
          <w:p w14:paraId="6072F9D4" w14:textId="77777777" w:rsidR="00970B9C" w:rsidRDefault="0051205B">
            <w:pPr>
              <w:pStyle w:val="ListBullet"/>
              <w:spacing w:after="0"/>
            </w:pPr>
            <w:r>
              <w:t>Improper combustible storage.</w:t>
            </w:r>
          </w:p>
          <w:p w14:paraId="35E720F8" w14:textId="77777777" w:rsidR="00970B9C" w:rsidRDefault="0051205B">
            <w:pPr>
              <w:pStyle w:val="ListBullet"/>
              <w:spacing w:after="0"/>
            </w:pPr>
            <w:r>
              <w:t>Trash or grease in equipment cabs and on handrails.</w:t>
            </w:r>
          </w:p>
        </w:tc>
        <w:tc>
          <w:tcPr>
            <w:tcW w:w="3648" w:type="dxa"/>
            <w:shd w:val="clear" w:color="auto" w:fill="EAF2F8"/>
            <w:tcMar>
              <w:top w:w="80" w:type="dxa"/>
              <w:left w:w="90" w:type="dxa"/>
              <w:bottom w:w="80" w:type="dxa"/>
              <w:right w:w="90" w:type="dxa"/>
            </w:tcMar>
          </w:tcPr>
          <w:p w14:paraId="7EE89398" w14:textId="77777777" w:rsidR="00970B9C" w:rsidRDefault="0051205B">
            <w:pPr>
              <w:spacing w:after="20"/>
            </w:pPr>
            <w:r>
              <w:rPr>
                <w:b/>
                <w:u w:val="single"/>
              </w:rPr>
              <w:t>Storage Yard</w:t>
            </w:r>
          </w:p>
          <w:p w14:paraId="3B7335B1" w14:textId="77777777" w:rsidR="00970B9C" w:rsidRDefault="0051205B">
            <w:pPr>
              <w:pStyle w:val="ListBullet"/>
              <w:spacing w:after="0"/>
            </w:pPr>
            <w:r>
              <w:t>Cluttered aisles.</w:t>
            </w:r>
          </w:p>
          <w:p w14:paraId="4DDF8A5C" w14:textId="77777777" w:rsidR="00970B9C" w:rsidRDefault="0051205B">
            <w:pPr>
              <w:pStyle w:val="ListBullet"/>
              <w:spacing w:after="0"/>
            </w:pPr>
            <w:r>
              <w:t>Scrap lumber with exposed nails.</w:t>
            </w:r>
          </w:p>
          <w:p w14:paraId="13CBDB11" w14:textId="77777777" w:rsidR="00970B9C" w:rsidRDefault="0051205B">
            <w:pPr>
              <w:pStyle w:val="ListBullet"/>
              <w:spacing w:after="0"/>
            </w:pPr>
            <w:r>
              <w:t>Unstable stacks of bricks, bags, or materials.</w:t>
            </w:r>
          </w:p>
        </w:tc>
      </w:tr>
    </w:tbl>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44"/>
      </w:tblGrid>
      <w:tr w:rsidR="00970B9C" w14:paraId="653C98E9" w14:textId="77777777" w:rsidTr="007531BA">
        <w:tc>
          <w:tcPr>
            <w:tcW w:w="10944" w:type="dxa"/>
            <w:shd w:val="clear" w:color="auto" w:fill="EDEDED"/>
            <w:tcMar>
              <w:top w:w="80" w:type="dxa"/>
              <w:left w:w="90" w:type="dxa"/>
              <w:bottom w:w="80" w:type="dxa"/>
              <w:right w:w="90" w:type="dxa"/>
            </w:tcMar>
          </w:tcPr>
          <w:p w14:paraId="277C43AA" w14:textId="319679DA" w:rsidR="00970B9C" w:rsidRDefault="0051205B">
            <w:r>
              <w:rPr>
                <w:b/>
              </w:rPr>
              <w:t>Mini Scenario</w:t>
            </w:r>
            <w:r>
              <w:rPr>
                <w:b/>
              </w:rPr>
              <w:t xml:space="preserve">: </w:t>
            </w:r>
            <w:r>
              <w:t>“You notice extension cords across a walkway, scrap with exposed nails, and an overflowing trash container near the work area. What should be corrected before work continues?”</w:t>
            </w:r>
          </w:p>
        </w:tc>
      </w:tr>
    </w:tbl>
    <w:p w14:paraId="60C31FC6" w14:textId="77777777" w:rsidR="00970B9C" w:rsidRDefault="0051205B">
      <w:pPr>
        <w:spacing w:before="40" w:after="0"/>
      </w:pPr>
      <w:r>
        <w:rPr>
          <w:b/>
          <w:sz w:val="24"/>
        </w:rPr>
        <w:t>Safe Housekeeping Practices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48"/>
        <w:gridCol w:w="3648"/>
        <w:gridCol w:w="3648"/>
      </w:tblGrid>
      <w:tr w:rsidR="00970B9C" w14:paraId="30E285F6" w14:textId="77777777" w:rsidTr="007531BA">
        <w:tc>
          <w:tcPr>
            <w:tcW w:w="3648" w:type="dxa"/>
            <w:shd w:val="clear" w:color="auto" w:fill="EAF2F8"/>
            <w:tcMar>
              <w:top w:w="80" w:type="dxa"/>
              <w:left w:w="90" w:type="dxa"/>
              <w:bottom w:w="80" w:type="dxa"/>
              <w:right w:w="90" w:type="dxa"/>
            </w:tcMar>
          </w:tcPr>
          <w:p w14:paraId="38A6D5CF" w14:textId="77777777" w:rsidR="00970B9C" w:rsidRDefault="0051205B">
            <w:pPr>
              <w:spacing w:after="20"/>
            </w:pPr>
            <w:r>
              <w:rPr>
                <w:b/>
                <w:u w:val="single"/>
              </w:rPr>
              <w:t>Clean as You Work</w:t>
            </w:r>
          </w:p>
          <w:p w14:paraId="736528BC" w14:textId="77777777" w:rsidR="00970B9C" w:rsidRDefault="0051205B">
            <w:pPr>
              <w:pStyle w:val="ListBullet"/>
              <w:spacing w:after="0"/>
            </w:pPr>
            <w:r>
              <w:t>Remove debris throughout the shift.</w:t>
            </w:r>
          </w:p>
          <w:p w14:paraId="0AD89987" w14:textId="77777777" w:rsidR="00970B9C" w:rsidRDefault="0051205B">
            <w:pPr>
              <w:pStyle w:val="ListBullet"/>
              <w:spacing w:after="0"/>
            </w:pPr>
            <w:r>
              <w:t>Keep passageways and stairs clear.</w:t>
            </w:r>
          </w:p>
          <w:p w14:paraId="328692CE" w14:textId="77777777" w:rsidR="00970B9C" w:rsidRDefault="0051205B">
            <w:pPr>
              <w:pStyle w:val="ListBullet"/>
              <w:spacing w:after="0"/>
            </w:pPr>
            <w:r>
              <w:t>Dispose of scrap and trash in proper containers.</w:t>
            </w:r>
          </w:p>
        </w:tc>
        <w:tc>
          <w:tcPr>
            <w:tcW w:w="3648" w:type="dxa"/>
            <w:shd w:val="clear" w:color="auto" w:fill="EAF2F8"/>
            <w:tcMar>
              <w:top w:w="80" w:type="dxa"/>
              <w:left w:w="90" w:type="dxa"/>
              <w:bottom w:w="80" w:type="dxa"/>
              <w:right w:w="90" w:type="dxa"/>
            </w:tcMar>
          </w:tcPr>
          <w:p w14:paraId="6FBABC9A" w14:textId="77777777" w:rsidR="00970B9C" w:rsidRDefault="0051205B">
            <w:pPr>
              <w:spacing w:after="20"/>
            </w:pPr>
            <w:r>
              <w:rPr>
                <w:b/>
                <w:u w:val="single"/>
              </w:rPr>
              <w:t>Store Materials Safely</w:t>
            </w:r>
          </w:p>
          <w:p w14:paraId="69E262FE" w14:textId="77777777" w:rsidR="00970B9C" w:rsidRDefault="0051205B">
            <w:pPr>
              <w:pStyle w:val="ListBullet"/>
              <w:spacing w:after="0"/>
            </w:pPr>
            <w:r>
              <w:t>Keep containers capped when not in use.</w:t>
            </w:r>
          </w:p>
          <w:p w14:paraId="2CFC9EA3" w14:textId="77777777" w:rsidR="00970B9C" w:rsidRDefault="0051205B">
            <w:pPr>
              <w:pStyle w:val="ListBullet"/>
              <w:spacing w:after="0"/>
            </w:pPr>
            <w:r>
              <w:t>Store combustibles properly.</w:t>
            </w:r>
          </w:p>
          <w:p w14:paraId="725EB06C" w14:textId="77777777" w:rsidR="00970B9C" w:rsidRDefault="0051205B">
            <w:pPr>
              <w:pStyle w:val="ListBullet"/>
              <w:spacing w:after="0"/>
            </w:pPr>
            <w:r>
              <w:t>Stack materials so they remain stable.</w:t>
            </w:r>
          </w:p>
        </w:tc>
        <w:tc>
          <w:tcPr>
            <w:tcW w:w="3648" w:type="dxa"/>
            <w:shd w:val="clear" w:color="auto" w:fill="EAF2F8"/>
            <w:tcMar>
              <w:top w:w="80" w:type="dxa"/>
              <w:left w:w="90" w:type="dxa"/>
              <w:bottom w:w="80" w:type="dxa"/>
              <w:right w:w="90" w:type="dxa"/>
            </w:tcMar>
          </w:tcPr>
          <w:p w14:paraId="35A31DF0" w14:textId="77777777" w:rsidR="00970B9C" w:rsidRDefault="0051205B">
            <w:pPr>
              <w:spacing w:after="20"/>
            </w:pPr>
            <w:r>
              <w:rPr>
                <w:b/>
                <w:u w:val="single"/>
              </w:rPr>
              <w:t>Keep Access Clear</w:t>
            </w:r>
          </w:p>
          <w:p w14:paraId="4DC06005" w14:textId="77777777" w:rsidR="00970B9C" w:rsidRDefault="0051205B">
            <w:pPr>
              <w:pStyle w:val="ListBullet"/>
              <w:spacing w:after="0"/>
            </w:pPr>
            <w:r>
              <w:t>Do not block fire extinguishers or exits.</w:t>
            </w:r>
          </w:p>
          <w:p w14:paraId="683085DE" w14:textId="77777777" w:rsidR="00970B9C" w:rsidRDefault="0051205B">
            <w:pPr>
              <w:pStyle w:val="ListBullet"/>
              <w:spacing w:after="0"/>
            </w:pPr>
            <w:r>
              <w:t>Route cords to prevent trip hazards.</w:t>
            </w:r>
          </w:p>
          <w:p w14:paraId="288C7EA0" w14:textId="77777777" w:rsidR="00970B9C" w:rsidRDefault="0051205B">
            <w:pPr>
              <w:pStyle w:val="ListBullet"/>
              <w:spacing w:after="0"/>
            </w:pPr>
            <w:r>
              <w:t>Keep equipment steps, cabs, and handrails clean.</w:t>
            </w:r>
          </w:p>
        </w:tc>
      </w:tr>
    </w:tbl>
    <w:p w14:paraId="7D39ECEE" w14:textId="77777777" w:rsidR="00970B9C" w:rsidRDefault="0051205B">
      <w:pPr>
        <w:spacing w:before="40" w:after="0"/>
      </w:pPr>
      <w:r>
        <w:rPr>
          <w:b/>
          <w:sz w:val="24"/>
        </w:rPr>
        <w:t>What NOT to Do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48"/>
        <w:gridCol w:w="3648"/>
        <w:gridCol w:w="3648"/>
      </w:tblGrid>
      <w:tr w:rsidR="00970B9C" w14:paraId="056D14CF" w14:textId="77777777" w:rsidTr="007531BA">
        <w:tc>
          <w:tcPr>
            <w:tcW w:w="3648" w:type="dxa"/>
            <w:shd w:val="clear" w:color="auto" w:fill="FCE4D6"/>
            <w:tcMar>
              <w:top w:w="80" w:type="dxa"/>
              <w:left w:w="90" w:type="dxa"/>
              <w:bottom w:w="80" w:type="dxa"/>
              <w:right w:w="90" w:type="dxa"/>
            </w:tcMar>
          </w:tcPr>
          <w:p w14:paraId="32435A00" w14:textId="77777777" w:rsidR="00970B9C" w:rsidRDefault="0051205B">
            <w:pPr>
              <w:spacing w:after="20"/>
            </w:pPr>
            <w:r>
              <w:rPr>
                <w:b/>
                <w:u w:val="single"/>
              </w:rPr>
              <w:t>Do Not</w:t>
            </w:r>
          </w:p>
          <w:p w14:paraId="5CE08F6F" w14:textId="77777777" w:rsidR="00970B9C" w:rsidRDefault="0051205B">
            <w:pPr>
              <w:pStyle w:val="ListBullet"/>
              <w:spacing w:after="0"/>
            </w:pPr>
            <w:r>
              <w:t>Allow debris to accumulate.</w:t>
            </w:r>
          </w:p>
          <w:p w14:paraId="2DEB8292" w14:textId="77777777" w:rsidR="00970B9C" w:rsidRDefault="0051205B">
            <w:pPr>
              <w:pStyle w:val="ListBullet"/>
              <w:spacing w:after="0"/>
            </w:pPr>
            <w:r>
              <w:t>Leave protruding nails or sharp scrap exposed.</w:t>
            </w:r>
          </w:p>
        </w:tc>
        <w:tc>
          <w:tcPr>
            <w:tcW w:w="3648" w:type="dxa"/>
            <w:shd w:val="clear" w:color="auto" w:fill="FCE4D6"/>
            <w:tcMar>
              <w:top w:w="80" w:type="dxa"/>
              <w:left w:w="90" w:type="dxa"/>
              <w:bottom w:w="80" w:type="dxa"/>
              <w:right w:w="90" w:type="dxa"/>
            </w:tcMar>
          </w:tcPr>
          <w:p w14:paraId="3EFCEE6F" w14:textId="77777777" w:rsidR="00970B9C" w:rsidRDefault="0051205B">
            <w:pPr>
              <w:spacing w:after="20"/>
            </w:pPr>
            <w:r>
              <w:rPr>
                <w:b/>
                <w:u w:val="single"/>
              </w:rPr>
              <w:t>Do Not</w:t>
            </w:r>
          </w:p>
          <w:p w14:paraId="0853F889" w14:textId="77777777" w:rsidR="00970B9C" w:rsidRDefault="0051205B">
            <w:pPr>
              <w:pStyle w:val="ListBullet"/>
              <w:spacing w:after="0"/>
            </w:pPr>
            <w:r>
              <w:t>Let trash containers or dumpsters overflow.</w:t>
            </w:r>
          </w:p>
          <w:p w14:paraId="18725BF1" w14:textId="77777777" w:rsidR="00970B9C" w:rsidRDefault="0051205B">
            <w:pPr>
              <w:pStyle w:val="ListBullet"/>
              <w:spacing w:after="0"/>
            </w:pPr>
            <w:r>
              <w:t>Leave chemical spills or open containers unattended.</w:t>
            </w:r>
          </w:p>
        </w:tc>
        <w:tc>
          <w:tcPr>
            <w:tcW w:w="3648" w:type="dxa"/>
            <w:shd w:val="clear" w:color="auto" w:fill="FCE4D6"/>
            <w:tcMar>
              <w:top w:w="80" w:type="dxa"/>
              <w:left w:w="90" w:type="dxa"/>
              <w:bottom w:w="80" w:type="dxa"/>
              <w:right w:w="90" w:type="dxa"/>
            </w:tcMar>
          </w:tcPr>
          <w:p w14:paraId="763DDA8E" w14:textId="77777777" w:rsidR="00970B9C" w:rsidRDefault="0051205B">
            <w:pPr>
              <w:spacing w:after="20"/>
            </w:pPr>
            <w:r>
              <w:rPr>
                <w:b/>
                <w:u w:val="single"/>
              </w:rPr>
              <w:t>Do Not</w:t>
            </w:r>
          </w:p>
          <w:p w14:paraId="3DF667A8" w14:textId="77777777" w:rsidR="00970B9C" w:rsidRDefault="0051205B">
            <w:pPr>
              <w:pStyle w:val="ListBullet"/>
              <w:spacing w:after="0"/>
            </w:pPr>
            <w:r>
              <w:t>Block aisles, stairs, exits, or firefighting equipment.</w:t>
            </w:r>
          </w:p>
          <w:p w14:paraId="30F36B6D" w14:textId="77777777" w:rsidR="00970B9C" w:rsidRDefault="0051205B">
            <w:pPr>
              <w:pStyle w:val="ListBullet"/>
              <w:spacing w:after="0"/>
            </w:pPr>
            <w:r>
              <w:t>Assume cleanup is someone else’s responsibility.</w:t>
            </w:r>
          </w:p>
        </w:tc>
      </w:tr>
    </w:tbl>
    <w:p w14:paraId="44C4055E" w14:textId="77777777" w:rsidR="00970B9C" w:rsidRDefault="0051205B">
      <w:pPr>
        <w:spacing w:before="40" w:after="0"/>
      </w:pPr>
      <w:r>
        <w:rPr>
          <w:b/>
          <w:sz w:val="24"/>
        </w:rPr>
        <w:t>Close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44"/>
      </w:tblGrid>
      <w:tr w:rsidR="00970B9C" w14:paraId="633CA505" w14:textId="77777777" w:rsidTr="007531BA">
        <w:tc>
          <w:tcPr>
            <w:tcW w:w="10944" w:type="dxa"/>
            <w:shd w:val="clear" w:color="auto" w:fill="D9EAF7"/>
            <w:tcMar>
              <w:top w:w="80" w:type="dxa"/>
              <w:left w:w="90" w:type="dxa"/>
              <w:bottom w:w="80" w:type="dxa"/>
              <w:right w:w="90" w:type="dxa"/>
            </w:tcMar>
          </w:tcPr>
          <w:p w14:paraId="2F0EBB85" w14:textId="7AE17C09" w:rsidR="007531BA" w:rsidRPr="007531BA" w:rsidRDefault="0051205B" w:rsidP="007531BA">
            <w:r>
              <w:rPr>
                <w:b/>
              </w:rPr>
              <w:t xml:space="preserve">Closing Message: </w:t>
            </w:r>
            <w:r>
              <w:t>“Housekeeping is not something we save for the end of the day. Clean as you work, correct hazards when you see them, and leave every area safer than you found it.”</w:t>
            </w:r>
          </w:p>
        </w:tc>
      </w:tr>
    </w:tbl>
    <w:p w14:paraId="2893AA80" w14:textId="77777777" w:rsidR="00970B9C" w:rsidRDefault="0051205B">
      <w:pPr>
        <w:pageBreakBefore/>
        <w:jc w:val="center"/>
      </w:pPr>
      <w:r>
        <w:rPr>
          <w:b/>
          <w:sz w:val="36"/>
        </w:rPr>
        <w:lastRenderedPageBreak/>
        <w:t>Toolbox Talk Attendance</w:t>
      </w:r>
    </w:p>
    <w:p w14:paraId="4400C9BD" w14:textId="77777777" w:rsidR="00970B9C" w:rsidRDefault="0051205B">
      <w:pPr>
        <w:spacing w:after="80"/>
      </w:pPr>
      <w:r>
        <w:rPr>
          <w:b/>
        </w:rPr>
        <w:t>Topic: Housekeeping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48"/>
        <w:gridCol w:w="3648"/>
        <w:gridCol w:w="3648"/>
      </w:tblGrid>
      <w:tr w:rsidR="00970B9C" w14:paraId="5FBEA5A4" w14:textId="77777777" w:rsidTr="007531BA">
        <w:tc>
          <w:tcPr>
            <w:tcW w:w="3648" w:type="dxa"/>
            <w:shd w:val="clear" w:color="auto" w:fill="D9E2F3"/>
            <w:tcMar>
              <w:top w:w="80" w:type="dxa"/>
              <w:left w:w="90" w:type="dxa"/>
              <w:bottom w:w="80" w:type="dxa"/>
              <w:right w:w="90" w:type="dxa"/>
            </w:tcMar>
          </w:tcPr>
          <w:p w14:paraId="6D483E4F" w14:textId="77777777" w:rsidR="00970B9C" w:rsidRDefault="0051205B">
            <w:r>
              <w:rPr>
                <w:b/>
              </w:rPr>
              <w:t>Date:</w:t>
            </w:r>
          </w:p>
        </w:tc>
        <w:tc>
          <w:tcPr>
            <w:tcW w:w="3648" w:type="dxa"/>
            <w:shd w:val="clear" w:color="auto" w:fill="D9E2F3"/>
            <w:tcMar>
              <w:top w:w="80" w:type="dxa"/>
              <w:left w:w="90" w:type="dxa"/>
              <w:bottom w:w="80" w:type="dxa"/>
              <w:right w:w="90" w:type="dxa"/>
            </w:tcMar>
          </w:tcPr>
          <w:p w14:paraId="078B5710" w14:textId="77777777" w:rsidR="00970B9C" w:rsidRDefault="0051205B">
            <w:r>
              <w:rPr>
                <w:b/>
              </w:rPr>
              <w:t>Project / Location:</w:t>
            </w:r>
          </w:p>
        </w:tc>
        <w:tc>
          <w:tcPr>
            <w:tcW w:w="3648" w:type="dxa"/>
            <w:shd w:val="clear" w:color="auto" w:fill="D9E2F3"/>
            <w:tcMar>
              <w:top w:w="80" w:type="dxa"/>
              <w:left w:w="90" w:type="dxa"/>
              <w:bottom w:w="80" w:type="dxa"/>
              <w:right w:w="90" w:type="dxa"/>
            </w:tcMar>
          </w:tcPr>
          <w:p w14:paraId="0797A5C2" w14:textId="77777777" w:rsidR="00970B9C" w:rsidRDefault="0051205B">
            <w:r>
              <w:rPr>
                <w:b/>
              </w:rPr>
              <w:t>Instructor:</w:t>
            </w:r>
          </w:p>
        </w:tc>
      </w:tr>
    </w:tbl>
    <w:p w14:paraId="2FE57E30" w14:textId="77777777" w:rsidR="00970B9C" w:rsidRDefault="0051205B">
      <w:pPr>
        <w:spacing w:before="160" w:after="100"/>
      </w:pPr>
      <w:r>
        <w:t>By signing below, participants acknowledge attendance at this toolbox talk.</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8"/>
        <w:gridCol w:w="4230"/>
        <w:gridCol w:w="4230"/>
        <w:gridCol w:w="1746"/>
      </w:tblGrid>
      <w:tr w:rsidR="00970B9C" w14:paraId="6723C264" w14:textId="77777777" w:rsidTr="007531BA">
        <w:tc>
          <w:tcPr>
            <w:tcW w:w="738" w:type="dxa"/>
            <w:shd w:val="clear" w:color="auto" w:fill="D9E2F3"/>
          </w:tcPr>
          <w:p w14:paraId="1226C9B6" w14:textId="77777777" w:rsidR="00970B9C" w:rsidRDefault="0051205B">
            <w:pPr>
              <w:jc w:val="center"/>
            </w:pPr>
            <w:r>
              <w:rPr>
                <w:b/>
              </w:rPr>
              <w:t>#</w:t>
            </w:r>
          </w:p>
        </w:tc>
        <w:tc>
          <w:tcPr>
            <w:tcW w:w="4230" w:type="dxa"/>
            <w:shd w:val="clear" w:color="auto" w:fill="D9E2F3"/>
          </w:tcPr>
          <w:p w14:paraId="75150F86" w14:textId="77777777" w:rsidR="00970B9C" w:rsidRDefault="0051205B">
            <w:pPr>
              <w:jc w:val="center"/>
            </w:pPr>
            <w:r>
              <w:rPr>
                <w:b/>
              </w:rPr>
              <w:t>Printed Name</w:t>
            </w:r>
          </w:p>
        </w:tc>
        <w:tc>
          <w:tcPr>
            <w:tcW w:w="4230" w:type="dxa"/>
            <w:shd w:val="clear" w:color="auto" w:fill="D9E2F3"/>
          </w:tcPr>
          <w:p w14:paraId="440181AA" w14:textId="77777777" w:rsidR="00970B9C" w:rsidRDefault="0051205B">
            <w:pPr>
              <w:jc w:val="center"/>
            </w:pPr>
            <w:r>
              <w:rPr>
                <w:b/>
              </w:rPr>
              <w:t>Signature</w:t>
            </w:r>
          </w:p>
        </w:tc>
        <w:tc>
          <w:tcPr>
            <w:tcW w:w="1746" w:type="dxa"/>
            <w:shd w:val="clear" w:color="auto" w:fill="D9E2F3"/>
          </w:tcPr>
          <w:p w14:paraId="08D82583" w14:textId="77777777" w:rsidR="00970B9C" w:rsidRDefault="0051205B">
            <w:pPr>
              <w:jc w:val="center"/>
            </w:pPr>
            <w:r>
              <w:rPr>
                <w:b/>
              </w:rPr>
              <w:t>Date</w:t>
            </w:r>
          </w:p>
        </w:tc>
      </w:tr>
      <w:tr w:rsidR="00970B9C" w14:paraId="33EA0054" w14:textId="77777777" w:rsidTr="007531BA">
        <w:tc>
          <w:tcPr>
            <w:tcW w:w="738" w:type="dxa"/>
            <w:tcMar>
              <w:top w:w="130" w:type="dxa"/>
              <w:left w:w="90" w:type="dxa"/>
              <w:bottom w:w="130" w:type="dxa"/>
              <w:right w:w="90" w:type="dxa"/>
            </w:tcMar>
            <w:vAlign w:val="center"/>
          </w:tcPr>
          <w:p w14:paraId="61E5722F" w14:textId="77777777" w:rsidR="00970B9C" w:rsidRDefault="0051205B">
            <w:pPr>
              <w:jc w:val="center"/>
            </w:pPr>
            <w:r>
              <w:t>1</w:t>
            </w:r>
          </w:p>
        </w:tc>
        <w:tc>
          <w:tcPr>
            <w:tcW w:w="4230" w:type="dxa"/>
            <w:tcMar>
              <w:top w:w="130" w:type="dxa"/>
              <w:left w:w="90" w:type="dxa"/>
              <w:bottom w:w="130" w:type="dxa"/>
              <w:right w:w="90" w:type="dxa"/>
            </w:tcMar>
            <w:vAlign w:val="center"/>
          </w:tcPr>
          <w:p w14:paraId="3A5A5894" w14:textId="77777777" w:rsidR="00970B9C" w:rsidRDefault="00970B9C"/>
        </w:tc>
        <w:tc>
          <w:tcPr>
            <w:tcW w:w="4230" w:type="dxa"/>
            <w:tcMar>
              <w:top w:w="130" w:type="dxa"/>
              <w:left w:w="90" w:type="dxa"/>
              <w:bottom w:w="130" w:type="dxa"/>
              <w:right w:w="90" w:type="dxa"/>
            </w:tcMar>
            <w:vAlign w:val="center"/>
          </w:tcPr>
          <w:p w14:paraId="370507FF" w14:textId="77777777" w:rsidR="00970B9C" w:rsidRDefault="00970B9C"/>
        </w:tc>
        <w:tc>
          <w:tcPr>
            <w:tcW w:w="1746" w:type="dxa"/>
            <w:tcMar>
              <w:top w:w="130" w:type="dxa"/>
              <w:left w:w="90" w:type="dxa"/>
              <w:bottom w:w="130" w:type="dxa"/>
              <w:right w:w="90" w:type="dxa"/>
            </w:tcMar>
            <w:vAlign w:val="center"/>
          </w:tcPr>
          <w:p w14:paraId="5710A07F" w14:textId="77777777" w:rsidR="00970B9C" w:rsidRDefault="00970B9C"/>
        </w:tc>
      </w:tr>
      <w:tr w:rsidR="00970B9C" w14:paraId="5F95A182" w14:textId="77777777" w:rsidTr="007531BA">
        <w:tc>
          <w:tcPr>
            <w:tcW w:w="738" w:type="dxa"/>
            <w:tcMar>
              <w:top w:w="130" w:type="dxa"/>
              <w:left w:w="90" w:type="dxa"/>
              <w:bottom w:w="130" w:type="dxa"/>
              <w:right w:w="90" w:type="dxa"/>
            </w:tcMar>
            <w:vAlign w:val="center"/>
          </w:tcPr>
          <w:p w14:paraId="331B6857" w14:textId="77777777" w:rsidR="00970B9C" w:rsidRDefault="0051205B">
            <w:pPr>
              <w:jc w:val="center"/>
            </w:pPr>
            <w:r>
              <w:t>2</w:t>
            </w:r>
          </w:p>
        </w:tc>
        <w:tc>
          <w:tcPr>
            <w:tcW w:w="4230" w:type="dxa"/>
            <w:tcMar>
              <w:top w:w="130" w:type="dxa"/>
              <w:left w:w="90" w:type="dxa"/>
              <w:bottom w:w="130" w:type="dxa"/>
              <w:right w:w="90" w:type="dxa"/>
            </w:tcMar>
            <w:vAlign w:val="center"/>
          </w:tcPr>
          <w:p w14:paraId="3D7E9292" w14:textId="77777777" w:rsidR="00970B9C" w:rsidRDefault="00970B9C"/>
        </w:tc>
        <w:tc>
          <w:tcPr>
            <w:tcW w:w="4230" w:type="dxa"/>
            <w:tcMar>
              <w:top w:w="130" w:type="dxa"/>
              <w:left w:w="90" w:type="dxa"/>
              <w:bottom w:w="130" w:type="dxa"/>
              <w:right w:w="90" w:type="dxa"/>
            </w:tcMar>
            <w:vAlign w:val="center"/>
          </w:tcPr>
          <w:p w14:paraId="3BC9B106" w14:textId="77777777" w:rsidR="00970B9C" w:rsidRDefault="00970B9C"/>
        </w:tc>
        <w:tc>
          <w:tcPr>
            <w:tcW w:w="1746" w:type="dxa"/>
            <w:tcMar>
              <w:top w:w="130" w:type="dxa"/>
              <w:left w:w="90" w:type="dxa"/>
              <w:bottom w:w="130" w:type="dxa"/>
              <w:right w:w="90" w:type="dxa"/>
            </w:tcMar>
            <w:vAlign w:val="center"/>
          </w:tcPr>
          <w:p w14:paraId="4398FFAE" w14:textId="77777777" w:rsidR="00970B9C" w:rsidRDefault="00970B9C"/>
        </w:tc>
      </w:tr>
      <w:tr w:rsidR="00970B9C" w14:paraId="4B84C23D" w14:textId="77777777" w:rsidTr="007531BA">
        <w:tc>
          <w:tcPr>
            <w:tcW w:w="738" w:type="dxa"/>
            <w:tcMar>
              <w:top w:w="130" w:type="dxa"/>
              <w:left w:w="90" w:type="dxa"/>
              <w:bottom w:w="130" w:type="dxa"/>
              <w:right w:w="90" w:type="dxa"/>
            </w:tcMar>
            <w:vAlign w:val="center"/>
          </w:tcPr>
          <w:p w14:paraId="0A61D644" w14:textId="77777777" w:rsidR="00970B9C" w:rsidRDefault="0051205B">
            <w:pPr>
              <w:jc w:val="center"/>
            </w:pPr>
            <w:r>
              <w:t>3</w:t>
            </w:r>
          </w:p>
        </w:tc>
        <w:tc>
          <w:tcPr>
            <w:tcW w:w="4230" w:type="dxa"/>
            <w:tcMar>
              <w:top w:w="130" w:type="dxa"/>
              <w:left w:w="90" w:type="dxa"/>
              <w:bottom w:w="130" w:type="dxa"/>
              <w:right w:w="90" w:type="dxa"/>
            </w:tcMar>
            <w:vAlign w:val="center"/>
          </w:tcPr>
          <w:p w14:paraId="6665A09A" w14:textId="77777777" w:rsidR="00970B9C" w:rsidRDefault="00970B9C"/>
        </w:tc>
        <w:tc>
          <w:tcPr>
            <w:tcW w:w="4230" w:type="dxa"/>
            <w:tcMar>
              <w:top w:w="130" w:type="dxa"/>
              <w:left w:w="90" w:type="dxa"/>
              <w:bottom w:w="130" w:type="dxa"/>
              <w:right w:w="90" w:type="dxa"/>
            </w:tcMar>
            <w:vAlign w:val="center"/>
          </w:tcPr>
          <w:p w14:paraId="63CF3319" w14:textId="77777777" w:rsidR="00970B9C" w:rsidRDefault="00970B9C"/>
        </w:tc>
        <w:tc>
          <w:tcPr>
            <w:tcW w:w="1746" w:type="dxa"/>
            <w:tcMar>
              <w:top w:w="130" w:type="dxa"/>
              <w:left w:w="90" w:type="dxa"/>
              <w:bottom w:w="130" w:type="dxa"/>
              <w:right w:w="90" w:type="dxa"/>
            </w:tcMar>
            <w:vAlign w:val="center"/>
          </w:tcPr>
          <w:p w14:paraId="1EE8294A" w14:textId="77777777" w:rsidR="00970B9C" w:rsidRDefault="00970B9C"/>
        </w:tc>
      </w:tr>
      <w:tr w:rsidR="00970B9C" w14:paraId="092BB99A" w14:textId="77777777" w:rsidTr="007531BA">
        <w:tc>
          <w:tcPr>
            <w:tcW w:w="738" w:type="dxa"/>
            <w:tcMar>
              <w:top w:w="130" w:type="dxa"/>
              <w:left w:w="90" w:type="dxa"/>
              <w:bottom w:w="130" w:type="dxa"/>
              <w:right w:w="90" w:type="dxa"/>
            </w:tcMar>
            <w:vAlign w:val="center"/>
          </w:tcPr>
          <w:p w14:paraId="3F1C8D81" w14:textId="77777777" w:rsidR="00970B9C" w:rsidRDefault="0051205B">
            <w:pPr>
              <w:jc w:val="center"/>
            </w:pPr>
            <w:r>
              <w:t>4</w:t>
            </w:r>
          </w:p>
        </w:tc>
        <w:tc>
          <w:tcPr>
            <w:tcW w:w="4230" w:type="dxa"/>
            <w:tcMar>
              <w:top w:w="130" w:type="dxa"/>
              <w:left w:w="90" w:type="dxa"/>
              <w:bottom w:w="130" w:type="dxa"/>
              <w:right w:w="90" w:type="dxa"/>
            </w:tcMar>
            <w:vAlign w:val="center"/>
          </w:tcPr>
          <w:p w14:paraId="456D648E" w14:textId="77777777" w:rsidR="00970B9C" w:rsidRDefault="00970B9C"/>
        </w:tc>
        <w:tc>
          <w:tcPr>
            <w:tcW w:w="4230" w:type="dxa"/>
            <w:tcMar>
              <w:top w:w="130" w:type="dxa"/>
              <w:left w:w="90" w:type="dxa"/>
              <w:bottom w:w="130" w:type="dxa"/>
              <w:right w:w="90" w:type="dxa"/>
            </w:tcMar>
            <w:vAlign w:val="center"/>
          </w:tcPr>
          <w:p w14:paraId="10B77B7F" w14:textId="77777777" w:rsidR="00970B9C" w:rsidRDefault="00970B9C"/>
        </w:tc>
        <w:tc>
          <w:tcPr>
            <w:tcW w:w="1746" w:type="dxa"/>
            <w:tcMar>
              <w:top w:w="130" w:type="dxa"/>
              <w:left w:w="90" w:type="dxa"/>
              <w:bottom w:w="130" w:type="dxa"/>
              <w:right w:w="90" w:type="dxa"/>
            </w:tcMar>
            <w:vAlign w:val="center"/>
          </w:tcPr>
          <w:p w14:paraId="6A097DCB" w14:textId="77777777" w:rsidR="00970B9C" w:rsidRDefault="00970B9C"/>
        </w:tc>
      </w:tr>
      <w:tr w:rsidR="00970B9C" w14:paraId="41AF2945" w14:textId="77777777" w:rsidTr="007531BA">
        <w:tc>
          <w:tcPr>
            <w:tcW w:w="738" w:type="dxa"/>
            <w:tcMar>
              <w:top w:w="130" w:type="dxa"/>
              <w:left w:w="90" w:type="dxa"/>
              <w:bottom w:w="130" w:type="dxa"/>
              <w:right w:w="90" w:type="dxa"/>
            </w:tcMar>
            <w:vAlign w:val="center"/>
          </w:tcPr>
          <w:p w14:paraId="6D7C0F27" w14:textId="77777777" w:rsidR="00970B9C" w:rsidRDefault="0051205B">
            <w:pPr>
              <w:jc w:val="center"/>
            </w:pPr>
            <w:r>
              <w:t>5</w:t>
            </w:r>
          </w:p>
        </w:tc>
        <w:tc>
          <w:tcPr>
            <w:tcW w:w="4230" w:type="dxa"/>
            <w:tcMar>
              <w:top w:w="130" w:type="dxa"/>
              <w:left w:w="90" w:type="dxa"/>
              <w:bottom w:w="130" w:type="dxa"/>
              <w:right w:w="90" w:type="dxa"/>
            </w:tcMar>
            <w:vAlign w:val="center"/>
          </w:tcPr>
          <w:p w14:paraId="4B5E2C93" w14:textId="77777777" w:rsidR="00970B9C" w:rsidRDefault="00970B9C"/>
        </w:tc>
        <w:tc>
          <w:tcPr>
            <w:tcW w:w="4230" w:type="dxa"/>
            <w:tcMar>
              <w:top w:w="130" w:type="dxa"/>
              <w:left w:w="90" w:type="dxa"/>
              <w:bottom w:w="130" w:type="dxa"/>
              <w:right w:w="90" w:type="dxa"/>
            </w:tcMar>
            <w:vAlign w:val="center"/>
          </w:tcPr>
          <w:p w14:paraId="76E0E255" w14:textId="77777777" w:rsidR="00970B9C" w:rsidRDefault="00970B9C"/>
        </w:tc>
        <w:tc>
          <w:tcPr>
            <w:tcW w:w="1746" w:type="dxa"/>
            <w:tcMar>
              <w:top w:w="130" w:type="dxa"/>
              <w:left w:w="90" w:type="dxa"/>
              <w:bottom w:w="130" w:type="dxa"/>
              <w:right w:w="90" w:type="dxa"/>
            </w:tcMar>
            <w:vAlign w:val="center"/>
          </w:tcPr>
          <w:p w14:paraId="2C57DC67" w14:textId="77777777" w:rsidR="00970B9C" w:rsidRDefault="00970B9C"/>
        </w:tc>
      </w:tr>
      <w:tr w:rsidR="00970B9C" w14:paraId="7AE553F7" w14:textId="77777777" w:rsidTr="007531BA">
        <w:tc>
          <w:tcPr>
            <w:tcW w:w="738" w:type="dxa"/>
            <w:tcMar>
              <w:top w:w="130" w:type="dxa"/>
              <w:left w:w="90" w:type="dxa"/>
              <w:bottom w:w="130" w:type="dxa"/>
              <w:right w:w="90" w:type="dxa"/>
            </w:tcMar>
            <w:vAlign w:val="center"/>
          </w:tcPr>
          <w:p w14:paraId="77CF0B56" w14:textId="77777777" w:rsidR="00970B9C" w:rsidRDefault="0051205B">
            <w:pPr>
              <w:jc w:val="center"/>
            </w:pPr>
            <w:r>
              <w:t>6</w:t>
            </w:r>
          </w:p>
        </w:tc>
        <w:tc>
          <w:tcPr>
            <w:tcW w:w="4230" w:type="dxa"/>
            <w:tcMar>
              <w:top w:w="130" w:type="dxa"/>
              <w:left w:w="90" w:type="dxa"/>
              <w:bottom w:w="130" w:type="dxa"/>
              <w:right w:w="90" w:type="dxa"/>
            </w:tcMar>
            <w:vAlign w:val="center"/>
          </w:tcPr>
          <w:p w14:paraId="5CF2E930" w14:textId="77777777" w:rsidR="00970B9C" w:rsidRDefault="00970B9C"/>
        </w:tc>
        <w:tc>
          <w:tcPr>
            <w:tcW w:w="4230" w:type="dxa"/>
            <w:tcMar>
              <w:top w:w="130" w:type="dxa"/>
              <w:left w:w="90" w:type="dxa"/>
              <w:bottom w:w="130" w:type="dxa"/>
              <w:right w:w="90" w:type="dxa"/>
            </w:tcMar>
            <w:vAlign w:val="center"/>
          </w:tcPr>
          <w:p w14:paraId="6DE8B585" w14:textId="77777777" w:rsidR="00970B9C" w:rsidRDefault="00970B9C"/>
        </w:tc>
        <w:tc>
          <w:tcPr>
            <w:tcW w:w="1746" w:type="dxa"/>
            <w:tcMar>
              <w:top w:w="130" w:type="dxa"/>
              <w:left w:w="90" w:type="dxa"/>
              <w:bottom w:w="130" w:type="dxa"/>
              <w:right w:w="90" w:type="dxa"/>
            </w:tcMar>
            <w:vAlign w:val="center"/>
          </w:tcPr>
          <w:p w14:paraId="13889C6A" w14:textId="77777777" w:rsidR="00970B9C" w:rsidRDefault="00970B9C"/>
        </w:tc>
      </w:tr>
      <w:tr w:rsidR="00970B9C" w14:paraId="3BCE7541" w14:textId="77777777" w:rsidTr="007531BA">
        <w:tc>
          <w:tcPr>
            <w:tcW w:w="738" w:type="dxa"/>
            <w:tcMar>
              <w:top w:w="130" w:type="dxa"/>
              <w:left w:w="90" w:type="dxa"/>
              <w:bottom w:w="130" w:type="dxa"/>
              <w:right w:w="90" w:type="dxa"/>
            </w:tcMar>
            <w:vAlign w:val="center"/>
          </w:tcPr>
          <w:p w14:paraId="4AD3132E" w14:textId="77777777" w:rsidR="00970B9C" w:rsidRDefault="0051205B">
            <w:pPr>
              <w:jc w:val="center"/>
            </w:pPr>
            <w:r>
              <w:t>7</w:t>
            </w:r>
          </w:p>
        </w:tc>
        <w:tc>
          <w:tcPr>
            <w:tcW w:w="4230" w:type="dxa"/>
            <w:tcMar>
              <w:top w:w="130" w:type="dxa"/>
              <w:left w:w="90" w:type="dxa"/>
              <w:bottom w:w="130" w:type="dxa"/>
              <w:right w:w="90" w:type="dxa"/>
            </w:tcMar>
            <w:vAlign w:val="center"/>
          </w:tcPr>
          <w:p w14:paraId="1E93ADA5" w14:textId="77777777" w:rsidR="00970B9C" w:rsidRDefault="00970B9C"/>
        </w:tc>
        <w:tc>
          <w:tcPr>
            <w:tcW w:w="4230" w:type="dxa"/>
            <w:tcMar>
              <w:top w:w="130" w:type="dxa"/>
              <w:left w:w="90" w:type="dxa"/>
              <w:bottom w:w="130" w:type="dxa"/>
              <w:right w:w="90" w:type="dxa"/>
            </w:tcMar>
            <w:vAlign w:val="center"/>
          </w:tcPr>
          <w:p w14:paraId="227955EE" w14:textId="77777777" w:rsidR="00970B9C" w:rsidRDefault="00970B9C"/>
        </w:tc>
        <w:tc>
          <w:tcPr>
            <w:tcW w:w="1746" w:type="dxa"/>
            <w:tcMar>
              <w:top w:w="130" w:type="dxa"/>
              <w:left w:w="90" w:type="dxa"/>
              <w:bottom w:w="130" w:type="dxa"/>
              <w:right w:w="90" w:type="dxa"/>
            </w:tcMar>
            <w:vAlign w:val="center"/>
          </w:tcPr>
          <w:p w14:paraId="23E24DC6" w14:textId="77777777" w:rsidR="00970B9C" w:rsidRDefault="00970B9C"/>
        </w:tc>
      </w:tr>
      <w:tr w:rsidR="00970B9C" w14:paraId="015A7FEC" w14:textId="77777777" w:rsidTr="007531BA">
        <w:tc>
          <w:tcPr>
            <w:tcW w:w="738" w:type="dxa"/>
            <w:tcMar>
              <w:top w:w="130" w:type="dxa"/>
              <w:left w:w="90" w:type="dxa"/>
              <w:bottom w:w="130" w:type="dxa"/>
              <w:right w:w="90" w:type="dxa"/>
            </w:tcMar>
            <w:vAlign w:val="center"/>
          </w:tcPr>
          <w:p w14:paraId="7A750DA9" w14:textId="77777777" w:rsidR="00970B9C" w:rsidRDefault="0051205B">
            <w:pPr>
              <w:jc w:val="center"/>
            </w:pPr>
            <w:r>
              <w:t>8</w:t>
            </w:r>
          </w:p>
        </w:tc>
        <w:tc>
          <w:tcPr>
            <w:tcW w:w="4230" w:type="dxa"/>
            <w:tcMar>
              <w:top w:w="130" w:type="dxa"/>
              <w:left w:w="90" w:type="dxa"/>
              <w:bottom w:w="130" w:type="dxa"/>
              <w:right w:w="90" w:type="dxa"/>
            </w:tcMar>
            <w:vAlign w:val="center"/>
          </w:tcPr>
          <w:p w14:paraId="7799FE6F" w14:textId="77777777" w:rsidR="00970B9C" w:rsidRDefault="00970B9C"/>
        </w:tc>
        <w:tc>
          <w:tcPr>
            <w:tcW w:w="4230" w:type="dxa"/>
            <w:tcMar>
              <w:top w:w="130" w:type="dxa"/>
              <w:left w:w="90" w:type="dxa"/>
              <w:bottom w:w="130" w:type="dxa"/>
              <w:right w:w="90" w:type="dxa"/>
            </w:tcMar>
            <w:vAlign w:val="center"/>
          </w:tcPr>
          <w:p w14:paraId="69C2D3D8" w14:textId="77777777" w:rsidR="00970B9C" w:rsidRDefault="00970B9C"/>
        </w:tc>
        <w:tc>
          <w:tcPr>
            <w:tcW w:w="1746" w:type="dxa"/>
            <w:tcMar>
              <w:top w:w="130" w:type="dxa"/>
              <w:left w:w="90" w:type="dxa"/>
              <w:bottom w:w="130" w:type="dxa"/>
              <w:right w:w="90" w:type="dxa"/>
            </w:tcMar>
            <w:vAlign w:val="center"/>
          </w:tcPr>
          <w:p w14:paraId="7245F87B" w14:textId="77777777" w:rsidR="00970B9C" w:rsidRDefault="00970B9C"/>
        </w:tc>
      </w:tr>
      <w:tr w:rsidR="00970B9C" w14:paraId="49D8D7BF" w14:textId="77777777" w:rsidTr="007531BA">
        <w:tc>
          <w:tcPr>
            <w:tcW w:w="738" w:type="dxa"/>
            <w:tcMar>
              <w:top w:w="130" w:type="dxa"/>
              <w:left w:w="90" w:type="dxa"/>
              <w:bottom w:w="130" w:type="dxa"/>
              <w:right w:w="90" w:type="dxa"/>
            </w:tcMar>
            <w:vAlign w:val="center"/>
          </w:tcPr>
          <w:p w14:paraId="07EA3051" w14:textId="77777777" w:rsidR="00970B9C" w:rsidRDefault="0051205B">
            <w:pPr>
              <w:jc w:val="center"/>
            </w:pPr>
            <w:r>
              <w:t>9</w:t>
            </w:r>
          </w:p>
        </w:tc>
        <w:tc>
          <w:tcPr>
            <w:tcW w:w="4230" w:type="dxa"/>
            <w:tcMar>
              <w:top w:w="130" w:type="dxa"/>
              <w:left w:w="90" w:type="dxa"/>
              <w:bottom w:w="130" w:type="dxa"/>
              <w:right w:w="90" w:type="dxa"/>
            </w:tcMar>
            <w:vAlign w:val="center"/>
          </w:tcPr>
          <w:p w14:paraId="3E4C5404" w14:textId="77777777" w:rsidR="00970B9C" w:rsidRDefault="00970B9C"/>
        </w:tc>
        <w:tc>
          <w:tcPr>
            <w:tcW w:w="4230" w:type="dxa"/>
            <w:tcMar>
              <w:top w:w="130" w:type="dxa"/>
              <w:left w:w="90" w:type="dxa"/>
              <w:bottom w:w="130" w:type="dxa"/>
              <w:right w:w="90" w:type="dxa"/>
            </w:tcMar>
            <w:vAlign w:val="center"/>
          </w:tcPr>
          <w:p w14:paraId="113FF276" w14:textId="77777777" w:rsidR="00970B9C" w:rsidRDefault="00970B9C"/>
        </w:tc>
        <w:tc>
          <w:tcPr>
            <w:tcW w:w="1746" w:type="dxa"/>
            <w:tcMar>
              <w:top w:w="130" w:type="dxa"/>
              <w:left w:w="90" w:type="dxa"/>
              <w:bottom w:w="130" w:type="dxa"/>
              <w:right w:w="90" w:type="dxa"/>
            </w:tcMar>
            <w:vAlign w:val="center"/>
          </w:tcPr>
          <w:p w14:paraId="5D45624C" w14:textId="77777777" w:rsidR="00970B9C" w:rsidRDefault="00970B9C"/>
        </w:tc>
      </w:tr>
      <w:tr w:rsidR="00970B9C" w14:paraId="3E16EA18" w14:textId="77777777" w:rsidTr="007531BA">
        <w:tc>
          <w:tcPr>
            <w:tcW w:w="738" w:type="dxa"/>
            <w:tcMar>
              <w:top w:w="130" w:type="dxa"/>
              <w:left w:w="90" w:type="dxa"/>
              <w:bottom w:w="130" w:type="dxa"/>
              <w:right w:w="90" w:type="dxa"/>
            </w:tcMar>
            <w:vAlign w:val="center"/>
          </w:tcPr>
          <w:p w14:paraId="1ED9A7EF" w14:textId="77777777" w:rsidR="00970B9C" w:rsidRDefault="0051205B">
            <w:pPr>
              <w:jc w:val="center"/>
            </w:pPr>
            <w:r>
              <w:t>10</w:t>
            </w:r>
          </w:p>
        </w:tc>
        <w:tc>
          <w:tcPr>
            <w:tcW w:w="4230" w:type="dxa"/>
            <w:tcMar>
              <w:top w:w="130" w:type="dxa"/>
              <w:left w:w="90" w:type="dxa"/>
              <w:bottom w:w="130" w:type="dxa"/>
              <w:right w:w="90" w:type="dxa"/>
            </w:tcMar>
            <w:vAlign w:val="center"/>
          </w:tcPr>
          <w:p w14:paraId="1F0C44BB" w14:textId="77777777" w:rsidR="00970B9C" w:rsidRDefault="00970B9C"/>
        </w:tc>
        <w:tc>
          <w:tcPr>
            <w:tcW w:w="4230" w:type="dxa"/>
            <w:tcMar>
              <w:top w:w="130" w:type="dxa"/>
              <w:left w:w="90" w:type="dxa"/>
              <w:bottom w:w="130" w:type="dxa"/>
              <w:right w:w="90" w:type="dxa"/>
            </w:tcMar>
            <w:vAlign w:val="center"/>
          </w:tcPr>
          <w:p w14:paraId="34B589A9" w14:textId="77777777" w:rsidR="00970B9C" w:rsidRDefault="00970B9C"/>
        </w:tc>
        <w:tc>
          <w:tcPr>
            <w:tcW w:w="1746" w:type="dxa"/>
            <w:tcMar>
              <w:top w:w="130" w:type="dxa"/>
              <w:left w:w="90" w:type="dxa"/>
              <w:bottom w:w="130" w:type="dxa"/>
              <w:right w:w="90" w:type="dxa"/>
            </w:tcMar>
            <w:vAlign w:val="center"/>
          </w:tcPr>
          <w:p w14:paraId="336ED610" w14:textId="77777777" w:rsidR="00970B9C" w:rsidRDefault="00970B9C"/>
        </w:tc>
      </w:tr>
      <w:tr w:rsidR="00970B9C" w14:paraId="392B3608" w14:textId="77777777" w:rsidTr="007531BA">
        <w:tc>
          <w:tcPr>
            <w:tcW w:w="738" w:type="dxa"/>
            <w:tcMar>
              <w:top w:w="130" w:type="dxa"/>
              <w:left w:w="90" w:type="dxa"/>
              <w:bottom w:w="130" w:type="dxa"/>
              <w:right w:w="90" w:type="dxa"/>
            </w:tcMar>
            <w:vAlign w:val="center"/>
          </w:tcPr>
          <w:p w14:paraId="101F8319" w14:textId="77777777" w:rsidR="00970B9C" w:rsidRDefault="0051205B">
            <w:pPr>
              <w:jc w:val="center"/>
            </w:pPr>
            <w:r>
              <w:t>11</w:t>
            </w:r>
          </w:p>
        </w:tc>
        <w:tc>
          <w:tcPr>
            <w:tcW w:w="4230" w:type="dxa"/>
            <w:tcMar>
              <w:top w:w="130" w:type="dxa"/>
              <w:left w:w="90" w:type="dxa"/>
              <w:bottom w:w="130" w:type="dxa"/>
              <w:right w:w="90" w:type="dxa"/>
            </w:tcMar>
            <w:vAlign w:val="center"/>
          </w:tcPr>
          <w:p w14:paraId="23F50A89" w14:textId="77777777" w:rsidR="00970B9C" w:rsidRDefault="00970B9C"/>
        </w:tc>
        <w:tc>
          <w:tcPr>
            <w:tcW w:w="4230" w:type="dxa"/>
            <w:tcMar>
              <w:top w:w="130" w:type="dxa"/>
              <w:left w:w="90" w:type="dxa"/>
              <w:bottom w:w="130" w:type="dxa"/>
              <w:right w:w="90" w:type="dxa"/>
            </w:tcMar>
            <w:vAlign w:val="center"/>
          </w:tcPr>
          <w:p w14:paraId="0AA1E2F2" w14:textId="77777777" w:rsidR="00970B9C" w:rsidRDefault="00970B9C"/>
        </w:tc>
        <w:tc>
          <w:tcPr>
            <w:tcW w:w="1746" w:type="dxa"/>
            <w:tcMar>
              <w:top w:w="130" w:type="dxa"/>
              <w:left w:w="90" w:type="dxa"/>
              <w:bottom w:w="130" w:type="dxa"/>
              <w:right w:w="90" w:type="dxa"/>
            </w:tcMar>
            <w:vAlign w:val="center"/>
          </w:tcPr>
          <w:p w14:paraId="7F8C01BA" w14:textId="77777777" w:rsidR="00970B9C" w:rsidRDefault="00970B9C"/>
        </w:tc>
      </w:tr>
      <w:tr w:rsidR="00970B9C" w14:paraId="3245F21A" w14:textId="77777777" w:rsidTr="007531BA">
        <w:tc>
          <w:tcPr>
            <w:tcW w:w="738" w:type="dxa"/>
            <w:tcMar>
              <w:top w:w="130" w:type="dxa"/>
              <w:left w:w="90" w:type="dxa"/>
              <w:bottom w:w="130" w:type="dxa"/>
              <w:right w:w="90" w:type="dxa"/>
            </w:tcMar>
            <w:vAlign w:val="center"/>
          </w:tcPr>
          <w:p w14:paraId="49C49551" w14:textId="77777777" w:rsidR="00970B9C" w:rsidRDefault="0051205B">
            <w:pPr>
              <w:jc w:val="center"/>
            </w:pPr>
            <w:r>
              <w:t>12</w:t>
            </w:r>
          </w:p>
        </w:tc>
        <w:tc>
          <w:tcPr>
            <w:tcW w:w="4230" w:type="dxa"/>
            <w:tcMar>
              <w:top w:w="130" w:type="dxa"/>
              <w:left w:w="90" w:type="dxa"/>
              <w:bottom w:w="130" w:type="dxa"/>
              <w:right w:w="90" w:type="dxa"/>
            </w:tcMar>
            <w:vAlign w:val="center"/>
          </w:tcPr>
          <w:p w14:paraId="15A1180C" w14:textId="77777777" w:rsidR="00970B9C" w:rsidRDefault="00970B9C"/>
        </w:tc>
        <w:tc>
          <w:tcPr>
            <w:tcW w:w="4230" w:type="dxa"/>
            <w:tcMar>
              <w:top w:w="130" w:type="dxa"/>
              <w:left w:w="90" w:type="dxa"/>
              <w:bottom w:w="130" w:type="dxa"/>
              <w:right w:w="90" w:type="dxa"/>
            </w:tcMar>
            <w:vAlign w:val="center"/>
          </w:tcPr>
          <w:p w14:paraId="6024531B" w14:textId="77777777" w:rsidR="00970B9C" w:rsidRDefault="00970B9C"/>
        </w:tc>
        <w:tc>
          <w:tcPr>
            <w:tcW w:w="1746" w:type="dxa"/>
            <w:tcMar>
              <w:top w:w="130" w:type="dxa"/>
              <w:left w:w="90" w:type="dxa"/>
              <w:bottom w:w="130" w:type="dxa"/>
              <w:right w:w="90" w:type="dxa"/>
            </w:tcMar>
            <w:vAlign w:val="center"/>
          </w:tcPr>
          <w:p w14:paraId="6C952F56" w14:textId="77777777" w:rsidR="00970B9C" w:rsidRDefault="00970B9C"/>
        </w:tc>
      </w:tr>
    </w:tbl>
    <w:p w14:paraId="40658CA9" w14:textId="63C981A0" w:rsidR="00970B9C" w:rsidRDefault="00970B9C" w:rsidP="007531BA">
      <w:pPr>
        <w:spacing w:before="160"/>
        <w:jc w:val="center"/>
      </w:pPr>
    </w:p>
    <w:sectPr w:rsidR="00970B9C" w:rsidSect="007531BA">
      <w:footerReference w:type="default" r:id="rId12"/>
      <w:pgSz w:w="12240" w:h="15840"/>
      <w:pgMar w:top="504" w:right="648" w:bottom="360" w:left="648"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33DCD9" w14:textId="77777777" w:rsidR="0051205B" w:rsidRDefault="0051205B" w:rsidP="007531BA">
      <w:pPr>
        <w:spacing w:after="0" w:line="240" w:lineRule="auto"/>
      </w:pPr>
      <w:r>
        <w:separator/>
      </w:r>
    </w:p>
  </w:endnote>
  <w:endnote w:type="continuationSeparator" w:id="0">
    <w:p w14:paraId="20DD292E" w14:textId="77777777" w:rsidR="0051205B" w:rsidRDefault="0051205B" w:rsidP="007531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8E4DB" w14:textId="77777777" w:rsidR="007531BA" w:rsidRDefault="007531BA" w:rsidP="007531BA">
    <w:pPr>
      <w:spacing w:before="160"/>
      <w:jc w:val="center"/>
    </w:pPr>
    <w:r>
      <w:rPr>
        <w:color w:val="6E6E6E"/>
        <w:sz w:val="16"/>
      </w:rPr>
      <w:t>Housekeeping Toolbox Talk | COMPANY</w:t>
    </w:r>
  </w:p>
  <w:p w14:paraId="01BE0F7C" w14:textId="77777777" w:rsidR="007531BA" w:rsidRDefault="007531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5E78B7" w14:textId="77777777" w:rsidR="0051205B" w:rsidRDefault="0051205B" w:rsidP="007531BA">
      <w:pPr>
        <w:spacing w:after="0" w:line="240" w:lineRule="auto"/>
      </w:pPr>
      <w:r>
        <w:separator/>
      </w:r>
    </w:p>
  </w:footnote>
  <w:footnote w:type="continuationSeparator" w:id="0">
    <w:p w14:paraId="0CBC5E16" w14:textId="77777777" w:rsidR="0051205B" w:rsidRDefault="0051205B" w:rsidP="007531B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122216321">
    <w:abstractNumId w:val="8"/>
  </w:num>
  <w:num w:numId="2" w16cid:durableId="1149787960">
    <w:abstractNumId w:val="6"/>
  </w:num>
  <w:num w:numId="3" w16cid:durableId="405303028">
    <w:abstractNumId w:val="5"/>
  </w:num>
  <w:num w:numId="4" w16cid:durableId="818496936">
    <w:abstractNumId w:val="4"/>
  </w:num>
  <w:num w:numId="5" w16cid:durableId="1285576690">
    <w:abstractNumId w:val="7"/>
  </w:num>
  <w:num w:numId="6" w16cid:durableId="768164702">
    <w:abstractNumId w:val="3"/>
  </w:num>
  <w:num w:numId="7" w16cid:durableId="956105807">
    <w:abstractNumId w:val="2"/>
  </w:num>
  <w:num w:numId="8" w16cid:durableId="241187500">
    <w:abstractNumId w:val="1"/>
  </w:num>
  <w:num w:numId="9" w16cid:durableId="1592763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57488"/>
    <w:rsid w:val="0029639D"/>
    <w:rsid w:val="00326F90"/>
    <w:rsid w:val="0051205B"/>
    <w:rsid w:val="006C04A8"/>
    <w:rsid w:val="007531BA"/>
    <w:rsid w:val="00970B9C"/>
    <w:rsid w:val="00AA1D8D"/>
    <w:rsid w:val="00B47730"/>
    <w:rsid w:val="00CB0664"/>
    <w:rsid w:val="00D1210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CCDFA8D2-18B7-410C-902C-31BF92D024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17"/>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96C0F0D5715AE47937174C9F1943D56" ma:contentTypeVersion="11" ma:contentTypeDescription="Create a new document." ma:contentTypeScope="" ma:versionID="0ce6b29ac12536fa66e5abecd4484172">
  <xsd:schema xmlns:xsd="http://www.w3.org/2001/XMLSchema" xmlns:xs="http://www.w3.org/2001/XMLSchema" xmlns:p="http://schemas.microsoft.com/office/2006/metadata/properties" xmlns:ns2="6f58e7e0-97f7-499a-9d1c-1372a572ffb2" xmlns:ns3="200aba80-eedd-47d5-b869-4f019f30d124" targetNamespace="http://schemas.microsoft.com/office/2006/metadata/properties" ma:root="true" ma:fieldsID="65bfa2a3969094c93300a2031dcc723d" ns2:_="" ns3:_="">
    <xsd:import namespace="6f58e7e0-97f7-499a-9d1c-1372a572ffb2"/>
    <xsd:import namespace="200aba80-eedd-47d5-b869-4f019f30d12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58e7e0-97f7-499a-9d1c-1372a572ff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4de77e8-60fc-47ee-a317-081a2a34725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00aba80-eedd-47d5-b869-4f019f30d12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f9f8cbb-e1e8-4bbe-860c-04b059c8f47c}" ma:internalName="TaxCatchAll" ma:showField="CatchAllData" ma:web="200aba80-eedd-47d5-b869-4f019f30d12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f58e7e0-97f7-499a-9d1c-1372a572ffb2">
      <Terms xmlns="http://schemas.microsoft.com/office/infopath/2007/PartnerControls"/>
    </lcf76f155ced4ddcb4097134ff3c332f>
    <TaxCatchAll xmlns="200aba80-eedd-47d5-b869-4f019f30d124" xsi:nil="true"/>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1A8671B1-B7F6-4FBF-A102-154E75242CFB}">
  <ds:schemaRefs>
    <ds:schemaRef ds:uri="http://schemas.microsoft.com/sharepoint/v3/contenttype/forms"/>
  </ds:schemaRefs>
</ds:datastoreItem>
</file>

<file path=customXml/itemProps3.xml><?xml version="1.0" encoding="utf-8"?>
<ds:datastoreItem xmlns:ds="http://schemas.openxmlformats.org/officeDocument/2006/customXml" ds:itemID="{988AC25D-C861-4194-BD00-C42EE8E85F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f58e7e0-97f7-499a-9d1c-1372a572ffb2"/>
    <ds:schemaRef ds:uri="200aba80-eedd-47d5-b869-4f019f30d1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3B0D3C1-B19C-471B-88D4-E77F39532795}">
  <ds:schemaRefs>
    <ds:schemaRef ds:uri="http://schemas.microsoft.com/office/2006/metadata/properties"/>
    <ds:schemaRef ds:uri="http://schemas.microsoft.com/office/infopath/2007/PartnerControls"/>
    <ds:schemaRef ds:uri="6f58e7e0-97f7-499a-9d1c-1372a572ffb2"/>
    <ds:schemaRef ds:uri="200aba80-eedd-47d5-b869-4f019f30d124"/>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431</Words>
  <Characters>2398</Characters>
  <Application>Microsoft Office Word</Application>
  <DocSecurity>0</DocSecurity>
  <Lines>133</Lines>
  <Paragraphs>85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2744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Charlene Rasmussen</cp:lastModifiedBy>
  <cp:revision>4</cp:revision>
  <dcterms:created xsi:type="dcterms:W3CDTF">2013-12-23T23:15:00Z</dcterms:created>
  <dcterms:modified xsi:type="dcterms:W3CDTF">2026-08-28T14:08:00Z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0x010100496C0F0D5715AE47937174C9F1943D56</vt:lpwstr>
  </property>
</Properties>
</file>