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2"/>
        <w:gridCol w:w="5472"/>
      </w:tblGrid>
      <w:tr w:rsidR="00924A40" w14:paraId="46D58A8F" w14:textId="77777777" w:rsidTr="00D25ACD">
        <w:tc>
          <w:tcPr>
            <w:tcW w:w="5472" w:type="dxa"/>
            <w:shd w:val="clear" w:color="auto" w:fill="1F4E79"/>
            <w:tcMar>
              <w:top w:w="90" w:type="dxa"/>
              <w:left w:w="100" w:type="dxa"/>
              <w:bottom w:w="90" w:type="dxa"/>
              <w:right w:w="100" w:type="dxa"/>
            </w:tcMar>
            <w:vAlign w:val="center"/>
          </w:tcPr>
          <w:p w14:paraId="4DD2FA88" w14:textId="77777777" w:rsidR="00924A40" w:rsidRDefault="00374E9F" w:rsidP="00D25ACD">
            <w:pPr>
              <w:jc w:val="center"/>
            </w:pPr>
            <w:r>
              <w:rPr>
                <w:b/>
                <w:color w:val="FFFFFF"/>
                <w:sz w:val="30"/>
              </w:rPr>
              <w:t>THE HUMAN MACHINE</w:t>
            </w:r>
            <w:r>
              <w:rPr>
                <w:b/>
                <w:color w:val="FFFFFF"/>
                <w:sz w:val="30"/>
              </w:rPr>
              <w:br/>
              <w:t>TOOLBOX TALK</w:t>
            </w:r>
          </w:p>
        </w:tc>
        <w:tc>
          <w:tcPr>
            <w:tcW w:w="5472" w:type="dxa"/>
            <w:tcMar>
              <w:top w:w="50" w:type="dxa"/>
              <w:left w:w="100" w:type="dxa"/>
              <w:bottom w:w="40" w:type="dxa"/>
              <w:right w:w="100" w:type="dxa"/>
            </w:tcMar>
          </w:tcPr>
          <w:p w14:paraId="31E2048E" w14:textId="77777777" w:rsidR="00924A40" w:rsidRDefault="00374E9F">
            <w:pPr>
              <w:jc w:val="center"/>
            </w:pPr>
            <w:r>
              <w:rPr>
                <w:noProof/>
              </w:rPr>
              <w:drawing>
                <wp:inline distT="0" distB="0" distL="0" distR="0" wp14:anchorId="3A9B32D8" wp14:editId="6EFA5B56">
                  <wp:extent cx="1920240" cy="585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1"/>
                          <a:stretch>
                            <a:fillRect/>
                          </a:stretch>
                        </pic:blipFill>
                        <pic:spPr>
                          <a:xfrm>
                            <a:off x="0" y="0"/>
                            <a:ext cx="1920240" cy="585686"/>
                          </a:xfrm>
                          <a:prstGeom prst="rect">
                            <a:avLst/>
                          </a:prstGeom>
                        </pic:spPr>
                      </pic:pic>
                    </a:graphicData>
                  </a:graphic>
                </wp:inline>
              </w:drawing>
            </w:r>
          </w:p>
        </w:tc>
      </w:tr>
    </w:tbl>
    <w:p w14:paraId="21557B78" w14:textId="77777777" w:rsidR="00B6372A" w:rsidRDefault="00B6372A" w:rsidP="00C13BAE">
      <w:pPr>
        <w:spacing w:after="100"/>
        <w:rPr>
          <w:b/>
        </w:rPr>
      </w:pPr>
    </w:p>
    <w:p w14:paraId="09317B07" w14:textId="7CFA171C" w:rsidR="00924A40" w:rsidRDefault="00374E9F" w:rsidP="00C13BAE">
      <w:pPr>
        <w:spacing w:after="100"/>
      </w:pPr>
      <w:r>
        <w:rPr>
          <w:b/>
        </w:rPr>
        <w:t>Your body is the most important machine on the job. Protect it with the same care you give your tools and equipment.</w:t>
      </w:r>
    </w:p>
    <w:tbl>
      <w:tblPr>
        <w:tblStyle w:val="TableGrid"/>
        <w:tblW w:w="0" w:type="auto"/>
        <w:jc w:val="center"/>
        <w:tblLayout w:type="fixed"/>
        <w:tblLook w:val="04A0" w:firstRow="1" w:lastRow="0" w:firstColumn="1" w:lastColumn="0" w:noHBand="0" w:noVBand="1"/>
      </w:tblPr>
      <w:tblGrid>
        <w:gridCol w:w="2614"/>
        <w:gridCol w:w="4959"/>
        <w:gridCol w:w="3456"/>
      </w:tblGrid>
      <w:tr w:rsidR="00C13BAE" w14:paraId="66272C65" w14:textId="77777777" w:rsidTr="006F1555">
        <w:trPr>
          <w:jc w:val="center"/>
        </w:trPr>
        <w:tc>
          <w:tcPr>
            <w:tcW w:w="2614" w:type="dxa"/>
            <w:shd w:val="clear" w:color="auto" w:fill="EAF2F8"/>
            <w:tcMar>
              <w:top w:w="55" w:type="dxa"/>
              <w:left w:w="90" w:type="dxa"/>
              <w:bottom w:w="55" w:type="dxa"/>
              <w:right w:w="90" w:type="dxa"/>
            </w:tcMar>
          </w:tcPr>
          <w:p w14:paraId="7FC37C8C" w14:textId="77777777" w:rsidR="00C13BAE" w:rsidRDefault="00C13BAE" w:rsidP="006F1555">
            <w:r>
              <w:rPr>
                <w:b/>
                <w:sz w:val="18"/>
              </w:rPr>
              <w:t>Date</w:t>
            </w:r>
          </w:p>
        </w:tc>
        <w:tc>
          <w:tcPr>
            <w:tcW w:w="4959" w:type="dxa"/>
            <w:shd w:val="clear" w:color="auto" w:fill="EAF2F8"/>
            <w:tcMar>
              <w:top w:w="55" w:type="dxa"/>
              <w:left w:w="90" w:type="dxa"/>
              <w:bottom w:w="55" w:type="dxa"/>
              <w:right w:w="90" w:type="dxa"/>
            </w:tcMar>
          </w:tcPr>
          <w:p w14:paraId="098E0185" w14:textId="77777777" w:rsidR="00C13BAE" w:rsidRDefault="00C13BAE" w:rsidP="006F1555">
            <w:r>
              <w:rPr>
                <w:b/>
                <w:sz w:val="18"/>
              </w:rPr>
              <w:t>Project / Location</w:t>
            </w:r>
          </w:p>
        </w:tc>
        <w:tc>
          <w:tcPr>
            <w:tcW w:w="3456" w:type="dxa"/>
            <w:shd w:val="clear" w:color="auto" w:fill="EAF2F8"/>
            <w:tcMar>
              <w:top w:w="55" w:type="dxa"/>
              <w:left w:w="90" w:type="dxa"/>
              <w:bottom w:w="55" w:type="dxa"/>
              <w:right w:w="90" w:type="dxa"/>
            </w:tcMar>
          </w:tcPr>
          <w:p w14:paraId="27DD0C22" w14:textId="77777777" w:rsidR="00C13BAE" w:rsidRDefault="00C13BAE" w:rsidP="006F1555">
            <w:r>
              <w:rPr>
                <w:b/>
                <w:sz w:val="18"/>
              </w:rPr>
              <w:t>Instructor</w:t>
            </w:r>
          </w:p>
        </w:tc>
      </w:tr>
      <w:tr w:rsidR="00C13BAE" w14:paraId="20257049" w14:textId="77777777" w:rsidTr="006F1555">
        <w:trPr>
          <w:jc w:val="center"/>
        </w:trPr>
        <w:tc>
          <w:tcPr>
            <w:tcW w:w="2614" w:type="dxa"/>
            <w:tcMar>
              <w:top w:w="65" w:type="dxa"/>
              <w:left w:w="90" w:type="dxa"/>
              <w:bottom w:w="65" w:type="dxa"/>
              <w:right w:w="90" w:type="dxa"/>
            </w:tcMar>
          </w:tcPr>
          <w:p w14:paraId="07DF19CD" w14:textId="77777777" w:rsidR="00C13BAE" w:rsidRDefault="00C13BAE" w:rsidP="006F1555"/>
        </w:tc>
        <w:tc>
          <w:tcPr>
            <w:tcW w:w="4959" w:type="dxa"/>
            <w:tcMar>
              <w:top w:w="65" w:type="dxa"/>
              <w:left w:w="90" w:type="dxa"/>
              <w:bottom w:w="65" w:type="dxa"/>
              <w:right w:w="90" w:type="dxa"/>
            </w:tcMar>
          </w:tcPr>
          <w:p w14:paraId="14ED91A9" w14:textId="77777777" w:rsidR="00C13BAE" w:rsidRDefault="00C13BAE" w:rsidP="006F1555"/>
        </w:tc>
        <w:tc>
          <w:tcPr>
            <w:tcW w:w="3456" w:type="dxa"/>
            <w:tcMar>
              <w:top w:w="65" w:type="dxa"/>
              <w:left w:w="90" w:type="dxa"/>
              <w:bottom w:w="65" w:type="dxa"/>
              <w:right w:w="90" w:type="dxa"/>
            </w:tcMar>
          </w:tcPr>
          <w:p w14:paraId="78F9BF1B" w14:textId="77777777" w:rsidR="00C13BAE" w:rsidRDefault="00C13BAE" w:rsidP="006F1555"/>
        </w:tc>
      </w:tr>
    </w:tbl>
    <w:p w14:paraId="27832778" w14:textId="20F4872F" w:rsidR="00924A40" w:rsidRDefault="00374E9F">
      <w:pPr>
        <w:spacing w:before="40" w:after="0"/>
      </w:pPr>
      <w:r>
        <w:rPr>
          <w:b/>
          <w:sz w:val="24"/>
        </w:rPr>
        <w:t>Introduction</w:t>
      </w:r>
    </w:p>
    <w:p w14:paraId="6D8DE468" w14:textId="77777777" w:rsidR="00924A40" w:rsidRDefault="00374E9F">
      <w:pPr>
        <w:spacing w:after="20"/>
      </w:pPr>
      <w:r>
        <w:t>Open with: “We spend a lot of time inspecting, maintaining, and protecting equipment. Today we are focusing on the most important machine on the job - the human body.”</w:t>
      </w:r>
    </w:p>
    <w:p w14:paraId="7780645C" w14:textId="77777777" w:rsidR="00924A40" w:rsidRDefault="00374E9F">
      <w:pPr>
        <w:spacing w:after="20"/>
      </w:pPr>
      <w:r>
        <w:rPr>
          <w:b/>
        </w:rPr>
        <w:t xml:space="preserve">Key Point: </w:t>
      </w:r>
      <w:r>
        <w:t>Safety rules are not just requirements on paper. They exist to protect your eyes, heart, lungs, blood, feet, back, and the rest of your body.</w:t>
      </w:r>
    </w:p>
    <w:p w14:paraId="12439162" w14:textId="77777777" w:rsidR="00B6372A" w:rsidRDefault="00B6372A">
      <w:pPr>
        <w:spacing w:before="40" w:after="0"/>
        <w:rPr>
          <w:b/>
          <w:sz w:val="24"/>
        </w:rPr>
      </w:pPr>
    </w:p>
    <w:p w14:paraId="139723EC" w14:textId="676E6C74" w:rsidR="00924A40" w:rsidRDefault="00374E9F">
      <w:pPr>
        <w:spacing w:before="40" w:after="0"/>
      </w:pPr>
      <w:r>
        <w:rPr>
          <w:b/>
          <w:sz w:val="24"/>
        </w:rPr>
        <w:t>Why It Matters</w:t>
      </w:r>
    </w:p>
    <w:p w14:paraId="2849CA03" w14:textId="77777777" w:rsidR="00924A40" w:rsidRDefault="00374E9F">
      <w:pPr>
        <w:spacing w:after="0"/>
      </w:pPr>
      <w:r>
        <w:t>Workers can become so focused on getting the job done that they forget the human body is one of the hardest-worked and least-cared-for “machines” on the jobsite.</w:t>
      </w:r>
    </w:p>
    <w:p w14:paraId="31D78E30" w14:textId="77777777" w:rsidR="00924A40" w:rsidRDefault="00374E9F">
      <w:pPr>
        <w:pStyle w:val="ListBullet"/>
        <w:spacing w:after="0"/>
      </w:pPr>
      <w:r>
        <w:t>We protect a human eye - not just a camera.</w:t>
      </w:r>
    </w:p>
    <w:p w14:paraId="35768AA6" w14:textId="77777777" w:rsidR="00924A40" w:rsidRDefault="00374E9F">
      <w:pPr>
        <w:pStyle w:val="ListBullet"/>
        <w:spacing w:after="0"/>
      </w:pPr>
      <w:r>
        <w:t>We protect a human heart - not just a pump.</w:t>
      </w:r>
    </w:p>
    <w:p w14:paraId="1FB1D986" w14:textId="77777777" w:rsidR="00924A40" w:rsidRDefault="00374E9F">
      <w:pPr>
        <w:pStyle w:val="ListBullet"/>
        <w:spacing w:after="0"/>
      </w:pPr>
      <w:r>
        <w:t>We protect human lungs - not just a compressor.</w:t>
      </w:r>
    </w:p>
    <w:p w14:paraId="04F2ADA5" w14:textId="77777777" w:rsidR="00924A40" w:rsidRDefault="00374E9F">
      <w:pPr>
        <w:pStyle w:val="ListBullet"/>
        <w:spacing w:after="0"/>
      </w:pPr>
      <w:r>
        <w:t>We protect human blood, feet, backs, and the rest of the body every time we work safely.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924A40" w14:paraId="23B3793A" w14:textId="77777777" w:rsidTr="00C13BAE">
        <w:tc>
          <w:tcPr>
            <w:tcW w:w="10944" w:type="dxa"/>
            <w:shd w:val="clear" w:color="auto" w:fill="FFF2CC"/>
            <w:tcMar>
              <w:top w:w="80" w:type="dxa"/>
              <w:left w:w="90" w:type="dxa"/>
              <w:bottom w:w="80" w:type="dxa"/>
              <w:right w:w="90" w:type="dxa"/>
            </w:tcMar>
          </w:tcPr>
          <w:p w14:paraId="6CFC3CC0" w14:textId="77777777" w:rsidR="00924A40" w:rsidRDefault="00374E9F">
            <w:r>
              <w:rPr>
                <w:b/>
              </w:rPr>
              <w:t>Quick Engagement Question: “What is one thing you do every day to protect your body from wear, strain, or injury at work?”</w:t>
            </w:r>
          </w:p>
        </w:tc>
      </w:tr>
    </w:tbl>
    <w:p w14:paraId="373E7A11" w14:textId="77777777" w:rsidR="00924A40" w:rsidRDefault="00374E9F">
      <w:pPr>
        <w:spacing w:before="40" w:after="0"/>
      </w:pPr>
      <w:r>
        <w:rPr>
          <w:b/>
          <w:sz w:val="24"/>
        </w:rPr>
        <w:t>Protect the Human Machine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924A40" w14:paraId="0F03BCDC" w14:textId="77777777" w:rsidTr="00C13BAE">
        <w:tc>
          <w:tcPr>
            <w:tcW w:w="3648" w:type="dxa"/>
            <w:shd w:val="clear" w:color="auto" w:fill="EAF2F8"/>
            <w:tcMar>
              <w:top w:w="80" w:type="dxa"/>
              <w:left w:w="90" w:type="dxa"/>
              <w:bottom w:w="80" w:type="dxa"/>
              <w:right w:w="90" w:type="dxa"/>
            </w:tcMar>
          </w:tcPr>
          <w:p w14:paraId="72DDA967" w14:textId="77777777" w:rsidR="00924A40" w:rsidRDefault="00374E9F">
            <w:pPr>
              <w:spacing w:after="20"/>
            </w:pPr>
            <w:r>
              <w:rPr>
                <w:b/>
                <w:u w:val="single"/>
              </w:rPr>
              <w:t>Eyes &amp; Lungs</w:t>
            </w:r>
          </w:p>
          <w:p w14:paraId="3CB8BC58" w14:textId="77777777" w:rsidR="00924A40" w:rsidRDefault="00374E9F">
            <w:pPr>
              <w:pStyle w:val="ListBullet"/>
              <w:spacing w:after="0"/>
            </w:pPr>
            <w:r>
              <w:t>Wear required eye and face protection.</w:t>
            </w:r>
          </w:p>
          <w:p w14:paraId="161E536A" w14:textId="77777777" w:rsidR="00924A40" w:rsidRDefault="00374E9F">
            <w:pPr>
              <w:pStyle w:val="ListBullet"/>
              <w:spacing w:after="0"/>
            </w:pPr>
            <w:r>
              <w:t>Use respiratory protection when required.</w:t>
            </w:r>
          </w:p>
          <w:p w14:paraId="2472BC03" w14:textId="77777777" w:rsidR="00924A40" w:rsidRDefault="00374E9F">
            <w:pPr>
              <w:pStyle w:val="ListBullet"/>
              <w:spacing w:after="0"/>
            </w:pPr>
            <w:r>
              <w:t>Control dust, fumes, and other exposures.</w:t>
            </w:r>
          </w:p>
        </w:tc>
        <w:tc>
          <w:tcPr>
            <w:tcW w:w="3648" w:type="dxa"/>
            <w:shd w:val="clear" w:color="auto" w:fill="EAF2F8"/>
            <w:tcMar>
              <w:top w:w="80" w:type="dxa"/>
              <w:left w:w="90" w:type="dxa"/>
              <w:bottom w:w="80" w:type="dxa"/>
              <w:right w:w="90" w:type="dxa"/>
            </w:tcMar>
          </w:tcPr>
          <w:p w14:paraId="60A382E6" w14:textId="77777777" w:rsidR="00924A40" w:rsidRDefault="00374E9F">
            <w:pPr>
              <w:spacing w:after="20"/>
            </w:pPr>
            <w:r>
              <w:rPr>
                <w:b/>
                <w:u w:val="single"/>
              </w:rPr>
              <w:t>Back &amp; Feet</w:t>
            </w:r>
          </w:p>
          <w:p w14:paraId="7BE19A27" w14:textId="77777777" w:rsidR="00924A40" w:rsidRDefault="00374E9F">
            <w:pPr>
              <w:pStyle w:val="ListBullet"/>
              <w:spacing w:after="0"/>
            </w:pPr>
            <w:r>
              <w:t>Use safe lifting and material-handling practices.</w:t>
            </w:r>
          </w:p>
          <w:p w14:paraId="18E3B9E4" w14:textId="77777777" w:rsidR="00924A40" w:rsidRDefault="00374E9F">
            <w:pPr>
              <w:pStyle w:val="ListBullet"/>
              <w:spacing w:after="0"/>
            </w:pPr>
            <w:r>
              <w:t>Wear proper footwear.</w:t>
            </w:r>
          </w:p>
          <w:p w14:paraId="735F0CB5" w14:textId="77777777" w:rsidR="00924A40" w:rsidRDefault="00374E9F">
            <w:pPr>
              <w:pStyle w:val="ListBullet"/>
              <w:spacing w:after="0"/>
            </w:pPr>
            <w:r>
              <w:t>Use mechanical help when loads are heavy or awkward.</w:t>
            </w:r>
          </w:p>
        </w:tc>
        <w:tc>
          <w:tcPr>
            <w:tcW w:w="3648" w:type="dxa"/>
            <w:shd w:val="clear" w:color="auto" w:fill="EAF2F8"/>
            <w:tcMar>
              <w:top w:w="80" w:type="dxa"/>
              <w:left w:w="90" w:type="dxa"/>
              <w:bottom w:w="80" w:type="dxa"/>
              <w:right w:w="90" w:type="dxa"/>
            </w:tcMar>
          </w:tcPr>
          <w:p w14:paraId="20777464" w14:textId="77777777" w:rsidR="00924A40" w:rsidRDefault="00374E9F">
            <w:pPr>
              <w:spacing w:after="20"/>
            </w:pPr>
            <w:r>
              <w:rPr>
                <w:b/>
                <w:u w:val="single"/>
              </w:rPr>
              <w:t>Heart &amp; Body</w:t>
            </w:r>
          </w:p>
          <w:p w14:paraId="21B8E4E4" w14:textId="77777777" w:rsidR="00924A40" w:rsidRDefault="00374E9F">
            <w:pPr>
              <w:pStyle w:val="ListBullet"/>
              <w:spacing w:after="0"/>
            </w:pPr>
            <w:r>
              <w:t>Follow work rules and safe procedures.</w:t>
            </w:r>
          </w:p>
          <w:p w14:paraId="4D31BA05" w14:textId="77777777" w:rsidR="00924A40" w:rsidRDefault="00374E9F">
            <w:pPr>
              <w:pStyle w:val="ListBullet"/>
              <w:spacing w:after="0"/>
            </w:pPr>
            <w:r>
              <w:t>Stay hydrated, rested, and aware of physical strain.</w:t>
            </w:r>
          </w:p>
          <w:p w14:paraId="07BA3EB1" w14:textId="77777777" w:rsidR="00924A40" w:rsidRDefault="00374E9F">
            <w:pPr>
              <w:pStyle w:val="ListBullet"/>
              <w:spacing w:after="0"/>
            </w:pPr>
            <w:r>
              <w:t>Report hazards before they cause harm.</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924A40" w14:paraId="101AE963" w14:textId="77777777" w:rsidTr="005B61A2">
        <w:tc>
          <w:tcPr>
            <w:tcW w:w="10944" w:type="dxa"/>
            <w:shd w:val="clear" w:color="auto" w:fill="EDEDED"/>
            <w:tcMar>
              <w:top w:w="80" w:type="dxa"/>
              <w:left w:w="90" w:type="dxa"/>
              <w:bottom w:w="80" w:type="dxa"/>
              <w:right w:w="90" w:type="dxa"/>
            </w:tcMar>
          </w:tcPr>
          <w:p w14:paraId="1D70EC03" w14:textId="467D8881" w:rsidR="00924A40" w:rsidRDefault="00374E9F">
            <w:r>
              <w:rPr>
                <w:b/>
              </w:rPr>
              <w:t>Mini Scenario</w:t>
            </w:r>
            <w:r>
              <w:rPr>
                <w:b/>
              </w:rPr>
              <w:t xml:space="preserve">: </w:t>
            </w:r>
            <w:r>
              <w:t>“A tool is inspected and maintained before use, but an employee skips PPE and rushes through the task. What does that say about how we are caring for the human machine?”</w:t>
            </w:r>
          </w:p>
        </w:tc>
      </w:tr>
    </w:tbl>
    <w:p w14:paraId="73783A93" w14:textId="77777777" w:rsidR="00924A40" w:rsidRDefault="00374E9F">
      <w:pPr>
        <w:spacing w:before="40" w:after="0"/>
      </w:pPr>
      <w:r>
        <w:rPr>
          <w:b/>
          <w:sz w:val="24"/>
        </w:rPr>
        <w:t>Daily Maintenance for Yourself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924A40" w14:paraId="0A51714F" w14:textId="77777777" w:rsidTr="005B61A2">
        <w:tc>
          <w:tcPr>
            <w:tcW w:w="3648" w:type="dxa"/>
            <w:shd w:val="clear" w:color="auto" w:fill="EAF2F8"/>
            <w:tcMar>
              <w:top w:w="80" w:type="dxa"/>
              <w:left w:w="90" w:type="dxa"/>
              <w:bottom w:w="80" w:type="dxa"/>
              <w:right w:w="90" w:type="dxa"/>
            </w:tcMar>
          </w:tcPr>
          <w:p w14:paraId="666C21C5" w14:textId="77777777" w:rsidR="00924A40" w:rsidRDefault="00374E9F">
            <w:pPr>
              <w:spacing w:after="20"/>
            </w:pPr>
            <w:r>
              <w:rPr>
                <w:b/>
                <w:u w:val="single"/>
              </w:rPr>
              <w:t>Before Work</w:t>
            </w:r>
          </w:p>
          <w:p w14:paraId="5D5872E2" w14:textId="77777777" w:rsidR="00924A40" w:rsidRDefault="00374E9F">
            <w:pPr>
              <w:pStyle w:val="ListBullet"/>
              <w:spacing w:after="0"/>
            </w:pPr>
            <w:r>
              <w:t>Show up ready for the task.</w:t>
            </w:r>
          </w:p>
          <w:p w14:paraId="253C2CA8" w14:textId="77777777" w:rsidR="00924A40" w:rsidRDefault="00374E9F">
            <w:pPr>
              <w:pStyle w:val="ListBullet"/>
              <w:spacing w:after="0"/>
            </w:pPr>
            <w:r>
              <w:t>Review hazards and controls.</w:t>
            </w:r>
          </w:p>
          <w:p w14:paraId="1089F9BB" w14:textId="77777777" w:rsidR="00924A40" w:rsidRDefault="00374E9F">
            <w:pPr>
              <w:pStyle w:val="ListBullet"/>
              <w:spacing w:after="0"/>
            </w:pPr>
            <w:r>
              <w:t>Use the right PPE and equipment.</w:t>
            </w:r>
          </w:p>
        </w:tc>
        <w:tc>
          <w:tcPr>
            <w:tcW w:w="3648" w:type="dxa"/>
            <w:shd w:val="clear" w:color="auto" w:fill="EAF2F8"/>
            <w:tcMar>
              <w:top w:w="80" w:type="dxa"/>
              <w:left w:w="90" w:type="dxa"/>
              <w:bottom w:w="80" w:type="dxa"/>
              <w:right w:w="90" w:type="dxa"/>
            </w:tcMar>
          </w:tcPr>
          <w:p w14:paraId="183E4677" w14:textId="77777777" w:rsidR="00924A40" w:rsidRDefault="00374E9F">
            <w:pPr>
              <w:spacing w:after="20"/>
            </w:pPr>
            <w:r>
              <w:rPr>
                <w:b/>
                <w:u w:val="single"/>
              </w:rPr>
              <w:t>During Work</w:t>
            </w:r>
          </w:p>
          <w:p w14:paraId="2821FA4E" w14:textId="77777777" w:rsidR="00924A40" w:rsidRDefault="00374E9F">
            <w:pPr>
              <w:pStyle w:val="ListBullet"/>
              <w:spacing w:after="0"/>
            </w:pPr>
            <w:r>
              <w:t>Use safe body position and good work practices.</w:t>
            </w:r>
          </w:p>
          <w:p w14:paraId="3A8C4938" w14:textId="77777777" w:rsidR="00924A40" w:rsidRDefault="00374E9F">
            <w:pPr>
              <w:pStyle w:val="ListBullet"/>
              <w:spacing w:after="0"/>
            </w:pPr>
            <w:r>
              <w:t>Take care of your eyes, lungs, hands, feet, and back.</w:t>
            </w:r>
          </w:p>
          <w:p w14:paraId="32E1BCBD" w14:textId="77777777" w:rsidR="00924A40" w:rsidRDefault="00374E9F">
            <w:pPr>
              <w:pStyle w:val="ListBullet"/>
              <w:spacing w:after="0"/>
            </w:pPr>
            <w:r>
              <w:t>Stay alert to signs of fatigue or strain.</w:t>
            </w:r>
          </w:p>
        </w:tc>
        <w:tc>
          <w:tcPr>
            <w:tcW w:w="3648" w:type="dxa"/>
            <w:shd w:val="clear" w:color="auto" w:fill="EAF2F8"/>
            <w:tcMar>
              <w:top w:w="80" w:type="dxa"/>
              <w:left w:w="90" w:type="dxa"/>
              <w:bottom w:w="80" w:type="dxa"/>
              <w:right w:w="90" w:type="dxa"/>
            </w:tcMar>
          </w:tcPr>
          <w:p w14:paraId="19127EDF" w14:textId="77777777" w:rsidR="00924A40" w:rsidRDefault="00374E9F">
            <w:pPr>
              <w:spacing w:after="20"/>
            </w:pPr>
            <w:r>
              <w:rPr>
                <w:b/>
                <w:u w:val="single"/>
              </w:rPr>
              <w:t>When Conditions Change</w:t>
            </w:r>
          </w:p>
          <w:p w14:paraId="7599ED2D" w14:textId="77777777" w:rsidR="00924A40" w:rsidRDefault="00374E9F">
            <w:pPr>
              <w:pStyle w:val="ListBullet"/>
              <w:spacing w:after="0"/>
            </w:pPr>
            <w:r>
              <w:t>Stop and reassess the task.</w:t>
            </w:r>
          </w:p>
          <w:p w14:paraId="2D2CD215" w14:textId="77777777" w:rsidR="00924A40" w:rsidRDefault="00374E9F">
            <w:pPr>
              <w:pStyle w:val="ListBullet"/>
              <w:spacing w:after="0"/>
            </w:pPr>
            <w:r>
              <w:t>Ask for help when needed.</w:t>
            </w:r>
          </w:p>
          <w:p w14:paraId="2B84377D" w14:textId="77777777" w:rsidR="00924A40" w:rsidRDefault="00374E9F">
            <w:pPr>
              <w:pStyle w:val="ListBullet"/>
              <w:spacing w:after="0"/>
            </w:pPr>
            <w:r>
              <w:t>Do not trade safety for speed.</w:t>
            </w:r>
          </w:p>
        </w:tc>
      </w:tr>
    </w:tbl>
    <w:p w14:paraId="71748E55" w14:textId="77777777" w:rsidR="00924A40" w:rsidRDefault="00374E9F">
      <w:pPr>
        <w:spacing w:before="40" w:after="0"/>
      </w:pPr>
      <w:r>
        <w:rPr>
          <w:b/>
          <w:sz w:val="24"/>
        </w:rPr>
        <w:t>What NOT to 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924A40" w14:paraId="6D01FC91" w14:textId="77777777" w:rsidTr="005B61A2">
        <w:tc>
          <w:tcPr>
            <w:tcW w:w="3648" w:type="dxa"/>
            <w:shd w:val="clear" w:color="auto" w:fill="FCE4D6"/>
            <w:tcMar>
              <w:top w:w="80" w:type="dxa"/>
              <w:left w:w="90" w:type="dxa"/>
              <w:bottom w:w="80" w:type="dxa"/>
              <w:right w:w="90" w:type="dxa"/>
            </w:tcMar>
          </w:tcPr>
          <w:p w14:paraId="1F853A48" w14:textId="77777777" w:rsidR="00924A40" w:rsidRDefault="00374E9F">
            <w:pPr>
              <w:spacing w:after="20"/>
            </w:pPr>
            <w:r>
              <w:rPr>
                <w:b/>
                <w:u w:val="single"/>
              </w:rPr>
              <w:t>Do Not</w:t>
            </w:r>
          </w:p>
          <w:p w14:paraId="5519A91B" w14:textId="77777777" w:rsidR="00924A40" w:rsidRDefault="00374E9F">
            <w:pPr>
              <w:pStyle w:val="ListBullet"/>
              <w:spacing w:after="0"/>
            </w:pPr>
            <w:r>
              <w:t>Treat your body as replaceable.</w:t>
            </w:r>
          </w:p>
          <w:p w14:paraId="54795F8D" w14:textId="77777777" w:rsidR="00924A40" w:rsidRDefault="00374E9F">
            <w:pPr>
              <w:pStyle w:val="ListBullet"/>
              <w:spacing w:after="0"/>
            </w:pPr>
            <w:r>
              <w:t>Ignore pain, fatigue, or warning signs.</w:t>
            </w:r>
          </w:p>
        </w:tc>
        <w:tc>
          <w:tcPr>
            <w:tcW w:w="3648" w:type="dxa"/>
            <w:shd w:val="clear" w:color="auto" w:fill="FCE4D6"/>
            <w:tcMar>
              <w:top w:w="80" w:type="dxa"/>
              <w:left w:w="90" w:type="dxa"/>
              <w:bottom w:w="80" w:type="dxa"/>
              <w:right w:w="90" w:type="dxa"/>
            </w:tcMar>
          </w:tcPr>
          <w:p w14:paraId="4F538FE5" w14:textId="77777777" w:rsidR="00924A40" w:rsidRDefault="00374E9F">
            <w:pPr>
              <w:spacing w:after="20"/>
            </w:pPr>
            <w:r>
              <w:rPr>
                <w:b/>
                <w:u w:val="single"/>
              </w:rPr>
              <w:t>Do Not</w:t>
            </w:r>
          </w:p>
          <w:p w14:paraId="53C41EB4" w14:textId="77777777" w:rsidR="00924A40" w:rsidRDefault="00374E9F">
            <w:pPr>
              <w:pStyle w:val="ListBullet"/>
              <w:spacing w:after="0"/>
            </w:pPr>
            <w:r>
              <w:t>Skip PPE or safe procedures to save time.</w:t>
            </w:r>
          </w:p>
          <w:p w14:paraId="25DAC96B" w14:textId="77777777" w:rsidR="00924A40" w:rsidRDefault="00374E9F">
            <w:pPr>
              <w:pStyle w:val="ListBullet"/>
              <w:spacing w:after="0"/>
            </w:pPr>
            <w:r>
              <w:t>Assume experience makes you immune to injury.</w:t>
            </w:r>
          </w:p>
        </w:tc>
        <w:tc>
          <w:tcPr>
            <w:tcW w:w="3648" w:type="dxa"/>
            <w:shd w:val="clear" w:color="auto" w:fill="FCE4D6"/>
            <w:tcMar>
              <w:top w:w="80" w:type="dxa"/>
              <w:left w:w="90" w:type="dxa"/>
              <w:bottom w:w="80" w:type="dxa"/>
              <w:right w:w="90" w:type="dxa"/>
            </w:tcMar>
          </w:tcPr>
          <w:p w14:paraId="556DC22C" w14:textId="77777777" w:rsidR="00924A40" w:rsidRDefault="00374E9F">
            <w:pPr>
              <w:spacing w:after="20"/>
            </w:pPr>
            <w:r>
              <w:rPr>
                <w:b/>
                <w:u w:val="single"/>
              </w:rPr>
              <w:t>Do Not</w:t>
            </w:r>
          </w:p>
          <w:p w14:paraId="6EBEE394" w14:textId="77777777" w:rsidR="00924A40" w:rsidRDefault="00374E9F">
            <w:pPr>
              <w:pStyle w:val="ListBullet"/>
              <w:spacing w:after="0"/>
            </w:pPr>
            <w:r>
              <w:t>Take better care of equipment than yourself.</w:t>
            </w:r>
          </w:p>
          <w:p w14:paraId="2C2D9D8D" w14:textId="77777777" w:rsidR="00924A40" w:rsidRDefault="00374E9F">
            <w:pPr>
              <w:pStyle w:val="ListBullet"/>
              <w:spacing w:after="0"/>
            </w:pPr>
            <w:r>
              <w:t>Forget that every action has a consequence.</w:t>
            </w:r>
          </w:p>
        </w:tc>
      </w:tr>
    </w:tbl>
    <w:p w14:paraId="0043386C" w14:textId="77777777" w:rsidR="00924A40" w:rsidRDefault="00374E9F">
      <w:pPr>
        <w:spacing w:before="40" w:after="0"/>
      </w:pPr>
      <w:r>
        <w:rPr>
          <w:b/>
          <w:sz w:val="24"/>
        </w:rPr>
        <w:t>Close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924A40" w14:paraId="59CA3B61" w14:textId="77777777" w:rsidTr="005B61A2">
        <w:tc>
          <w:tcPr>
            <w:tcW w:w="10944" w:type="dxa"/>
            <w:shd w:val="clear" w:color="auto" w:fill="D9EAF7"/>
            <w:tcMar>
              <w:top w:w="80" w:type="dxa"/>
              <w:left w:w="90" w:type="dxa"/>
              <w:bottom w:w="80" w:type="dxa"/>
              <w:right w:w="90" w:type="dxa"/>
            </w:tcMar>
          </w:tcPr>
          <w:p w14:paraId="2DD83085" w14:textId="54779D6C" w:rsidR="005B61A2" w:rsidRPr="005B61A2" w:rsidRDefault="00374E9F" w:rsidP="004742F9">
            <w:r>
              <w:rPr>
                <w:b/>
              </w:rPr>
              <w:t xml:space="preserve">Closing Message: </w:t>
            </w:r>
            <w:r>
              <w:t>“The human body is the most valuable machine on this job. Protect it every day. The safety rules we follow are there to prevent damage that cannot always be repaired. Make every action a positive one.”</w:t>
            </w:r>
          </w:p>
        </w:tc>
      </w:tr>
    </w:tbl>
    <w:p w14:paraId="3E54D107" w14:textId="77777777" w:rsidR="00924A40" w:rsidRDefault="00374E9F">
      <w:pPr>
        <w:pageBreakBefore/>
        <w:jc w:val="center"/>
      </w:pPr>
      <w:r>
        <w:rPr>
          <w:b/>
          <w:sz w:val="36"/>
        </w:rPr>
        <w:lastRenderedPageBreak/>
        <w:t>Toolbox Talk Attendance</w:t>
      </w:r>
    </w:p>
    <w:p w14:paraId="56E3DCBF" w14:textId="77777777" w:rsidR="00924A40" w:rsidRDefault="00374E9F">
      <w:pPr>
        <w:spacing w:after="80"/>
      </w:pPr>
      <w:r>
        <w:rPr>
          <w:b/>
        </w:rPr>
        <w:t>Topic: The Human Machine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924A40" w14:paraId="442F3892" w14:textId="77777777" w:rsidTr="005B61A2">
        <w:tc>
          <w:tcPr>
            <w:tcW w:w="3648" w:type="dxa"/>
            <w:shd w:val="clear" w:color="auto" w:fill="D9E2F3"/>
            <w:tcMar>
              <w:top w:w="80" w:type="dxa"/>
              <w:left w:w="90" w:type="dxa"/>
              <w:bottom w:w="80" w:type="dxa"/>
              <w:right w:w="90" w:type="dxa"/>
            </w:tcMar>
          </w:tcPr>
          <w:p w14:paraId="7E98781B" w14:textId="77777777" w:rsidR="00924A40" w:rsidRDefault="00374E9F">
            <w:r>
              <w:rPr>
                <w:b/>
              </w:rPr>
              <w:t>Date:</w:t>
            </w:r>
          </w:p>
        </w:tc>
        <w:tc>
          <w:tcPr>
            <w:tcW w:w="3648" w:type="dxa"/>
            <w:shd w:val="clear" w:color="auto" w:fill="D9E2F3"/>
            <w:tcMar>
              <w:top w:w="80" w:type="dxa"/>
              <w:left w:w="90" w:type="dxa"/>
              <w:bottom w:w="80" w:type="dxa"/>
              <w:right w:w="90" w:type="dxa"/>
            </w:tcMar>
          </w:tcPr>
          <w:p w14:paraId="3A449327" w14:textId="77777777" w:rsidR="00924A40" w:rsidRDefault="00374E9F">
            <w:r>
              <w:rPr>
                <w:b/>
              </w:rPr>
              <w:t>Project / Location:</w:t>
            </w:r>
          </w:p>
        </w:tc>
        <w:tc>
          <w:tcPr>
            <w:tcW w:w="3648" w:type="dxa"/>
            <w:shd w:val="clear" w:color="auto" w:fill="D9E2F3"/>
            <w:tcMar>
              <w:top w:w="80" w:type="dxa"/>
              <w:left w:w="90" w:type="dxa"/>
              <w:bottom w:w="80" w:type="dxa"/>
              <w:right w:w="90" w:type="dxa"/>
            </w:tcMar>
          </w:tcPr>
          <w:p w14:paraId="73CE1602" w14:textId="77777777" w:rsidR="00924A40" w:rsidRDefault="00374E9F">
            <w:r>
              <w:rPr>
                <w:b/>
              </w:rPr>
              <w:t>Instructor:</w:t>
            </w:r>
          </w:p>
        </w:tc>
      </w:tr>
    </w:tbl>
    <w:p w14:paraId="629A1DF7" w14:textId="77777777" w:rsidR="00924A40" w:rsidRDefault="00374E9F">
      <w:pPr>
        <w:spacing w:before="160" w:after="100"/>
      </w:pPr>
      <w:r>
        <w:t>By signing below, participants acknowledge attendance at this toolbox talk.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4320"/>
        <w:gridCol w:w="4410"/>
        <w:gridCol w:w="1476"/>
      </w:tblGrid>
      <w:tr w:rsidR="00924A40" w14:paraId="1CE95976" w14:textId="77777777" w:rsidTr="005B61A2">
        <w:tc>
          <w:tcPr>
            <w:tcW w:w="738" w:type="dxa"/>
            <w:shd w:val="clear" w:color="auto" w:fill="D9E2F3"/>
          </w:tcPr>
          <w:p w14:paraId="4D7C8045" w14:textId="77777777" w:rsidR="00924A40" w:rsidRDefault="00374E9F">
            <w:pPr>
              <w:jc w:val="center"/>
            </w:pPr>
            <w:r>
              <w:rPr>
                <w:b/>
              </w:rPr>
              <w:t>#</w:t>
            </w:r>
          </w:p>
        </w:tc>
        <w:tc>
          <w:tcPr>
            <w:tcW w:w="4320" w:type="dxa"/>
            <w:shd w:val="clear" w:color="auto" w:fill="D9E2F3"/>
          </w:tcPr>
          <w:p w14:paraId="3C51B45A" w14:textId="77777777" w:rsidR="00924A40" w:rsidRDefault="00374E9F">
            <w:pPr>
              <w:jc w:val="center"/>
            </w:pPr>
            <w:r>
              <w:rPr>
                <w:b/>
              </w:rPr>
              <w:t>Printed Name</w:t>
            </w:r>
          </w:p>
        </w:tc>
        <w:tc>
          <w:tcPr>
            <w:tcW w:w="4410" w:type="dxa"/>
            <w:shd w:val="clear" w:color="auto" w:fill="D9E2F3"/>
          </w:tcPr>
          <w:p w14:paraId="2580C002" w14:textId="77777777" w:rsidR="00924A40" w:rsidRDefault="00374E9F">
            <w:pPr>
              <w:jc w:val="center"/>
            </w:pPr>
            <w:r>
              <w:rPr>
                <w:b/>
              </w:rPr>
              <w:t>Signature</w:t>
            </w:r>
          </w:p>
        </w:tc>
        <w:tc>
          <w:tcPr>
            <w:tcW w:w="1476" w:type="dxa"/>
            <w:shd w:val="clear" w:color="auto" w:fill="D9E2F3"/>
          </w:tcPr>
          <w:p w14:paraId="5752C200" w14:textId="77777777" w:rsidR="00924A40" w:rsidRDefault="00374E9F">
            <w:pPr>
              <w:jc w:val="center"/>
            </w:pPr>
            <w:r>
              <w:rPr>
                <w:b/>
              </w:rPr>
              <w:t>Date</w:t>
            </w:r>
          </w:p>
        </w:tc>
      </w:tr>
      <w:tr w:rsidR="00924A40" w14:paraId="44081108" w14:textId="77777777" w:rsidTr="005B61A2">
        <w:tc>
          <w:tcPr>
            <w:tcW w:w="738" w:type="dxa"/>
            <w:tcMar>
              <w:top w:w="130" w:type="dxa"/>
              <w:left w:w="90" w:type="dxa"/>
              <w:bottom w:w="130" w:type="dxa"/>
              <w:right w:w="90" w:type="dxa"/>
            </w:tcMar>
            <w:vAlign w:val="center"/>
          </w:tcPr>
          <w:p w14:paraId="3F19C714" w14:textId="77777777" w:rsidR="00924A40" w:rsidRDefault="00374E9F">
            <w:pPr>
              <w:jc w:val="center"/>
            </w:pPr>
            <w:r>
              <w:t>1</w:t>
            </w:r>
          </w:p>
        </w:tc>
        <w:tc>
          <w:tcPr>
            <w:tcW w:w="4320" w:type="dxa"/>
            <w:tcMar>
              <w:top w:w="130" w:type="dxa"/>
              <w:left w:w="90" w:type="dxa"/>
              <w:bottom w:w="130" w:type="dxa"/>
              <w:right w:w="90" w:type="dxa"/>
            </w:tcMar>
            <w:vAlign w:val="center"/>
          </w:tcPr>
          <w:p w14:paraId="5AF7217B" w14:textId="77777777" w:rsidR="00924A40" w:rsidRDefault="00924A40"/>
        </w:tc>
        <w:tc>
          <w:tcPr>
            <w:tcW w:w="4410" w:type="dxa"/>
            <w:tcMar>
              <w:top w:w="130" w:type="dxa"/>
              <w:left w:w="90" w:type="dxa"/>
              <w:bottom w:w="130" w:type="dxa"/>
              <w:right w:w="90" w:type="dxa"/>
            </w:tcMar>
            <w:vAlign w:val="center"/>
          </w:tcPr>
          <w:p w14:paraId="55CC5601" w14:textId="77777777" w:rsidR="00924A40" w:rsidRDefault="00924A40"/>
        </w:tc>
        <w:tc>
          <w:tcPr>
            <w:tcW w:w="1476" w:type="dxa"/>
            <w:tcMar>
              <w:top w:w="130" w:type="dxa"/>
              <w:left w:w="90" w:type="dxa"/>
              <w:bottom w:w="130" w:type="dxa"/>
              <w:right w:w="90" w:type="dxa"/>
            </w:tcMar>
            <w:vAlign w:val="center"/>
          </w:tcPr>
          <w:p w14:paraId="1B0C5AE7" w14:textId="77777777" w:rsidR="00924A40" w:rsidRDefault="00924A40"/>
        </w:tc>
      </w:tr>
      <w:tr w:rsidR="00924A40" w14:paraId="279ED67C" w14:textId="77777777" w:rsidTr="005B61A2">
        <w:tc>
          <w:tcPr>
            <w:tcW w:w="738" w:type="dxa"/>
            <w:tcMar>
              <w:top w:w="130" w:type="dxa"/>
              <w:left w:w="90" w:type="dxa"/>
              <w:bottom w:w="130" w:type="dxa"/>
              <w:right w:w="90" w:type="dxa"/>
            </w:tcMar>
            <w:vAlign w:val="center"/>
          </w:tcPr>
          <w:p w14:paraId="048233D4" w14:textId="77777777" w:rsidR="00924A40" w:rsidRDefault="00374E9F">
            <w:pPr>
              <w:jc w:val="center"/>
            </w:pPr>
            <w:r>
              <w:t>2</w:t>
            </w:r>
          </w:p>
        </w:tc>
        <w:tc>
          <w:tcPr>
            <w:tcW w:w="4320" w:type="dxa"/>
            <w:tcMar>
              <w:top w:w="130" w:type="dxa"/>
              <w:left w:w="90" w:type="dxa"/>
              <w:bottom w:w="130" w:type="dxa"/>
              <w:right w:w="90" w:type="dxa"/>
            </w:tcMar>
            <w:vAlign w:val="center"/>
          </w:tcPr>
          <w:p w14:paraId="120B1047" w14:textId="77777777" w:rsidR="00924A40" w:rsidRDefault="00924A40"/>
        </w:tc>
        <w:tc>
          <w:tcPr>
            <w:tcW w:w="4410" w:type="dxa"/>
            <w:tcMar>
              <w:top w:w="130" w:type="dxa"/>
              <w:left w:w="90" w:type="dxa"/>
              <w:bottom w:w="130" w:type="dxa"/>
              <w:right w:w="90" w:type="dxa"/>
            </w:tcMar>
            <w:vAlign w:val="center"/>
          </w:tcPr>
          <w:p w14:paraId="4D7C397A" w14:textId="77777777" w:rsidR="00924A40" w:rsidRDefault="00924A40"/>
        </w:tc>
        <w:tc>
          <w:tcPr>
            <w:tcW w:w="1476" w:type="dxa"/>
            <w:tcMar>
              <w:top w:w="130" w:type="dxa"/>
              <w:left w:w="90" w:type="dxa"/>
              <w:bottom w:w="130" w:type="dxa"/>
              <w:right w:w="90" w:type="dxa"/>
            </w:tcMar>
            <w:vAlign w:val="center"/>
          </w:tcPr>
          <w:p w14:paraId="31B5D450" w14:textId="77777777" w:rsidR="00924A40" w:rsidRDefault="00924A40"/>
        </w:tc>
      </w:tr>
      <w:tr w:rsidR="00924A40" w14:paraId="749ED561" w14:textId="77777777" w:rsidTr="005B61A2">
        <w:tc>
          <w:tcPr>
            <w:tcW w:w="738" w:type="dxa"/>
            <w:tcMar>
              <w:top w:w="130" w:type="dxa"/>
              <w:left w:w="90" w:type="dxa"/>
              <w:bottom w:w="130" w:type="dxa"/>
              <w:right w:w="90" w:type="dxa"/>
            </w:tcMar>
            <w:vAlign w:val="center"/>
          </w:tcPr>
          <w:p w14:paraId="13970939" w14:textId="77777777" w:rsidR="00924A40" w:rsidRDefault="00374E9F">
            <w:pPr>
              <w:jc w:val="center"/>
            </w:pPr>
            <w:r>
              <w:t>3</w:t>
            </w:r>
          </w:p>
        </w:tc>
        <w:tc>
          <w:tcPr>
            <w:tcW w:w="4320" w:type="dxa"/>
            <w:tcMar>
              <w:top w:w="130" w:type="dxa"/>
              <w:left w:w="90" w:type="dxa"/>
              <w:bottom w:w="130" w:type="dxa"/>
              <w:right w:w="90" w:type="dxa"/>
            </w:tcMar>
            <w:vAlign w:val="center"/>
          </w:tcPr>
          <w:p w14:paraId="24498FB3" w14:textId="77777777" w:rsidR="00924A40" w:rsidRDefault="00924A40"/>
        </w:tc>
        <w:tc>
          <w:tcPr>
            <w:tcW w:w="4410" w:type="dxa"/>
            <w:tcMar>
              <w:top w:w="130" w:type="dxa"/>
              <w:left w:w="90" w:type="dxa"/>
              <w:bottom w:w="130" w:type="dxa"/>
              <w:right w:w="90" w:type="dxa"/>
            </w:tcMar>
            <w:vAlign w:val="center"/>
          </w:tcPr>
          <w:p w14:paraId="351A7E26" w14:textId="77777777" w:rsidR="00924A40" w:rsidRDefault="00924A40"/>
        </w:tc>
        <w:tc>
          <w:tcPr>
            <w:tcW w:w="1476" w:type="dxa"/>
            <w:tcMar>
              <w:top w:w="130" w:type="dxa"/>
              <w:left w:w="90" w:type="dxa"/>
              <w:bottom w:w="130" w:type="dxa"/>
              <w:right w:w="90" w:type="dxa"/>
            </w:tcMar>
            <w:vAlign w:val="center"/>
          </w:tcPr>
          <w:p w14:paraId="54665384" w14:textId="77777777" w:rsidR="00924A40" w:rsidRDefault="00924A40"/>
        </w:tc>
      </w:tr>
      <w:tr w:rsidR="00924A40" w14:paraId="7E7F759F" w14:textId="77777777" w:rsidTr="005B61A2">
        <w:tc>
          <w:tcPr>
            <w:tcW w:w="738" w:type="dxa"/>
            <w:tcMar>
              <w:top w:w="130" w:type="dxa"/>
              <w:left w:w="90" w:type="dxa"/>
              <w:bottom w:w="130" w:type="dxa"/>
              <w:right w:w="90" w:type="dxa"/>
            </w:tcMar>
            <w:vAlign w:val="center"/>
          </w:tcPr>
          <w:p w14:paraId="0C6CCFB2" w14:textId="77777777" w:rsidR="00924A40" w:rsidRDefault="00374E9F">
            <w:pPr>
              <w:jc w:val="center"/>
            </w:pPr>
            <w:r>
              <w:t>4</w:t>
            </w:r>
          </w:p>
        </w:tc>
        <w:tc>
          <w:tcPr>
            <w:tcW w:w="4320" w:type="dxa"/>
            <w:tcMar>
              <w:top w:w="130" w:type="dxa"/>
              <w:left w:w="90" w:type="dxa"/>
              <w:bottom w:w="130" w:type="dxa"/>
              <w:right w:w="90" w:type="dxa"/>
            </w:tcMar>
            <w:vAlign w:val="center"/>
          </w:tcPr>
          <w:p w14:paraId="4568910B" w14:textId="77777777" w:rsidR="00924A40" w:rsidRDefault="00924A40"/>
        </w:tc>
        <w:tc>
          <w:tcPr>
            <w:tcW w:w="4410" w:type="dxa"/>
            <w:tcMar>
              <w:top w:w="130" w:type="dxa"/>
              <w:left w:w="90" w:type="dxa"/>
              <w:bottom w:w="130" w:type="dxa"/>
              <w:right w:w="90" w:type="dxa"/>
            </w:tcMar>
            <w:vAlign w:val="center"/>
          </w:tcPr>
          <w:p w14:paraId="5791215F" w14:textId="77777777" w:rsidR="00924A40" w:rsidRDefault="00924A40"/>
        </w:tc>
        <w:tc>
          <w:tcPr>
            <w:tcW w:w="1476" w:type="dxa"/>
            <w:tcMar>
              <w:top w:w="130" w:type="dxa"/>
              <w:left w:w="90" w:type="dxa"/>
              <w:bottom w:w="130" w:type="dxa"/>
              <w:right w:w="90" w:type="dxa"/>
            </w:tcMar>
            <w:vAlign w:val="center"/>
          </w:tcPr>
          <w:p w14:paraId="75BA1333" w14:textId="77777777" w:rsidR="00924A40" w:rsidRDefault="00924A40"/>
        </w:tc>
      </w:tr>
      <w:tr w:rsidR="00924A40" w14:paraId="1BE345D2" w14:textId="77777777" w:rsidTr="005B61A2">
        <w:tc>
          <w:tcPr>
            <w:tcW w:w="738" w:type="dxa"/>
            <w:tcMar>
              <w:top w:w="130" w:type="dxa"/>
              <w:left w:w="90" w:type="dxa"/>
              <w:bottom w:w="130" w:type="dxa"/>
              <w:right w:w="90" w:type="dxa"/>
            </w:tcMar>
            <w:vAlign w:val="center"/>
          </w:tcPr>
          <w:p w14:paraId="7AD05CC1" w14:textId="77777777" w:rsidR="00924A40" w:rsidRDefault="00374E9F">
            <w:pPr>
              <w:jc w:val="center"/>
            </w:pPr>
            <w:r>
              <w:t>5</w:t>
            </w:r>
          </w:p>
        </w:tc>
        <w:tc>
          <w:tcPr>
            <w:tcW w:w="4320" w:type="dxa"/>
            <w:tcMar>
              <w:top w:w="130" w:type="dxa"/>
              <w:left w:w="90" w:type="dxa"/>
              <w:bottom w:w="130" w:type="dxa"/>
              <w:right w:w="90" w:type="dxa"/>
            </w:tcMar>
            <w:vAlign w:val="center"/>
          </w:tcPr>
          <w:p w14:paraId="26834C07" w14:textId="77777777" w:rsidR="00924A40" w:rsidRDefault="00924A40"/>
        </w:tc>
        <w:tc>
          <w:tcPr>
            <w:tcW w:w="4410" w:type="dxa"/>
            <w:tcMar>
              <w:top w:w="130" w:type="dxa"/>
              <w:left w:w="90" w:type="dxa"/>
              <w:bottom w:w="130" w:type="dxa"/>
              <w:right w:w="90" w:type="dxa"/>
            </w:tcMar>
            <w:vAlign w:val="center"/>
          </w:tcPr>
          <w:p w14:paraId="16088263" w14:textId="77777777" w:rsidR="00924A40" w:rsidRDefault="00924A40"/>
        </w:tc>
        <w:tc>
          <w:tcPr>
            <w:tcW w:w="1476" w:type="dxa"/>
            <w:tcMar>
              <w:top w:w="130" w:type="dxa"/>
              <w:left w:w="90" w:type="dxa"/>
              <w:bottom w:w="130" w:type="dxa"/>
              <w:right w:w="90" w:type="dxa"/>
            </w:tcMar>
            <w:vAlign w:val="center"/>
          </w:tcPr>
          <w:p w14:paraId="5F7EBB46" w14:textId="77777777" w:rsidR="00924A40" w:rsidRDefault="00924A40"/>
        </w:tc>
      </w:tr>
      <w:tr w:rsidR="00924A40" w14:paraId="1A258757" w14:textId="77777777" w:rsidTr="005B61A2">
        <w:tc>
          <w:tcPr>
            <w:tcW w:w="738" w:type="dxa"/>
            <w:tcMar>
              <w:top w:w="130" w:type="dxa"/>
              <w:left w:w="90" w:type="dxa"/>
              <w:bottom w:w="130" w:type="dxa"/>
              <w:right w:w="90" w:type="dxa"/>
            </w:tcMar>
            <w:vAlign w:val="center"/>
          </w:tcPr>
          <w:p w14:paraId="78FA5783" w14:textId="77777777" w:rsidR="00924A40" w:rsidRDefault="00374E9F">
            <w:pPr>
              <w:jc w:val="center"/>
            </w:pPr>
            <w:r>
              <w:t>6</w:t>
            </w:r>
          </w:p>
        </w:tc>
        <w:tc>
          <w:tcPr>
            <w:tcW w:w="4320" w:type="dxa"/>
            <w:tcMar>
              <w:top w:w="130" w:type="dxa"/>
              <w:left w:w="90" w:type="dxa"/>
              <w:bottom w:w="130" w:type="dxa"/>
              <w:right w:w="90" w:type="dxa"/>
            </w:tcMar>
            <w:vAlign w:val="center"/>
          </w:tcPr>
          <w:p w14:paraId="36FC2EB5" w14:textId="77777777" w:rsidR="00924A40" w:rsidRDefault="00924A40"/>
        </w:tc>
        <w:tc>
          <w:tcPr>
            <w:tcW w:w="4410" w:type="dxa"/>
            <w:tcMar>
              <w:top w:w="130" w:type="dxa"/>
              <w:left w:w="90" w:type="dxa"/>
              <w:bottom w:w="130" w:type="dxa"/>
              <w:right w:w="90" w:type="dxa"/>
            </w:tcMar>
            <w:vAlign w:val="center"/>
          </w:tcPr>
          <w:p w14:paraId="0398A1CF" w14:textId="77777777" w:rsidR="00924A40" w:rsidRDefault="00924A40"/>
        </w:tc>
        <w:tc>
          <w:tcPr>
            <w:tcW w:w="1476" w:type="dxa"/>
            <w:tcMar>
              <w:top w:w="130" w:type="dxa"/>
              <w:left w:w="90" w:type="dxa"/>
              <w:bottom w:w="130" w:type="dxa"/>
              <w:right w:w="90" w:type="dxa"/>
            </w:tcMar>
            <w:vAlign w:val="center"/>
          </w:tcPr>
          <w:p w14:paraId="118443B1" w14:textId="77777777" w:rsidR="00924A40" w:rsidRDefault="00924A40"/>
        </w:tc>
      </w:tr>
      <w:tr w:rsidR="00924A40" w14:paraId="74623305" w14:textId="77777777" w:rsidTr="005B61A2">
        <w:tc>
          <w:tcPr>
            <w:tcW w:w="738" w:type="dxa"/>
            <w:tcMar>
              <w:top w:w="130" w:type="dxa"/>
              <w:left w:w="90" w:type="dxa"/>
              <w:bottom w:w="130" w:type="dxa"/>
              <w:right w:w="90" w:type="dxa"/>
            </w:tcMar>
            <w:vAlign w:val="center"/>
          </w:tcPr>
          <w:p w14:paraId="2CC5C443" w14:textId="77777777" w:rsidR="00924A40" w:rsidRDefault="00374E9F">
            <w:pPr>
              <w:jc w:val="center"/>
            </w:pPr>
            <w:r>
              <w:t>7</w:t>
            </w:r>
          </w:p>
        </w:tc>
        <w:tc>
          <w:tcPr>
            <w:tcW w:w="4320" w:type="dxa"/>
            <w:tcMar>
              <w:top w:w="130" w:type="dxa"/>
              <w:left w:w="90" w:type="dxa"/>
              <w:bottom w:w="130" w:type="dxa"/>
              <w:right w:w="90" w:type="dxa"/>
            </w:tcMar>
            <w:vAlign w:val="center"/>
          </w:tcPr>
          <w:p w14:paraId="3A0705E6" w14:textId="77777777" w:rsidR="00924A40" w:rsidRDefault="00924A40"/>
        </w:tc>
        <w:tc>
          <w:tcPr>
            <w:tcW w:w="4410" w:type="dxa"/>
            <w:tcMar>
              <w:top w:w="130" w:type="dxa"/>
              <w:left w:w="90" w:type="dxa"/>
              <w:bottom w:w="130" w:type="dxa"/>
              <w:right w:w="90" w:type="dxa"/>
            </w:tcMar>
            <w:vAlign w:val="center"/>
          </w:tcPr>
          <w:p w14:paraId="3A7A0DF0" w14:textId="77777777" w:rsidR="00924A40" w:rsidRDefault="00924A40"/>
        </w:tc>
        <w:tc>
          <w:tcPr>
            <w:tcW w:w="1476" w:type="dxa"/>
            <w:tcMar>
              <w:top w:w="130" w:type="dxa"/>
              <w:left w:w="90" w:type="dxa"/>
              <w:bottom w:w="130" w:type="dxa"/>
              <w:right w:w="90" w:type="dxa"/>
            </w:tcMar>
            <w:vAlign w:val="center"/>
          </w:tcPr>
          <w:p w14:paraId="777591AB" w14:textId="77777777" w:rsidR="00924A40" w:rsidRDefault="00924A40"/>
        </w:tc>
      </w:tr>
      <w:tr w:rsidR="00924A40" w14:paraId="1BED7CC8" w14:textId="77777777" w:rsidTr="005B61A2">
        <w:tc>
          <w:tcPr>
            <w:tcW w:w="738" w:type="dxa"/>
            <w:tcMar>
              <w:top w:w="130" w:type="dxa"/>
              <w:left w:w="90" w:type="dxa"/>
              <w:bottom w:w="130" w:type="dxa"/>
              <w:right w:w="90" w:type="dxa"/>
            </w:tcMar>
            <w:vAlign w:val="center"/>
          </w:tcPr>
          <w:p w14:paraId="764C4837" w14:textId="77777777" w:rsidR="00924A40" w:rsidRDefault="00374E9F">
            <w:pPr>
              <w:jc w:val="center"/>
            </w:pPr>
            <w:r>
              <w:t>8</w:t>
            </w:r>
          </w:p>
        </w:tc>
        <w:tc>
          <w:tcPr>
            <w:tcW w:w="4320" w:type="dxa"/>
            <w:tcMar>
              <w:top w:w="130" w:type="dxa"/>
              <w:left w:w="90" w:type="dxa"/>
              <w:bottom w:w="130" w:type="dxa"/>
              <w:right w:w="90" w:type="dxa"/>
            </w:tcMar>
            <w:vAlign w:val="center"/>
          </w:tcPr>
          <w:p w14:paraId="677B5A7E" w14:textId="77777777" w:rsidR="00924A40" w:rsidRDefault="00924A40"/>
        </w:tc>
        <w:tc>
          <w:tcPr>
            <w:tcW w:w="4410" w:type="dxa"/>
            <w:tcMar>
              <w:top w:w="130" w:type="dxa"/>
              <w:left w:w="90" w:type="dxa"/>
              <w:bottom w:w="130" w:type="dxa"/>
              <w:right w:w="90" w:type="dxa"/>
            </w:tcMar>
            <w:vAlign w:val="center"/>
          </w:tcPr>
          <w:p w14:paraId="024B7F00" w14:textId="77777777" w:rsidR="00924A40" w:rsidRDefault="00924A40"/>
        </w:tc>
        <w:tc>
          <w:tcPr>
            <w:tcW w:w="1476" w:type="dxa"/>
            <w:tcMar>
              <w:top w:w="130" w:type="dxa"/>
              <w:left w:w="90" w:type="dxa"/>
              <w:bottom w:w="130" w:type="dxa"/>
              <w:right w:w="90" w:type="dxa"/>
            </w:tcMar>
            <w:vAlign w:val="center"/>
          </w:tcPr>
          <w:p w14:paraId="2553D3B5" w14:textId="77777777" w:rsidR="00924A40" w:rsidRDefault="00924A40"/>
        </w:tc>
      </w:tr>
      <w:tr w:rsidR="00924A40" w14:paraId="3F43D6E0" w14:textId="77777777" w:rsidTr="005B61A2">
        <w:tc>
          <w:tcPr>
            <w:tcW w:w="738" w:type="dxa"/>
            <w:tcMar>
              <w:top w:w="130" w:type="dxa"/>
              <w:left w:w="90" w:type="dxa"/>
              <w:bottom w:w="130" w:type="dxa"/>
              <w:right w:w="90" w:type="dxa"/>
            </w:tcMar>
            <w:vAlign w:val="center"/>
          </w:tcPr>
          <w:p w14:paraId="00D8CDB7" w14:textId="77777777" w:rsidR="00924A40" w:rsidRDefault="00374E9F">
            <w:pPr>
              <w:jc w:val="center"/>
            </w:pPr>
            <w:r>
              <w:t>9</w:t>
            </w:r>
          </w:p>
        </w:tc>
        <w:tc>
          <w:tcPr>
            <w:tcW w:w="4320" w:type="dxa"/>
            <w:tcMar>
              <w:top w:w="130" w:type="dxa"/>
              <w:left w:w="90" w:type="dxa"/>
              <w:bottom w:w="130" w:type="dxa"/>
              <w:right w:w="90" w:type="dxa"/>
            </w:tcMar>
            <w:vAlign w:val="center"/>
          </w:tcPr>
          <w:p w14:paraId="18589CC8" w14:textId="77777777" w:rsidR="00924A40" w:rsidRDefault="00924A40"/>
        </w:tc>
        <w:tc>
          <w:tcPr>
            <w:tcW w:w="4410" w:type="dxa"/>
            <w:tcMar>
              <w:top w:w="130" w:type="dxa"/>
              <w:left w:w="90" w:type="dxa"/>
              <w:bottom w:w="130" w:type="dxa"/>
              <w:right w:w="90" w:type="dxa"/>
            </w:tcMar>
            <w:vAlign w:val="center"/>
          </w:tcPr>
          <w:p w14:paraId="1A835A15" w14:textId="77777777" w:rsidR="00924A40" w:rsidRDefault="00924A40"/>
        </w:tc>
        <w:tc>
          <w:tcPr>
            <w:tcW w:w="1476" w:type="dxa"/>
            <w:tcMar>
              <w:top w:w="130" w:type="dxa"/>
              <w:left w:w="90" w:type="dxa"/>
              <w:bottom w:w="130" w:type="dxa"/>
              <w:right w:w="90" w:type="dxa"/>
            </w:tcMar>
            <w:vAlign w:val="center"/>
          </w:tcPr>
          <w:p w14:paraId="3C23AA2A" w14:textId="77777777" w:rsidR="00924A40" w:rsidRDefault="00924A40"/>
        </w:tc>
      </w:tr>
      <w:tr w:rsidR="00924A40" w14:paraId="01C219AB" w14:textId="77777777" w:rsidTr="005B61A2">
        <w:tc>
          <w:tcPr>
            <w:tcW w:w="738" w:type="dxa"/>
            <w:tcMar>
              <w:top w:w="130" w:type="dxa"/>
              <w:left w:w="90" w:type="dxa"/>
              <w:bottom w:w="130" w:type="dxa"/>
              <w:right w:w="90" w:type="dxa"/>
            </w:tcMar>
            <w:vAlign w:val="center"/>
          </w:tcPr>
          <w:p w14:paraId="289727CB" w14:textId="77777777" w:rsidR="00924A40" w:rsidRDefault="00374E9F">
            <w:pPr>
              <w:jc w:val="center"/>
            </w:pPr>
            <w:r>
              <w:t>10</w:t>
            </w:r>
          </w:p>
        </w:tc>
        <w:tc>
          <w:tcPr>
            <w:tcW w:w="4320" w:type="dxa"/>
            <w:tcMar>
              <w:top w:w="130" w:type="dxa"/>
              <w:left w:w="90" w:type="dxa"/>
              <w:bottom w:w="130" w:type="dxa"/>
              <w:right w:w="90" w:type="dxa"/>
            </w:tcMar>
            <w:vAlign w:val="center"/>
          </w:tcPr>
          <w:p w14:paraId="49DE571C" w14:textId="77777777" w:rsidR="00924A40" w:rsidRDefault="00924A40"/>
        </w:tc>
        <w:tc>
          <w:tcPr>
            <w:tcW w:w="4410" w:type="dxa"/>
            <w:tcMar>
              <w:top w:w="130" w:type="dxa"/>
              <w:left w:w="90" w:type="dxa"/>
              <w:bottom w:w="130" w:type="dxa"/>
              <w:right w:w="90" w:type="dxa"/>
            </w:tcMar>
            <w:vAlign w:val="center"/>
          </w:tcPr>
          <w:p w14:paraId="71C0A822" w14:textId="77777777" w:rsidR="00924A40" w:rsidRDefault="00924A40"/>
        </w:tc>
        <w:tc>
          <w:tcPr>
            <w:tcW w:w="1476" w:type="dxa"/>
            <w:tcMar>
              <w:top w:w="130" w:type="dxa"/>
              <w:left w:w="90" w:type="dxa"/>
              <w:bottom w:w="130" w:type="dxa"/>
              <w:right w:w="90" w:type="dxa"/>
            </w:tcMar>
            <w:vAlign w:val="center"/>
          </w:tcPr>
          <w:p w14:paraId="06FF0DD3" w14:textId="77777777" w:rsidR="00924A40" w:rsidRDefault="00924A40"/>
        </w:tc>
      </w:tr>
      <w:tr w:rsidR="00924A40" w14:paraId="0B8D0EB6" w14:textId="77777777" w:rsidTr="005B61A2">
        <w:tc>
          <w:tcPr>
            <w:tcW w:w="738" w:type="dxa"/>
            <w:tcMar>
              <w:top w:w="130" w:type="dxa"/>
              <w:left w:w="90" w:type="dxa"/>
              <w:bottom w:w="130" w:type="dxa"/>
              <w:right w:w="90" w:type="dxa"/>
            </w:tcMar>
            <w:vAlign w:val="center"/>
          </w:tcPr>
          <w:p w14:paraId="0E5F6993" w14:textId="77777777" w:rsidR="00924A40" w:rsidRDefault="00374E9F">
            <w:pPr>
              <w:jc w:val="center"/>
            </w:pPr>
            <w:r>
              <w:t>11</w:t>
            </w:r>
          </w:p>
        </w:tc>
        <w:tc>
          <w:tcPr>
            <w:tcW w:w="4320" w:type="dxa"/>
            <w:tcMar>
              <w:top w:w="130" w:type="dxa"/>
              <w:left w:w="90" w:type="dxa"/>
              <w:bottom w:w="130" w:type="dxa"/>
              <w:right w:w="90" w:type="dxa"/>
            </w:tcMar>
            <w:vAlign w:val="center"/>
          </w:tcPr>
          <w:p w14:paraId="7D61E592" w14:textId="77777777" w:rsidR="00924A40" w:rsidRDefault="00924A40"/>
        </w:tc>
        <w:tc>
          <w:tcPr>
            <w:tcW w:w="4410" w:type="dxa"/>
            <w:tcMar>
              <w:top w:w="130" w:type="dxa"/>
              <w:left w:w="90" w:type="dxa"/>
              <w:bottom w:w="130" w:type="dxa"/>
              <w:right w:w="90" w:type="dxa"/>
            </w:tcMar>
            <w:vAlign w:val="center"/>
          </w:tcPr>
          <w:p w14:paraId="2FB11996" w14:textId="77777777" w:rsidR="00924A40" w:rsidRDefault="00924A40"/>
        </w:tc>
        <w:tc>
          <w:tcPr>
            <w:tcW w:w="1476" w:type="dxa"/>
            <w:tcMar>
              <w:top w:w="130" w:type="dxa"/>
              <w:left w:w="90" w:type="dxa"/>
              <w:bottom w:w="130" w:type="dxa"/>
              <w:right w:w="90" w:type="dxa"/>
            </w:tcMar>
            <w:vAlign w:val="center"/>
          </w:tcPr>
          <w:p w14:paraId="382F5999" w14:textId="77777777" w:rsidR="00924A40" w:rsidRDefault="00924A40"/>
        </w:tc>
      </w:tr>
      <w:tr w:rsidR="00924A40" w14:paraId="2C2CC11D" w14:textId="77777777" w:rsidTr="005B61A2">
        <w:tc>
          <w:tcPr>
            <w:tcW w:w="738" w:type="dxa"/>
            <w:tcMar>
              <w:top w:w="130" w:type="dxa"/>
              <w:left w:w="90" w:type="dxa"/>
              <w:bottom w:w="130" w:type="dxa"/>
              <w:right w:w="90" w:type="dxa"/>
            </w:tcMar>
            <w:vAlign w:val="center"/>
          </w:tcPr>
          <w:p w14:paraId="3D7A2493" w14:textId="77777777" w:rsidR="00924A40" w:rsidRDefault="00374E9F">
            <w:pPr>
              <w:jc w:val="center"/>
            </w:pPr>
            <w:r>
              <w:t>12</w:t>
            </w:r>
          </w:p>
        </w:tc>
        <w:tc>
          <w:tcPr>
            <w:tcW w:w="4320" w:type="dxa"/>
            <w:tcMar>
              <w:top w:w="130" w:type="dxa"/>
              <w:left w:w="90" w:type="dxa"/>
              <w:bottom w:w="130" w:type="dxa"/>
              <w:right w:w="90" w:type="dxa"/>
            </w:tcMar>
            <w:vAlign w:val="center"/>
          </w:tcPr>
          <w:p w14:paraId="11D9E7AF" w14:textId="77777777" w:rsidR="00924A40" w:rsidRDefault="00924A40"/>
        </w:tc>
        <w:tc>
          <w:tcPr>
            <w:tcW w:w="4410" w:type="dxa"/>
            <w:tcMar>
              <w:top w:w="130" w:type="dxa"/>
              <w:left w:w="90" w:type="dxa"/>
              <w:bottom w:w="130" w:type="dxa"/>
              <w:right w:w="90" w:type="dxa"/>
            </w:tcMar>
            <w:vAlign w:val="center"/>
          </w:tcPr>
          <w:p w14:paraId="6F99D49A" w14:textId="77777777" w:rsidR="00924A40" w:rsidRDefault="00924A40"/>
        </w:tc>
        <w:tc>
          <w:tcPr>
            <w:tcW w:w="1476" w:type="dxa"/>
            <w:tcMar>
              <w:top w:w="130" w:type="dxa"/>
              <w:left w:w="90" w:type="dxa"/>
              <w:bottom w:w="130" w:type="dxa"/>
              <w:right w:w="90" w:type="dxa"/>
            </w:tcMar>
            <w:vAlign w:val="center"/>
          </w:tcPr>
          <w:p w14:paraId="7B7E0257" w14:textId="77777777" w:rsidR="00924A40" w:rsidRDefault="00924A40"/>
        </w:tc>
      </w:tr>
    </w:tbl>
    <w:p w14:paraId="4BF9329A" w14:textId="47BCFF1A" w:rsidR="00924A40" w:rsidRDefault="00924A40" w:rsidP="005B61A2">
      <w:pPr>
        <w:spacing w:before="160"/>
        <w:jc w:val="center"/>
      </w:pPr>
    </w:p>
    <w:sectPr w:rsidR="00924A40" w:rsidSect="005B61A2">
      <w:footerReference w:type="default" r:id="rId12"/>
      <w:pgSz w:w="12240" w:h="15840"/>
      <w:pgMar w:top="504" w:right="648" w:bottom="360" w:left="64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F3504" w14:textId="77777777" w:rsidR="00374E9F" w:rsidRDefault="00374E9F" w:rsidP="005B61A2">
      <w:pPr>
        <w:spacing w:after="0" w:line="240" w:lineRule="auto"/>
      </w:pPr>
      <w:r>
        <w:separator/>
      </w:r>
    </w:p>
  </w:endnote>
  <w:endnote w:type="continuationSeparator" w:id="0">
    <w:p w14:paraId="5E9D0C6F" w14:textId="77777777" w:rsidR="00374E9F" w:rsidRDefault="00374E9F" w:rsidP="005B6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52B12" w14:textId="77777777" w:rsidR="005B61A2" w:rsidRDefault="005B61A2" w:rsidP="005B61A2">
    <w:pPr>
      <w:spacing w:before="160"/>
      <w:jc w:val="center"/>
    </w:pPr>
    <w:r>
      <w:rPr>
        <w:color w:val="6E6E6E"/>
        <w:sz w:val="16"/>
      </w:rPr>
      <w:t>The Human Machine Toolbox Talk | COMPANY</w:t>
    </w:r>
  </w:p>
  <w:p w14:paraId="27CB7FD7" w14:textId="77777777" w:rsidR="005B61A2" w:rsidRDefault="005B61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A7143" w14:textId="77777777" w:rsidR="00374E9F" w:rsidRDefault="00374E9F" w:rsidP="005B61A2">
      <w:pPr>
        <w:spacing w:after="0" w:line="240" w:lineRule="auto"/>
      </w:pPr>
      <w:r>
        <w:separator/>
      </w:r>
    </w:p>
  </w:footnote>
  <w:footnote w:type="continuationSeparator" w:id="0">
    <w:p w14:paraId="03F97852" w14:textId="77777777" w:rsidR="00374E9F" w:rsidRDefault="00374E9F" w:rsidP="005B61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84799759">
    <w:abstractNumId w:val="8"/>
  </w:num>
  <w:num w:numId="2" w16cid:durableId="554509709">
    <w:abstractNumId w:val="6"/>
  </w:num>
  <w:num w:numId="3" w16cid:durableId="1407609663">
    <w:abstractNumId w:val="5"/>
  </w:num>
  <w:num w:numId="4" w16cid:durableId="965546998">
    <w:abstractNumId w:val="4"/>
  </w:num>
  <w:num w:numId="5" w16cid:durableId="7223339">
    <w:abstractNumId w:val="7"/>
  </w:num>
  <w:num w:numId="6" w16cid:durableId="965158502">
    <w:abstractNumId w:val="3"/>
  </w:num>
  <w:num w:numId="7" w16cid:durableId="949118235">
    <w:abstractNumId w:val="2"/>
  </w:num>
  <w:num w:numId="8" w16cid:durableId="744844624">
    <w:abstractNumId w:val="1"/>
  </w:num>
  <w:num w:numId="9" w16cid:durableId="547034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74E9F"/>
    <w:rsid w:val="004742F9"/>
    <w:rsid w:val="005B61A2"/>
    <w:rsid w:val="00924A40"/>
    <w:rsid w:val="00AA1D8D"/>
    <w:rsid w:val="00B47730"/>
    <w:rsid w:val="00B6372A"/>
    <w:rsid w:val="00C13BAE"/>
    <w:rsid w:val="00CB0664"/>
    <w:rsid w:val="00D25ACD"/>
    <w:rsid w:val="00F82EE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F1CB451-A95E-4735-B843-4AE444E7C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6C0F0D5715AE47937174C9F1943D56" ma:contentTypeVersion="11" ma:contentTypeDescription="Create a new document." ma:contentTypeScope="" ma:versionID="0ce6b29ac12536fa66e5abecd4484172">
  <xsd:schema xmlns:xsd="http://www.w3.org/2001/XMLSchema" xmlns:xs="http://www.w3.org/2001/XMLSchema" xmlns:p="http://schemas.microsoft.com/office/2006/metadata/properties" xmlns:ns2="6f58e7e0-97f7-499a-9d1c-1372a572ffb2" xmlns:ns3="200aba80-eedd-47d5-b869-4f019f30d124" targetNamespace="http://schemas.microsoft.com/office/2006/metadata/properties" ma:root="true" ma:fieldsID="65bfa2a3969094c93300a2031dcc723d" ns2:_="" ns3:_="">
    <xsd:import namespace="6f58e7e0-97f7-499a-9d1c-1372a572ffb2"/>
    <xsd:import namespace="200aba80-eedd-47d5-b869-4f019f30d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8e7e0-97f7-499a-9d1c-1372a572f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de77e8-60fc-47ee-a317-081a2a34725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0aba80-eedd-47d5-b869-4f019f30d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9f8cbb-e1e8-4bbe-860c-04b059c8f47c}" ma:internalName="TaxCatchAll" ma:showField="CatchAllData" ma:web="200aba80-eedd-47d5-b869-4f019f30d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58e7e0-97f7-499a-9d1c-1372a572ffb2">
      <Terms xmlns="http://schemas.microsoft.com/office/infopath/2007/PartnerControls"/>
    </lcf76f155ced4ddcb4097134ff3c332f>
    <TaxCatchAll xmlns="200aba80-eedd-47d5-b869-4f019f30d12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A1728-7FB8-4135-8410-571217D0BDC4}">
  <ds:schemaRefs>
    <ds:schemaRef ds:uri="http://schemas.microsoft.com/sharepoint/v3/contenttype/forms"/>
  </ds:schemaRefs>
</ds:datastoreItem>
</file>

<file path=customXml/itemProps2.xml><?xml version="1.0" encoding="utf-8"?>
<ds:datastoreItem xmlns:ds="http://schemas.openxmlformats.org/officeDocument/2006/customXml" ds:itemID="{19229BB3-A081-43AE-855D-CB25CB6CA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8e7e0-97f7-499a-9d1c-1372a572ffb2"/>
    <ds:schemaRef ds:uri="200aba80-eedd-47d5-b869-4f019f30d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AD8416-DCC2-4C35-AB78-EB838136BDDA}">
  <ds:schemaRefs>
    <ds:schemaRef ds:uri="http://schemas.microsoft.com/office/2006/metadata/properties"/>
    <ds:schemaRef ds:uri="http://schemas.microsoft.com/office/infopath/2007/PartnerControls"/>
    <ds:schemaRef ds:uri="6f58e7e0-97f7-499a-9d1c-1372a572ffb2"/>
    <ds:schemaRef ds:uri="200aba80-eedd-47d5-b869-4f019f30d124"/>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492</Words>
  <Characters>2372</Characters>
  <Application>Microsoft Office Word</Application>
  <DocSecurity>0</DocSecurity>
  <Lines>139</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Charlene Rasmussen</cp:lastModifiedBy>
  <cp:revision>6</cp:revision>
  <dcterms:created xsi:type="dcterms:W3CDTF">2013-12-23T23:15:00Z</dcterms:created>
  <dcterms:modified xsi:type="dcterms:W3CDTF">2026-08-31T17:00:00Z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0x010100496C0F0D5715AE47937174C9F1943D56</vt:lpwstr>
  </property>
</Properties>
</file>