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747020" w14:paraId="621E516C" w14:textId="77777777" w:rsidTr="0022514C">
        <w:tc>
          <w:tcPr>
            <w:tcW w:w="5472" w:type="dxa"/>
            <w:shd w:val="clear" w:color="auto" w:fill="1F4E79"/>
            <w:tcMar>
              <w:top w:w="90" w:type="dxa"/>
              <w:left w:w="100" w:type="dxa"/>
              <w:bottom w:w="90" w:type="dxa"/>
              <w:right w:w="100" w:type="dxa"/>
            </w:tcMar>
            <w:vAlign w:val="center"/>
          </w:tcPr>
          <w:p w14:paraId="710D883A" w14:textId="77777777" w:rsidR="00747020" w:rsidRDefault="00000000" w:rsidP="0022514C">
            <w:pPr>
              <w:jc w:val="center"/>
            </w:pPr>
            <w:r>
              <w:rPr>
                <w:b/>
                <w:color w:val="FFFFFF"/>
                <w:sz w:val="32"/>
              </w:rPr>
              <w:t>HARD HATS</w:t>
            </w:r>
            <w:r>
              <w:rPr>
                <w:b/>
                <w:color w:val="FFFFFF"/>
                <w:sz w:val="32"/>
              </w:rPr>
              <w:br/>
              <w:t>TOOLBOX TALK</w:t>
            </w:r>
          </w:p>
        </w:tc>
        <w:tc>
          <w:tcPr>
            <w:tcW w:w="5472" w:type="dxa"/>
            <w:tcMar>
              <w:top w:w="50" w:type="dxa"/>
              <w:left w:w="100" w:type="dxa"/>
              <w:bottom w:w="40" w:type="dxa"/>
              <w:right w:w="100" w:type="dxa"/>
            </w:tcMar>
          </w:tcPr>
          <w:p w14:paraId="2F30118E" w14:textId="77777777" w:rsidR="00747020" w:rsidRDefault="00000000">
            <w:pPr>
              <w:jc w:val="center"/>
            </w:pPr>
            <w:r>
              <w:rPr>
                <w:noProof/>
              </w:rPr>
              <w:drawing>
                <wp:inline distT="0" distB="0" distL="0" distR="0" wp14:anchorId="7423E21B" wp14:editId="1FA626C3">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17BDA7EE" w14:textId="77777777" w:rsidR="0022514C" w:rsidRDefault="0022514C" w:rsidP="0022514C">
      <w:pPr>
        <w:spacing w:after="100"/>
        <w:rPr>
          <w:b/>
        </w:rPr>
      </w:pPr>
    </w:p>
    <w:p w14:paraId="40267819" w14:textId="77777777" w:rsidR="00747020" w:rsidRDefault="00000000" w:rsidP="0022514C">
      <w:pPr>
        <w:spacing w:after="100"/>
      </w:pPr>
      <w:r>
        <w:rPr>
          <w:b/>
        </w:rPr>
        <w:t>Protect your head before the hazard reaches you.</w:t>
      </w:r>
    </w:p>
    <w:tbl>
      <w:tblPr>
        <w:tblStyle w:val="TableGrid"/>
        <w:tblW w:w="0" w:type="auto"/>
        <w:jc w:val="center"/>
        <w:tblLayout w:type="fixed"/>
        <w:tblLook w:val="04A0" w:firstRow="1" w:lastRow="0" w:firstColumn="1" w:lastColumn="0" w:noHBand="0" w:noVBand="1"/>
      </w:tblPr>
      <w:tblGrid>
        <w:gridCol w:w="2614"/>
        <w:gridCol w:w="4959"/>
        <w:gridCol w:w="3456"/>
      </w:tblGrid>
      <w:tr w:rsidR="00C0486D" w14:paraId="3769A3BF" w14:textId="77777777" w:rsidTr="006F1555">
        <w:trPr>
          <w:jc w:val="center"/>
        </w:trPr>
        <w:tc>
          <w:tcPr>
            <w:tcW w:w="2614" w:type="dxa"/>
            <w:shd w:val="clear" w:color="auto" w:fill="EAF2F8"/>
            <w:tcMar>
              <w:top w:w="55" w:type="dxa"/>
              <w:left w:w="90" w:type="dxa"/>
              <w:bottom w:w="55" w:type="dxa"/>
              <w:right w:w="90" w:type="dxa"/>
            </w:tcMar>
          </w:tcPr>
          <w:p w14:paraId="4E69881A" w14:textId="77777777" w:rsidR="00C0486D" w:rsidRDefault="00C0486D" w:rsidP="006F1555">
            <w:r>
              <w:rPr>
                <w:b/>
                <w:sz w:val="18"/>
              </w:rPr>
              <w:t>Date</w:t>
            </w:r>
          </w:p>
        </w:tc>
        <w:tc>
          <w:tcPr>
            <w:tcW w:w="4959" w:type="dxa"/>
            <w:shd w:val="clear" w:color="auto" w:fill="EAF2F8"/>
            <w:tcMar>
              <w:top w:w="55" w:type="dxa"/>
              <w:left w:w="90" w:type="dxa"/>
              <w:bottom w:w="55" w:type="dxa"/>
              <w:right w:w="90" w:type="dxa"/>
            </w:tcMar>
          </w:tcPr>
          <w:p w14:paraId="4197354C" w14:textId="77777777" w:rsidR="00C0486D" w:rsidRDefault="00C0486D" w:rsidP="006F1555">
            <w:r>
              <w:rPr>
                <w:b/>
                <w:sz w:val="18"/>
              </w:rPr>
              <w:t>Project / Location</w:t>
            </w:r>
          </w:p>
        </w:tc>
        <w:tc>
          <w:tcPr>
            <w:tcW w:w="3456" w:type="dxa"/>
            <w:shd w:val="clear" w:color="auto" w:fill="EAF2F8"/>
            <w:tcMar>
              <w:top w:w="55" w:type="dxa"/>
              <w:left w:w="90" w:type="dxa"/>
              <w:bottom w:w="55" w:type="dxa"/>
              <w:right w:w="90" w:type="dxa"/>
            </w:tcMar>
          </w:tcPr>
          <w:p w14:paraId="60E47501" w14:textId="77777777" w:rsidR="00C0486D" w:rsidRDefault="00C0486D" w:rsidP="006F1555">
            <w:r>
              <w:rPr>
                <w:b/>
                <w:sz w:val="18"/>
              </w:rPr>
              <w:t>Instructor</w:t>
            </w:r>
          </w:p>
        </w:tc>
      </w:tr>
      <w:tr w:rsidR="00C0486D" w14:paraId="60968B42" w14:textId="77777777" w:rsidTr="006F1555">
        <w:trPr>
          <w:jc w:val="center"/>
        </w:trPr>
        <w:tc>
          <w:tcPr>
            <w:tcW w:w="2614" w:type="dxa"/>
            <w:tcMar>
              <w:top w:w="65" w:type="dxa"/>
              <w:left w:w="90" w:type="dxa"/>
              <w:bottom w:w="65" w:type="dxa"/>
              <w:right w:w="90" w:type="dxa"/>
            </w:tcMar>
          </w:tcPr>
          <w:p w14:paraId="6ABB9DF1" w14:textId="77777777" w:rsidR="00C0486D" w:rsidRDefault="00C0486D" w:rsidP="006F1555"/>
        </w:tc>
        <w:tc>
          <w:tcPr>
            <w:tcW w:w="4959" w:type="dxa"/>
            <w:tcMar>
              <w:top w:w="65" w:type="dxa"/>
              <w:left w:w="90" w:type="dxa"/>
              <w:bottom w:w="65" w:type="dxa"/>
              <w:right w:w="90" w:type="dxa"/>
            </w:tcMar>
          </w:tcPr>
          <w:p w14:paraId="3AA7124C" w14:textId="77777777" w:rsidR="00C0486D" w:rsidRDefault="00C0486D" w:rsidP="006F1555"/>
        </w:tc>
        <w:tc>
          <w:tcPr>
            <w:tcW w:w="3456" w:type="dxa"/>
            <w:tcMar>
              <w:top w:w="65" w:type="dxa"/>
              <w:left w:w="90" w:type="dxa"/>
              <w:bottom w:w="65" w:type="dxa"/>
              <w:right w:w="90" w:type="dxa"/>
            </w:tcMar>
          </w:tcPr>
          <w:p w14:paraId="3675CF18" w14:textId="77777777" w:rsidR="00C0486D" w:rsidRDefault="00C0486D" w:rsidP="006F1555"/>
        </w:tc>
      </w:tr>
    </w:tbl>
    <w:p w14:paraId="48EB26B2" w14:textId="77777777" w:rsidR="00FC5F40" w:rsidRDefault="00FC5F40">
      <w:pPr>
        <w:spacing w:before="40" w:after="0"/>
        <w:rPr>
          <w:b/>
          <w:sz w:val="24"/>
        </w:rPr>
      </w:pPr>
    </w:p>
    <w:p w14:paraId="7B40D4F0" w14:textId="54292131" w:rsidR="00747020" w:rsidRDefault="00000000">
      <w:pPr>
        <w:spacing w:before="40" w:after="0"/>
      </w:pPr>
      <w:r>
        <w:rPr>
          <w:b/>
          <w:sz w:val="24"/>
        </w:rPr>
        <w:t>Introduction</w:t>
      </w:r>
    </w:p>
    <w:p w14:paraId="0135E48A" w14:textId="77777777" w:rsidR="00747020" w:rsidRDefault="00000000">
      <w:pPr>
        <w:spacing w:after="20"/>
      </w:pPr>
      <w:r>
        <w:t>Open with: “Today’s safety topic is hard hats. A hard hat cannot prevent every injury, but properly selected, inspected, and worn head protection can prevent or lessen serious head injuries.”</w:t>
      </w:r>
    </w:p>
    <w:p w14:paraId="0B8D4499" w14:textId="77777777" w:rsidR="00747020" w:rsidRDefault="00000000">
      <w:pPr>
        <w:spacing w:after="20"/>
      </w:pPr>
      <w:r>
        <w:rPr>
          <w:b/>
        </w:rPr>
        <w:t xml:space="preserve">Key Point: </w:t>
      </w:r>
      <w:r>
        <w:t>Head injuries can result from falling or flying objects, impacts, and other jobsite hazards. Even small objects can cause serious injury when they fall from height.</w:t>
      </w:r>
    </w:p>
    <w:p w14:paraId="0F1F673C" w14:textId="77777777" w:rsidR="00FC5F40" w:rsidRDefault="00FC5F40">
      <w:pPr>
        <w:spacing w:before="40" w:after="0"/>
        <w:rPr>
          <w:b/>
          <w:sz w:val="24"/>
        </w:rPr>
      </w:pPr>
    </w:p>
    <w:p w14:paraId="458D597B" w14:textId="003868F6" w:rsidR="00747020" w:rsidRDefault="00000000">
      <w:pPr>
        <w:spacing w:before="40" w:after="0"/>
      </w:pPr>
      <w:r>
        <w:rPr>
          <w:b/>
          <w:sz w:val="24"/>
        </w:rPr>
        <w:t>Why It Matters</w:t>
      </w:r>
    </w:p>
    <w:p w14:paraId="5AAE95FE" w14:textId="77777777" w:rsidR="00747020" w:rsidRDefault="00000000">
      <w:pPr>
        <w:spacing w:after="0"/>
      </w:pPr>
      <w:r>
        <w:t>Your brain is one of the most vital parts of your body. Damage to the head can affect the rest of your body and may have permanent consequences.</w:t>
      </w:r>
    </w:p>
    <w:p w14:paraId="76BD0C62" w14:textId="77777777" w:rsidR="00747020" w:rsidRDefault="00000000">
      <w:pPr>
        <w:pStyle w:val="ListBullet"/>
        <w:spacing w:after="0"/>
      </w:pPr>
      <w:r>
        <w:t>Workers who suffer impact injuries to the head are often not wearing head protection.</w:t>
      </w:r>
    </w:p>
    <w:p w14:paraId="4D910702" w14:textId="77777777" w:rsidR="00747020" w:rsidRDefault="00000000">
      <w:pPr>
        <w:pStyle w:val="ListBullet"/>
        <w:spacing w:after="0"/>
      </w:pPr>
      <w:r>
        <w:t>Hard hats only provide protection when they are worn correctly and kept in serviceable condition.</w:t>
      </w:r>
    </w:p>
    <w:p w14:paraId="10003FD8" w14:textId="77777777" w:rsidR="00FC5F40" w:rsidRDefault="00FC5F40" w:rsidP="00FC5F40">
      <w:pPr>
        <w:pStyle w:val="ListBullet"/>
        <w:numPr>
          <w:ilvl w:val="0"/>
          <w:numId w:val="0"/>
        </w:numPr>
        <w:spacing w:after="0"/>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747020" w14:paraId="15884E7D" w14:textId="77777777" w:rsidTr="00C0486D">
        <w:tc>
          <w:tcPr>
            <w:tcW w:w="10944" w:type="dxa"/>
            <w:shd w:val="clear" w:color="auto" w:fill="FFF2CC"/>
            <w:tcMar>
              <w:top w:w="80" w:type="dxa"/>
              <w:left w:w="90" w:type="dxa"/>
              <w:bottom w:w="80" w:type="dxa"/>
              <w:right w:w="90" w:type="dxa"/>
            </w:tcMar>
          </w:tcPr>
          <w:p w14:paraId="4FC6B7DC" w14:textId="77777777" w:rsidR="00747020" w:rsidRDefault="00000000">
            <w:r>
              <w:rPr>
                <w:b/>
              </w:rPr>
              <w:t>Quick Engagement Question: “What is the first thing you check on your hard hat before starting work?”</w:t>
            </w:r>
          </w:p>
        </w:tc>
      </w:tr>
    </w:tbl>
    <w:p w14:paraId="2937C38A" w14:textId="77777777" w:rsidR="00747020" w:rsidRDefault="00000000">
      <w:pPr>
        <w:spacing w:before="40" w:after="0"/>
      </w:pPr>
      <w:r>
        <w:rPr>
          <w:b/>
          <w:sz w:val="24"/>
        </w:rPr>
        <w:t>Inspect Before You Wear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747020" w14:paraId="14BEA304" w14:textId="77777777" w:rsidTr="0096744A">
        <w:tc>
          <w:tcPr>
            <w:tcW w:w="3648" w:type="dxa"/>
            <w:shd w:val="clear" w:color="auto" w:fill="EAF2F8"/>
            <w:tcMar>
              <w:top w:w="80" w:type="dxa"/>
              <w:left w:w="90" w:type="dxa"/>
              <w:bottom w:w="80" w:type="dxa"/>
              <w:right w:w="90" w:type="dxa"/>
            </w:tcMar>
          </w:tcPr>
          <w:p w14:paraId="5B554C77" w14:textId="77777777" w:rsidR="00747020" w:rsidRDefault="00000000">
            <w:pPr>
              <w:spacing w:after="20"/>
            </w:pPr>
            <w:r>
              <w:rPr>
                <w:b/>
                <w:u w:val="single"/>
              </w:rPr>
              <w:t>Shell</w:t>
            </w:r>
          </w:p>
          <w:p w14:paraId="72634812" w14:textId="77777777" w:rsidR="00747020" w:rsidRDefault="00000000">
            <w:pPr>
              <w:pStyle w:val="ListBullet"/>
              <w:spacing w:after="0"/>
            </w:pPr>
            <w:r>
              <w:t>Check for cracks, dents, cuts, gouges, or other visible damage.</w:t>
            </w:r>
          </w:p>
          <w:p w14:paraId="65D0C862" w14:textId="77777777" w:rsidR="00747020" w:rsidRDefault="00000000">
            <w:pPr>
              <w:pStyle w:val="ListBullet"/>
              <w:spacing w:after="0"/>
            </w:pPr>
            <w:r>
              <w:t>Remove damaged hard hats from use.</w:t>
            </w:r>
          </w:p>
        </w:tc>
        <w:tc>
          <w:tcPr>
            <w:tcW w:w="3648" w:type="dxa"/>
            <w:shd w:val="clear" w:color="auto" w:fill="EAF2F8"/>
            <w:tcMar>
              <w:top w:w="80" w:type="dxa"/>
              <w:left w:w="90" w:type="dxa"/>
              <w:bottom w:w="80" w:type="dxa"/>
              <w:right w:w="90" w:type="dxa"/>
            </w:tcMar>
          </w:tcPr>
          <w:p w14:paraId="15A43C88" w14:textId="77777777" w:rsidR="00747020" w:rsidRDefault="00000000">
            <w:pPr>
              <w:spacing w:after="20"/>
            </w:pPr>
            <w:r>
              <w:rPr>
                <w:b/>
                <w:u w:val="single"/>
              </w:rPr>
              <w:t>Suspension / Fit</w:t>
            </w:r>
          </w:p>
          <w:p w14:paraId="58B2FA95" w14:textId="77777777" w:rsidR="00747020" w:rsidRDefault="00000000">
            <w:pPr>
              <w:pStyle w:val="ListBullet"/>
              <w:spacing w:after="0"/>
            </w:pPr>
            <w:r>
              <w:t>Make sure the suspension is in good condition and properly installed.</w:t>
            </w:r>
          </w:p>
          <w:p w14:paraId="6544036A" w14:textId="77777777" w:rsidR="00747020" w:rsidRDefault="00000000">
            <w:pPr>
              <w:pStyle w:val="ListBullet"/>
              <w:spacing w:after="0"/>
            </w:pPr>
            <w:r>
              <w:t>Adjust the hard hat so it fits securely and comfortably.</w:t>
            </w:r>
          </w:p>
        </w:tc>
        <w:tc>
          <w:tcPr>
            <w:tcW w:w="3648" w:type="dxa"/>
            <w:shd w:val="clear" w:color="auto" w:fill="EAF2F8"/>
            <w:tcMar>
              <w:top w:w="80" w:type="dxa"/>
              <w:left w:w="90" w:type="dxa"/>
              <w:bottom w:w="80" w:type="dxa"/>
              <w:right w:w="90" w:type="dxa"/>
            </w:tcMar>
          </w:tcPr>
          <w:p w14:paraId="7D43D8D0" w14:textId="77777777" w:rsidR="00747020" w:rsidRDefault="00000000">
            <w:pPr>
              <w:spacing w:after="20"/>
            </w:pPr>
            <w:r>
              <w:rPr>
                <w:b/>
                <w:u w:val="single"/>
              </w:rPr>
              <w:t>Modifications</w:t>
            </w:r>
          </w:p>
          <w:p w14:paraId="2EE1A591" w14:textId="77777777" w:rsidR="00747020" w:rsidRDefault="00000000">
            <w:pPr>
              <w:pStyle w:val="ListBullet"/>
              <w:spacing w:after="0"/>
            </w:pPr>
            <w:r>
              <w:t>Do not alter, drill, paint, cut, or otherwise modify the hard hat in a way that could reduce its effectiveness.</w:t>
            </w:r>
          </w:p>
          <w:p w14:paraId="219964D9" w14:textId="77777777" w:rsidR="00747020" w:rsidRDefault="00000000">
            <w:pPr>
              <w:pStyle w:val="ListBullet"/>
              <w:spacing w:after="0"/>
            </w:pPr>
            <w:r>
              <w:t>Use only manufacturer-approved accessories.</w:t>
            </w:r>
          </w:p>
        </w:tc>
      </w:tr>
    </w:tbl>
    <w:p w14:paraId="70807D2F" w14:textId="77777777" w:rsidR="00747020" w:rsidRDefault="00000000">
      <w:pPr>
        <w:spacing w:before="40" w:after="0"/>
      </w:pPr>
      <w:r>
        <w:rPr>
          <w:b/>
          <w:sz w:val="24"/>
        </w:rPr>
        <w:t>Safe Hard Hat Practices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747020" w14:paraId="2F9492DB" w14:textId="77777777" w:rsidTr="0096744A">
        <w:tc>
          <w:tcPr>
            <w:tcW w:w="3648" w:type="dxa"/>
            <w:shd w:val="clear" w:color="auto" w:fill="EAF2F8"/>
            <w:tcMar>
              <w:top w:w="80" w:type="dxa"/>
              <w:left w:w="90" w:type="dxa"/>
              <w:bottom w:w="80" w:type="dxa"/>
              <w:right w:w="90" w:type="dxa"/>
            </w:tcMar>
          </w:tcPr>
          <w:p w14:paraId="0C4F5EC7" w14:textId="77777777" w:rsidR="00747020" w:rsidRDefault="00000000">
            <w:pPr>
              <w:spacing w:after="20"/>
            </w:pPr>
            <w:r>
              <w:rPr>
                <w:b/>
                <w:u w:val="single"/>
              </w:rPr>
              <w:t>Wear the Right Protection</w:t>
            </w:r>
          </w:p>
          <w:p w14:paraId="5BF39E94" w14:textId="77777777" w:rsidR="00747020" w:rsidRDefault="00000000">
            <w:pPr>
              <w:pStyle w:val="ListBullet"/>
              <w:spacing w:after="0"/>
            </w:pPr>
            <w:r>
              <w:t>Use the properly rated hard hat for the hazard and task.</w:t>
            </w:r>
          </w:p>
          <w:p w14:paraId="2C178D00" w14:textId="77777777" w:rsidR="00747020" w:rsidRDefault="00000000">
            <w:pPr>
              <w:pStyle w:val="ListBullet"/>
              <w:spacing w:after="0"/>
            </w:pPr>
            <w:r>
              <w:t>Do not use metal head protection where electrical hazards may be present.</w:t>
            </w:r>
          </w:p>
        </w:tc>
        <w:tc>
          <w:tcPr>
            <w:tcW w:w="3648" w:type="dxa"/>
            <w:shd w:val="clear" w:color="auto" w:fill="EAF2F8"/>
            <w:tcMar>
              <w:top w:w="80" w:type="dxa"/>
              <w:left w:w="90" w:type="dxa"/>
              <w:bottom w:w="80" w:type="dxa"/>
              <w:right w:w="90" w:type="dxa"/>
            </w:tcMar>
          </w:tcPr>
          <w:p w14:paraId="1E890ECC" w14:textId="77777777" w:rsidR="00747020" w:rsidRDefault="00000000">
            <w:pPr>
              <w:spacing w:after="20"/>
            </w:pPr>
            <w:r>
              <w:rPr>
                <w:b/>
                <w:u w:val="single"/>
              </w:rPr>
              <w:t>Wear It Correctly</w:t>
            </w:r>
          </w:p>
          <w:p w14:paraId="0B095AC4" w14:textId="77777777" w:rsidR="00747020" w:rsidRDefault="00000000">
            <w:pPr>
              <w:pStyle w:val="ListBullet"/>
              <w:spacing w:after="0"/>
            </w:pPr>
            <w:r>
              <w:t>Keep the hard hat properly fitted.</w:t>
            </w:r>
          </w:p>
          <w:p w14:paraId="00EBBC97" w14:textId="77777777" w:rsidR="00747020" w:rsidRDefault="00000000">
            <w:pPr>
              <w:pStyle w:val="ListBullet"/>
              <w:spacing w:after="0"/>
            </w:pPr>
            <w:r>
              <w:t>Do not wear a ball cap with a top button under the hard hat, as it may interfere with fit and can contribute to injury during impact.</w:t>
            </w:r>
          </w:p>
        </w:tc>
        <w:tc>
          <w:tcPr>
            <w:tcW w:w="3648" w:type="dxa"/>
            <w:shd w:val="clear" w:color="auto" w:fill="EAF2F8"/>
            <w:tcMar>
              <w:top w:w="80" w:type="dxa"/>
              <w:left w:w="90" w:type="dxa"/>
              <w:bottom w:w="80" w:type="dxa"/>
              <w:right w:w="90" w:type="dxa"/>
            </w:tcMar>
          </w:tcPr>
          <w:p w14:paraId="6EAEA6D9" w14:textId="77777777" w:rsidR="00747020" w:rsidRDefault="00000000">
            <w:pPr>
              <w:spacing w:after="20"/>
            </w:pPr>
            <w:r>
              <w:rPr>
                <w:b/>
                <w:u w:val="single"/>
              </w:rPr>
              <w:t>Keep It On</w:t>
            </w:r>
          </w:p>
          <w:p w14:paraId="3D43C34D" w14:textId="77777777" w:rsidR="00747020" w:rsidRDefault="00000000">
            <w:pPr>
              <w:pStyle w:val="ListBullet"/>
              <w:spacing w:after="0"/>
            </w:pPr>
            <w:r>
              <w:t>Wear required head protection in designated areas and whenever head hazards are present.</w:t>
            </w:r>
          </w:p>
          <w:p w14:paraId="6BA838B6" w14:textId="77777777" w:rsidR="00747020" w:rsidRDefault="00000000">
            <w:pPr>
              <w:pStyle w:val="ListBullet"/>
              <w:spacing w:after="0"/>
            </w:pPr>
            <w:r>
              <w:t>Do not remove the hard hat because it feels inconvenient, hot, or uncomfortable.</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747020" w14:paraId="3B85DBBA" w14:textId="77777777" w:rsidTr="00A25E9A">
        <w:tc>
          <w:tcPr>
            <w:tcW w:w="10944" w:type="dxa"/>
            <w:shd w:val="clear" w:color="auto" w:fill="EDEDED"/>
            <w:tcMar>
              <w:top w:w="80" w:type="dxa"/>
              <w:left w:w="90" w:type="dxa"/>
              <w:bottom w:w="80" w:type="dxa"/>
              <w:right w:w="90" w:type="dxa"/>
            </w:tcMar>
          </w:tcPr>
          <w:p w14:paraId="71D2B565" w14:textId="27253C58" w:rsidR="00747020" w:rsidRDefault="00000000">
            <w:r>
              <w:rPr>
                <w:b/>
              </w:rPr>
              <w:t xml:space="preserve">Mini Scenario: </w:t>
            </w:r>
            <w:r>
              <w:t>“You notice a small crack in your hard hat shell before starting work. It still fits and looks usable. What should you do?”</w:t>
            </w:r>
          </w:p>
        </w:tc>
      </w:tr>
    </w:tbl>
    <w:p w14:paraId="194B481D" w14:textId="77777777" w:rsidR="00747020" w:rsidRDefault="00000000">
      <w:pPr>
        <w:spacing w:before="40" w:after="0"/>
      </w:pPr>
      <w:r>
        <w:rPr>
          <w:b/>
          <w:sz w:val="24"/>
        </w:rPr>
        <w:t>Common Complaints - Safe Responses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747020" w14:paraId="6DD9F1CD" w14:textId="77777777" w:rsidTr="00A25E9A">
        <w:tc>
          <w:tcPr>
            <w:tcW w:w="3648" w:type="dxa"/>
            <w:shd w:val="clear" w:color="auto" w:fill="FCE4D6"/>
            <w:tcMar>
              <w:top w:w="80" w:type="dxa"/>
              <w:left w:w="90" w:type="dxa"/>
              <w:bottom w:w="80" w:type="dxa"/>
              <w:right w:w="90" w:type="dxa"/>
            </w:tcMar>
          </w:tcPr>
          <w:p w14:paraId="781A3655" w14:textId="77777777" w:rsidR="00747020" w:rsidRDefault="00000000">
            <w:pPr>
              <w:spacing w:after="20"/>
            </w:pPr>
            <w:r>
              <w:rPr>
                <w:b/>
                <w:u w:val="single"/>
              </w:rPr>
              <w:t>“It’s Too Heavy”</w:t>
            </w:r>
          </w:p>
          <w:p w14:paraId="20A344C1" w14:textId="77777777" w:rsidR="00747020" w:rsidRDefault="00000000">
            <w:pPr>
              <w:pStyle w:val="ListBullet"/>
              <w:spacing w:after="0"/>
            </w:pPr>
            <w:r>
              <w:t>A properly fitted hard hat is designed for routine wear.</w:t>
            </w:r>
          </w:p>
          <w:p w14:paraId="32916CEA" w14:textId="77777777" w:rsidR="00747020" w:rsidRDefault="00000000">
            <w:pPr>
              <w:pStyle w:val="ListBullet"/>
              <w:spacing w:after="0"/>
            </w:pPr>
            <w:r>
              <w:t>The protection is more important than the inconvenience.</w:t>
            </w:r>
          </w:p>
        </w:tc>
        <w:tc>
          <w:tcPr>
            <w:tcW w:w="3648" w:type="dxa"/>
            <w:shd w:val="clear" w:color="auto" w:fill="FCE4D6"/>
            <w:tcMar>
              <w:top w:w="80" w:type="dxa"/>
              <w:left w:w="90" w:type="dxa"/>
              <w:bottom w:w="80" w:type="dxa"/>
              <w:right w:w="90" w:type="dxa"/>
            </w:tcMar>
          </w:tcPr>
          <w:p w14:paraId="100C2DD2" w14:textId="77777777" w:rsidR="00747020" w:rsidRDefault="00000000">
            <w:pPr>
              <w:spacing w:after="20"/>
            </w:pPr>
            <w:r>
              <w:rPr>
                <w:b/>
                <w:u w:val="single"/>
              </w:rPr>
              <w:t>“It Gives Me a Headache”</w:t>
            </w:r>
          </w:p>
          <w:p w14:paraId="3E46787A" w14:textId="77777777" w:rsidR="00747020" w:rsidRDefault="00000000">
            <w:pPr>
              <w:pStyle w:val="ListBullet"/>
              <w:spacing w:after="0"/>
            </w:pPr>
            <w:r>
              <w:t>Check the fit and suspension.</w:t>
            </w:r>
          </w:p>
          <w:p w14:paraId="3088BA16" w14:textId="77777777" w:rsidR="00747020" w:rsidRDefault="00000000">
            <w:pPr>
              <w:pStyle w:val="ListBullet"/>
              <w:spacing w:after="0"/>
            </w:pPr>
            <w:r>
              <w:t>Report damaged or poorly fitting PPE so it can be corrected or replaced.</w:t>
            </w:r>
          </w:p>
        </w:tc>
        <w:tc>
          <w:tcPr>
            <w:tcW w:w="3648" w:type="dxa"/>
            <w:shd w:val="clear" w:color="auto" w:fill="FCE4D6"/>
            <w:tcMar>
              <w:top w:w="80" w:type="dxa"/>
              <w:left w:w="90" w:type="dxa"/>
              <w:bottom w:w="80" w:type="dxa"/>
              <w:right w:w="90" w:type="dxa"/>
            </w:tcMar>
          </w:tcPr>
          <w:p w14:paraId="0857A8B3" w14:textId="77777777" w:rsidR="00747020" w:rsidRDefault="00000000">
            <w:pPr>
              <w:spacing w:after="20"/>
            </w:pPr>
            <w:r>
              <w:rPr>
                <w:b/>
                <w:u w:val="single"/>
              </w:rPr>
              <w:t>“It’s Too Hot”</w:t>
            </w:r>
          </w:p>
          <w:p w14:paraId="25EF922D" w14:textId="77777777" w:rsidR="00747020" w:rsidRDefault="00000000">
            <w:pPr>
              <w:pStyle w:val="ListBullet"/>
              <w:spacing w:after="0"/>
            </w:pPr>
            <w:r>
              <w:t>Keep the hard hat properly fitted and use only approved accessories.</w:t>
            </w:r>
          </w:p>
          <w:p w14:paraId="72C79632" w14:textId="77777777" w:rsidR="00747020" w:rsidRDefault="00000000">
            <w:pPr>
              <w:pStyle w:val="ListBullet"/>
              <w:spacing w:after="0"/>
            </w:pPr>
            <w:r>
              <w:t>Do not sacrifice required head protection because of heat or comfort concerns.</w:t>
            </w:r>
          </w:p>
        </w:tc>
      </w:tr>
    </w:tbl>
    <w:p w14:paraId="5D1E2634" w14:textId="77777777" w:rsidR="00747020" w:rsidRDefault="00000000">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747020" w14:paraId="3D9A2080" w14:textId="77777777" w:rsidTr="00A25E9A">
        <w:tc>
          <w:tcPr>
            <w:tcW w:w="10944" w:type="dxa"/>
            <w:shd w:val="clear" w:color="auto" w:fill="D9EAF7"/>
            <w:tcMar>
              <w:top w:w="80" w:type="dxa"/>
              <w:left w:w="90" w:type="dxa"/>
              <w:bottom w:w="80" w:type="dxa"/>
              <w:right w:w="90" w:type="dxa"/>
            </w:tcMar>
          </w:tcPr>
          <w:p w14:paraId="68AC85E9" w14:textId="77777777" w:rsidR="00747020" w:rsidRDefault="00000000">
            <w:r>
              <w:rPr>
                <w:b/>
              </w:rPr>
              <w:t xml:space="preserve">Closing Message: </w:t>
            </w:r>
            <w:r>
              <w:t>“A hard hat only works when it is the right type, in good condition, and on your head. Inspect it, wear it correctly, and replace it if it is damaged. Be smart - wear your hard hat.”</w:t>
            </w:r>
          </w:p>
        </w:tc>
      </w:tr>
    </w:tbl>
    <w:p w14:paraId="5CDD94B5" w14:textId="77777777" w:rsidR="00747020" w:rsidRDefault="00000000">
      <w:pPr>
        <w:pageBreakBefore/>
        <w:jc w:val="center"/>
      </w:pPr>
      <w:r>
        <w:rPr>
          <w:b/>
          <w:sz w:val="36"/>
        </w:rPr>
        <w:lastRenderedPageBreak/>
        <w:t>Toolbox Talk Attendance</w:t>
      </w:r>
    </w:p>
    <w:p w14:paraId="3B9EC529" w14:textId="77777777" w:rsidR="00747020" w:rsidRDefault="00000000">
      <w:pPr>
        <w:spacing w:after="80"/>
      </w:pPr>
      <w:r>
        <w:rPr>
          <w:b/>
        </w:rPr>
        <w:t>Topic: Hard Hats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747020" w14:paraId="07AA3810" w14:textId="77777777" w:rsidTr="00A25E9A">
        <w:tc>
          <w:tcPr>
            <w:tcW w:w="3648" w:type="dxa"/>
            <w:shd w:val="clear" w:color="auto" w:fill="D9E2F3"/>
            <w:tcMar>
              <w:top w:w="80" w:type="dxa"/>
              <w:left w:w="90" w:type="dxa"/>
              <w:bottom w:w="80" w:type="dxa"/>
              <w:right w:w="90" w:type="dxa"/>
            </w:tcMar>
          </w:tcPr>
          <w:p w14:paraId="54FE94D4" w14:textId="77777777" w:rsidR="00747020" w:rsidRDefault="00000000">
            <w:r>
              <w:rPr>
                <w:b/>
              </w:rPr>
              <w:t>Date:</w:t>
            </w:r>
          </w:p>
        </w:tc>
        <w:tc>
          <w:tcPr>
            <w:tcW w:w="3648" w:type="dxa"/>
            <w:shd w:val="clear" w:color="auto" w:fill="D9E2F3"/>
            <w:tcMar>
              <w:top w:w="80" w:type="dxa"/>
              <w:left w:w="90" w:type="dxa"/>
              <w:bottom w:w="80" w:type="dxa"/>
              <w:right w:w="90" w:type="dxa"/>
            </w:tcMar>
          </w:tcPr>
          <w:p w14:paraId="45A0682D" w14:textId="77777777" w:rsidR="00747020" w:rsidRDefault="00000000">
            <w:r>
              <w:rPr>
                <w:b/>
              </w:rPr>
              <w:t>Project / Location:</w:t>
            </w:r>
          </w:p>
        </w:tc>
        <w:tc>
          <w:tcPr>
            <w:tcW w:w="3648" w:type="dxa"/>
            <w:shd w:val="clear" w:color="auto" w:fill="D9E2F3"/>
            <w:tcMar>
              <w:top w:w="80" w:type="dxa"/>
              <w:left w:w="90" w:type="dxa"/>
              <w:bottom w:w="80" w:type="dxa"/>
              <w:right w:w="90" w:type="dxa"/>
            </w:tcMar>
          </w:tcPr>
          <w:p w14:paraId="35C9540D" w14:textId="77777777" w:rsidR="00747020" w:rsidRDefault="00000000">
            <w:r>
              <w:rPr>
                <w:b/>
              </w:rPr>
              <w:t>Instructor:</w:t>
            </w:r>
          </w:p>
        </w:tc>
      </w:tr>
    </w:tbl>
    <w:p w14:paraId="28358047" w14:textId="77777777" w:rsidR="00747020" w:rsidRDefault="00000000">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30"/>
        <w:gridCol w:w="4410"/>
        <w:gridCol w:w="1566"/>
      </w:tblGrid>
      <w:tr w:rsidR="00747020" w14:paraId="303873CD" w14:textId="77777777" w:rsidTr="00A25E9A">
        <w:tc>
          <w:tcPr>
            <w:tcW w:w="738" w:type="dxa"/>
            <w:shd w:val="clear" w:color="auto" w:fill="D9E2F3"/>
          </w:tcPr>
          <w:p w14:paraId="2786DBB1" w14:textId="77777777" w:rsidR="00747020" w:rsidRDefault="00000000">
            <w:pPr>
              <w:jc w:val="center"/>
            </w:pPr>
            <w:r>
              <w:rPr>
                <w:b/>
              </w:rPr>
              <w:t>#</w:t>
            </w:r>
          </w:p>
        </w:tc>
        <w:tc>
          <w:tcPr>
            <w:tcW w:w="4230" w:type="dxa"/>
            <w:shd w:val="clear" w:color="auto" w:fill="D9E2F3"/>
          </w:tcPr>
          <w:p w14:paraId="7BA6DC1B" w14:textId="77777777" w:rsidR="00747020" w:rsidRDefault="00000000">
            <w:pPr>
              <w:jc w:val="center"/>
            </w:pPr>
            <w:r>
              <w:rPr>
                <w:b/>
              </w:rPr>
              <w:t>Printed Name</w:t>
            </w:r>
          </w:p>
        </w:tc>
        <w:tc>
          <w:tcPr>
            <w:tcW w:w="4410" w:type="dxa"/>
            <w:shd w:val="clear" w:color="auto" w:fill="D9E2F3"/>
          </w:tcPr>
          <w:p w14:paraId="4B56EA99" w14:textId="77777777" w:rsidR="00747020" w:rsidRDefault="00000000">
            <w:pPr>
              <w:jc w:val="center"/>
            </w:pPr>
            <w:r>
              <w:rPr>
                <w:b/>
              </w:rPr>
              <w:t>Signature</w:t>
            </w:r>
          </w:p>
        </w:tc>
        <w:tc>
          <w:tcPr>
            <w:tcW w:w="1566" w:type="dxa"/>
            <w:shd w:val="clear" w:color="auto" w:fill="D9E2F3"/>
          </w:tcPr>
          <w:p w14:paraId="6072D3E9" w14:textId="77777777" w:rsidR="00747020" w:rsidRDefault="00000000">
            <w:pPr>
              <w:jc w:val="center"/>
            </w:pPr>
            <w:r>
              <w:rPr>
                <w:b/>
              </w:rPr>
              <w:t>Date</w:t>
            </w:r>
          </w:p>
        </w:tc>
      </w:tr>
      <w:tr w:rsidR="00747020" w14:paraId="60DD55A1" w14:textId="77777777" w:rsidTr="00A25E9A">
        <w:tc>
          <w:tcPr>
            <w:tcW w:w="738" w:type="dxa"/>
            <w:tcMar>
              <w:top w:w="130" w:type="dxa"/>
              <w:left w:w="90" w:type="dxa"/>
              <w:bottom w:w="130" w:type="dxa"/>
              <w:right w:w="90" w:type="dxa"/>
            </w:tcMar>
            <w:vAlign w:val="center"/>
          </w:tcPr>
          <w:p w14:paraId="00BF575E" w14:textId="77777777" w:rsidR="00747020" w:rsidRDefault="00000000">
            <w:pPr>
              <w:jc w:val="center"/>
            </w:pPr>
            <w:r>
              <w:t>1</w:t>
            </w:r>
          </w:p>
        </w:tc>
        <w:tc>
          <w:tcPr>
            <w:tcW w:w="4230" w:type="dxa"/>
            <w:tcMar>
              <w:top w:w="130" w:type="dxa"/>
              <w:left w:w="90" w:type="dxa"/>
              <w:bottom w:w="130" w:type="dxa"/>
              <w:right w:w="90" w:type="dxa"/>
            </w:tcMar>
            <w:vAlign w:val="center"/>
          </w:tcPr>
          <w:p w14:paraId="47876719" w14:textId="77777777" w:rsidR="00747020" w:rsidRDefault="00747020"/>
        </w:tc>
        <w:tc>
          <w:tcPr>
            <w:tcW w:w="4410" w:type="dxa"/>
            <w:tcMar>
              <w:top w:w="130" w:type="dxa"/>
              <w:left w:w="90" w:type="dxa"/>
              <w:bottom w:w="130" w:type="dxa"/>
              <w:right w:w="90" w:type="dxa"/>
            </w:tcMar>
            <w:vAlign w:val="center"/>
          </w:tcPr>
          <w:p w14:paraId="308AFB88" w14:textId="77777777" w:rsidR="00747020" w:rsidRDefault="00747020"/>
        </w:tc>
        <w:tc>
          <w:tcPr>
            <w:tcW w:w="1566" w:type="dxa"/>
            <w:tcMar>
              <w:top w:w="130" w:type="dxa"/>
              <w:left w:w="90" w:type="dxa"/>
              <w:bottom w:w="130" w:type="dxa"/>
              <w:right w:w="90" w:type="dxa"/>
            </w:tcMar>
            <w:vAlign w:val="center"/>
          </w:tcPr>
          <w:p w14:paraId="5EE0605A" w14:textId="77777777" w:rsidR="00747020" w:rsidRDefault="00747020"/>
        </w:tc>
      </w:tr>
      <w:tr w:rsidR="00747020" w14:paraId="36188403" w14:textId="77777777" w:rsidTr="00A25E9A">
        <w:tc>
          <w:tcPr>
            <w:tcW w:w="738" w:type="dxa"/>
            <w:tcMar>
              <w:top w:w="130" w:type="dxa"/>
              <w:left w:w="90" w:type="dxa"/>
              <w:bottom w:w="130" w:type="dxa"/>
              <w:right w:w="90" w:type="dxa"/>
            </w:tcMar>
            <w:vAlign w:val="center"/>
          </w:tcPr>
          <w:p w14:paraId="262AE1C6" w14:textId="77777777" w:rsidR="00747020" w:rsidRDefault="00000000">
            <w:pPr>
              <w:jc w:val="center"/>
            </w:pPr>
            <w:r>
              <w:t>2</w:t>
            </w:r>
          </w:p>
        </w:tc>
        <w:tc>
          <w:tcPr>
            <w:tcW w:w="4230" w:type="dxa"/>
            <w:tcMar>
              <w:top w:w="130" w:type="dxa"/>
              <w:left w:w="90" w:type="dxa"/>
              <w:bottom w:w="130" w:type="dxa"/>
              <w:right w:w="90" w:type="dxa"/>
            </w:tcMar>
            <w:vAlign w:val="center"/>
          </w:tcPr>
          <w:p w14:paraId="56242C10" w14:textId="77777777" w:rsidR="00747020" w:rsidRDefault="00747020"/>
        </w:tc>
        <w:tc>
          <w:tcPr>
            <w:tcW w:w="4410" w:type="dxa"/>
            <w:tcMar>
              <w:top w:w="130" w:type="dxa"/>
              <w:left w:w="90" w:type="dxa"/>
              <w:bottom w:w="130" w:type="dxa"/>
              <w:right w:w="90" w:type="dxa"/>
            </w:tcMar>
            <w:vAlign w:val="center"/>
          </w:tcPr>
          <w:p w14:paraId="44BB586D" w14:textId="77777777" w:rsidR="00747020" w:rsidRDefault="00747020"/>
        </w:tc>
        <w:tc>
          <w:tcPr>
            <w:tcW w:w="1566" w:type="dxa"/>
            <w:tcMar>
              <w:top w:w="130" w:type="dxa"/>
              <w:left w:w="90" w:type="dxa"/>
              <w:bottom w:w="130" w:type="dxa"/>
              <w:right w:w="90" w:type="dxa"/>
            </w:tcMar>
            <w:vAlign w:val="center"/>
          </w:tcPr>
          <w:p w14:paraId="623C15AD" w14:textId="77777777" w:rsidR="00747020" w:rsidRDefault="00747020"/>
        </w:tc>
      </w:tr>
      <w:tr w:rsidR="00747020" w14:paraId="6EBDBD51" w14:textId="77777777" w:rsidTr="00A25E9A">
        <w:tc>
          <w:tcPr>
            <w:tcW w:w="738" w:type="dxa"/>
            <w:tcMar>
              <w:top w:w="130" w:type="dxa"/>
              <w:left w:w="90" w:type="dxa"/>
              <w:bottom w:w="130" w:type="dxa"/>
              <w:right w:w="90" w:type="dxa"/>
            </w:tcMar>
            <w:vAlign w:val="center"/>
          </w:tcPr>
          <w:p w14:paraId="658D2BB9" w14:textId="77777777" w:rsidR="00747020" w:rsidRDefault="00000000">
            <w:pPr>
              <w:jc w:val="center"/>
            </w:pPr>
            <w:r>
              <w:t>3</w:t>
            </w:r>
          </w:p>
        </w:tc>
        <w:tc>
          <w:tcPr>
            <w:tcW w:w="4230" w:type="dxa"/>
            <w:tcMar>
              <w:top w:w="130" w:type="dxa"/>
              <w:left w:w="90" w:type="dxa"/>
              <w:bottom w:w="130" w:type="dxa"/>
              <w:right w:w="90" w:type="dxa"/>
            </w:tcMar>
            <w:vAlign w:val="center"/>
          </w:tcPr>
          <w:p w14:paraId="73D340BB" w14:textId="77777777" w:rsidR="00747020" w:rsidRDefault="00747020"/>
        </w:tc>
        <w:tc>
          <w:tcPr>
            <w:tcW w:w="4410" w:type="dxa"/>
            <w:tcMar>
              <w:top w:w="130" w:type="dxa"/>
              <w:left w:w="90" w:type="dxa"/>
              <w:bottom w:w="130" w:type="dxa"/>
              <w:right w:w="90" w:type="dxa"/>
            </w:tcMar>
            <w:vAlign w:val="center"/>
          </w:tcPr>
          <w:p w14:paraId="0A672EB0" w14:textId="77777777" w:rsidR="00747020" w:rsidRDefault="00747020"/>
        </w:tc>
        <w:tc>
          <w:tcPr>
            <w:tcW w:w="1566" w:type="dxa"/>
            <w:tcMar>
              <w:top w:w="130" w:type="dxa"/>
              <w:left w:w="90" w:type="dxa"/>
              <w:bottom w:w="130" w:type="dxa"/>
              <w:right w:w="90" w:type="dxa"/>
            </w:tcMar>
            <w:vAlign w:val="center"/>
          </w:tcPr>
          <w:p w14:paraId="3376C704" w14:textId="77777777" w:rsidR="00747020" w:rsidRDefault="00747020"/>
        </w:tc>
      </w:tr>
      <w:tr w:rsidR="00747020" w14:paraId="74E44764" w14:textId="77777777" w:rsidTr="00A25E9A">
        <w:tc>
          <w:tcPr>
            <w:tcW w:w="738" w:type="dxa"/>
            <w:tcMar>
              <w:top w:w="130" w:type="dxa"/>
              <w:left w:w="90" w:type="dxa"/>
              <w:bottom w:w="130" w:type="dxa"/>
              <w:right w:w="90" w:type="dxa"/>
            </w:tcMar>
            <w:vAlign w:val="center"/>
          </w:tcPr>
          <w:p w14:paraId="0014B69A" w14:textId="77777777" w:rsidR="00747020" w:rsidRDefault="00000000">
            <w:pPr>
              <w:jc w:val="center"/>
            </w:pPr>
            <w:r>
              <w:t>4</w:t>
            </w:r>
          </w:p>
        </w:tc>
        <w:tc>
          <w:tcPr>
            <w:tcW w:w="4230" w:type="dxa"/>
            <w:tcMar>
              <w:top w:w="130" w:type="dxa"/>
              <w:left w:w="90" w:type="dxa"/>
              <w:bottom w:w="130" w:type="dxa"/>
              <w:right w:w="90" w:type="dxa"/>
            </w:tcMar>
            <w:vAlign w:val="center"/>
          </w:tcPr>
          <w:p w14:paraId="35ADF442" w14:textId="77777777" w:rsidR="00747020" w:rsidRDefault="00747020"/>
        </w:tc>
        <w:tc>
          <w:tcPr>
            <w:tcW w:w="4410" w:type="dxa"/>
            <w:tcMar>
              <w:top w:w="130" w:type="dxa"/>
              <w:left w:w="90" w:type="dxa"/>
              <w:bottom w:w="130" w:type="dxa"/>
              <w:right w:w="90" w:type="dxa"/>
            </w:tcMar>
            <w:vAlign w:val="center"/>
          </w:tcPr>
          <w:p w14:paraId="6D80584C" w14:textId="77777777" w:rsidR="00747020" w:rsidRDefault="00747020"/>
        </w:tc>
        <w:tc>
          <w:tcPr>
            <w:tcW w:w="1566" w:type="dxa"/>
            <w:tcMar>
              <w:top w:w="130" w:type="dxa"/>
              <w:left w:w="90" w:type="dxa"/>
              <w:bottom w:w="130" w:type="dxa"/>
              <w:right w:w="90" w:type="dxa"/>
            </w:tcMar>
            <w:vAlign w:val="center"/>
          </w:tcPr>
          <w:p w14:paraId="6FC85EA8" w14:textId="77777777" w:rsidR="00747020" w:rsidRDefault="00747020"/>
        </w:tc>
      </w:tr>
      <w:tr w:rsidR="00747020" w14:paraId="59BB59CC" w14:textId="77777777" w:rsidTr="00A25E9A">
        <w:tc>
          <w:tcPr>
            <w:tcW w:w="738" w:type="dxa"/>
            <w:tcMar>
              <w:top w:w="130" w:type="dxa"/>
              <w:left w:w="90" w:type="dxa"/>
              <w:bottom w:w="130" w:type="dxa"/>
              <w:right w:w="90" w:type="dxa"/>
            </w:tcMar>
            <w:vAlign w:val="center"/>
          </w:tcPr>
          <w:p w14:paraId="7493CAF9" w14:textId="77777777" w:rsidR="00747020" w:rsidRDefault="00000000">
            <w:pPr>
              <w:jc w:val="center"/>
            </w:pPr>
            <w:r>
              <w:t>5</w:t>
            </w:r>
          </w:p>
        </w:tc>
        <w:tc>
          <w:tcPr>
            <w:tcW w:w="4230" w:type="dxa"/>
            <w:tcMar>
              <w:top w:w="130" w:type="dxa"/>
              <w:left w:w="90" w:type="dxa"/>
              <w:bottom w:w="130" w:type="dxa"/>
              <w:right w:w="90" w:type="dxa"/>
            </w:tcMar>
            <w:vAlign w:val="center"/>
          </w:tcPr>
          <w:p w14:paraId="64DEB834" w14:textId="77777777" w:rsidR="00747020" w:rsidRDefault="00747020"/>
        </w:tc>
        <w:tc>
          <w:tcPr>
            <w:tcW w:w="4410" w:type="dxa"/>
            <w:tcMar>
              <w:top w:w="130" w:type="dxa"/>
              <w:left w:w="90" w:type="dxa"/>
              <w:bottom w:w="130" w:type="dxa"/>
              <w:right w:w="90" w:type="dxa"/>
            </w:tcMar>
            <w:vAlign w:val="center"/>
          </w:tcPr>
          <w:p w14:paraId="4F4D8592" w14:textId="77777777" w:rsidR="00747020" w:rsidRDefault="00747020"/>
        </w:tc>
        <w:tc>
          <w:tcPr>
            <w:tcW w:w="1566" w:type="dxa"/>
            <w:tcMar>
              <w:top w:w="130" w:type="dxa"/>
              <w:left w:w="90" w:type="dxa"/>
              <w:bottom w:w="130" w:type="dxa"/>
              <w:right w:w="90" w:type="dxa"/>
            </w:tcMar>
            <w:vAlign w:val="center"/>
          </w:tcPr>
          <w:p w14:paraId="6C0A1458" w14:textId="77777777" w:rsidR="00747020" w:rsidRDefault="00747020"/>
        </w:tc>
      </w:tr>
      <w:tr w:rsidR="00747020" w14:paraId="3523AA0B" w14:textId="77777777" w:rsidTr="00A25E9A">
        <w:tc>
          <w:tcPr>
            <w:tcW w:w="738" w:type="dxa"/>
            <w:tcMar>
              <w:top w:w="130" w:type="dxa"/>
              <w:left w:w="90" w:type="dxa"/>
              <w:bottom w:w="130" w:type="dxa"/>
              <w:right w:w="90" w:type="dxa"/>
            </w:tcMar>
            <w:vAlign w:val="center"/>
          </w:tcPr>
          <w:p w14:paraId="0370BB42" w14:textId="77777777" w:rsidR="00747020" w:rsidRDefault="00000000">
            <w:pPr>
              <w:jc w:val="center"/>
            </w:pPr>
            <w:r>
              <w:t>6</w:t>
            </w:r>
          </w:p>
        </w:tc>
        <w:tc>
          <w:tcPr>
            <w:tcW w:w="4230" w:type="dxa"/>
            <w:tcMar>
              <w:top w:w="130" w:type="dxa"/>
              <w:left w:w="90" w:type="dxa"/>
              <w:bottom w:w="130" w:type="dxa"/>
              <w:right w:w="90" w:type="dxa"/>
            </w:tcMar>
            <w:vAlign w:val="center"/>
          </w:tcPr>
          <w:p w14:paraId="16CC85C8" w14:textId="77777777" w:rsidR="00747020" w:rsidRDefault="00747020"/>
        </w:tc>
        <w:tc>
          <w:tcPr>
            <w:tcW w:w="4410" w:type="dxa"/>
            <w:tcMar>
              <w:top w:w="130" w:type="dxa"/>
              <w:left w:w="90" w:type="dxa"/>
              <w:bottom w:w="130" w:type="dxa"/>
              <w:right w:w="90" w:type="dxa"/>
            </w:tcMar>
            <w:vAlign w:val="center"/>
          </w:tcPr>
          <w:p w14:paraId="3F3502FA" w14:textId="77777777" w:rsidR="00747020" w:rsidRDefault="00747020"/>
        </w:tc>
        <w:tc>
          <w:tcPr>
            <w:tcW w:w="1566" w:type="dxa"/>
            <w:tcMar>
              <w:top w:w="130" w:type="dxa"/>
              <w:left w:w="90" w:type="dxa"/>
              <w:bottom w:w="130" w:type="dxa"/>
              <w:right w:w="90" w:type="dxa"/>
            </w:tcMar>
            <w:vAlign w:val="center"/>
          </w:tcPr>
          <w:p w14:paraId="6FC008EF" w14:textId="77777777" w:rsidR="00747020" w:rsidRDefault="00747020"/>
        </w:tc>
      </w:tr>
      <w:tr w:rsidR="00747020" w14:paraId="4BD0D683" w14:textId="77777777" w:rsidTr="00A25E9A">
        <w:tc>
          <w:tcPr>
            <w:tcW w:w="738" w:type="dxa"/>
            <w:tcMar>
              <w:top w:w="130" w:type="dxa"/>
              <w:left w:w="90" w:type="dxa"/>
              <w:bottom w:w="130" w:type="dxa"/>
              <w:right w:w="90" w:type="dxa"/>
            </w:tcMar>
            <w:vAlign w:val="center"/>
          </w:tcPr>
          <w:p w14:paraId="343F2D28" w14:textId="77777777" w:rsidR="00747020" w:rsidRDefault="00000000">
            <w:pPr>
              <w:jc w:val="center"/>
            </w:pPr>
            <w:r>
              <w:t>7</w:t>
            </w:r>
          </w:p>
        </w:tc>
        <w:tc>
          <w:tcPr>
            <w:tcW w:w="4230" w:type="dxa"/>
            <w:tcMar>
              <w:top w:w="130" w:type="dxa"/>
              <w:left w:w="90" w:type="dxa"/>
              <w:bottom w:w="130" w:type="dxa"/>
              <w:right w:w="90" w:type="dxa"/>
            </w:tcMar>
            <w:vAlign w:val="center"/>
          </w:tcPr>
          <w:p w14:paraId="76B4241B" w14:textId="77777777" w:rsidR="00747020" w:rsidRDefault="00747020"/>
        </w:tc>
        <w:tc>
          <w:tcPr>
            <w:tcW w:w="4410" w:type="dxa"/>
            <w:tcMar>
              <w:top w:w="130" w:type="dxa"/>
              <w:left w:w="90" w:type="dxa"/>
              <w:bottom w:w="130" w:type="dxa"/>
              <w:right w:w="90" w:type="dxa"/>
            </w:tcMar>
            <w:vAlign w:val="center"/>
          </w:tcPr>
          <w:p w14:paraId="77DA1212" w14:textId="77777777" w:rsidR="00747020" w:rsidRDefault="00747020"/>
        </w:tc>
        <w:tc>
          <w:tcPr>
            <w:tcW w:w="1566" w:type="dxa"/>
            <w:tcMar>
              <w:top w:w="130" w:type="dxa"/>
              <w:left w:w="90" w:type="dxa"/>
              <w:bottom w:w="130" w:type="dxa"/>
              <w:right w:w="90" w:type="dxa"/>
            </w:tcMar>
            <w:vAlign w:val="center"/>
          </w:tcPr>
          <w:p w14:paraId="03F43CE5" w14:textId="77777777" w:rsidR="00747020" w:rsidRDefault="00747020"/>
        </w:tc>
      </w:tr>
      <w:tr w:rsidR="00747020" w14:paraId="354D1A17" w14:textId="77777777" w:rsidTr="00A25E9A">
        <w:tc>
          <w:tcPr>
            <w:tcW w:w="738" w:type="dxa"/>
            <w:tcMar>
              <w:top w:w="130" w:type="dxa"/>
              <w:left w:w="90" w:type="dxa"/>
              <w:bottom w:w="130" w:type="dxa"/>
              <w:right w:w="90" w:type="dxa"/>
            </w:tcMar>
            <w:vAlign w:val="center"/>
          </w:tcPr>
          <w:p w14:paraId="25C237B5" w14:textId="77777777" w:rsidR="00747020" w:rsidRDefault="00000000">
            <w:pPr>
              <w:jc w:val="center"/>
            </w:pPr>
            <w:r>
              <w:t>8</w:t>
            </w:r>
          </w:p>
        </w:tc>
        <w:tc>
          <w:tcPr>
            <w:tcW w:w="4230" w:type="dxa"/>
            <w:tcMar>
              <w:top w:w="130" w:type="dxa"/>
              <w:left w:w="90" w:type="dxa"/>
              <w:bottom w:w="130" w:type="dxa"/>
              <w:right w:w="90" w:type="dxa"/>
            </w:tcMar>
            <w:vAlign w:val="center"/>
          </w:tcPr>
          <w:p w14:paraId="26DFE59C" w14:textId="77777777" w:rsidR="00747020" w:rsidRDefault="00747020"/>
        </w:tc>
        <w:tc>
          <w:tcPr>
            <w:tcW w:w="4410" w:type="dxa"/>
            <w:tcMar>
              <w:top w:w="130" w:type="dxa"/>
              <w:left w:w="90" w:type="dxa"/>
              <w:bottom w:w="130" w:type="dxa"/>
              <w:right w:w="90" w:type="dxa"/>
            </w:tcMar>
            <w:vAlign w:val="center"/>
          </w:tcPr>
          <w:p w14:paraId="767856C1" w14:textId="77777777" w:rsidR="00747020" w:rsidRDefault="00747020"/>
        </w:tc>
        <w:tc>
          <w:tcPr>
            <w:tcW w:w="1566" w:type="dxa"/>
            <w:tcMar>
              <w:top w:w="130" w:type="dxa"/>
              <w:left w:w="90" w:type="dxa"/>
              <w:bottom w:w="130" w:type="dxa"/>
              <w:right w:w="90" w:type="dxa"/>
            </w:tcMar>
            <w:vAlign w:val="center"/>
          </w:tcPr>
          <w:p w14:paraId="01A51617" w14:textId="77777777" w:rsidR="00747020" w:rsidRDefault="00747020"/>
        </w:tc>
      </w:tr>
      <w:tr w:rsidR="00747020" w14:paraId="7953DF80" w14:textId="77777777" w:rsidTr="00A25E9A">
        <w:tc>
          <w:tcPr>
            <w:tcW w:w="738" w:type="dxa"/>
            <w:tcMar>
              <w:top w:w="130" w:type="dxa"/>
              <w:left w:w="90" w:type="dxa"/>
              <w:bottom w:w="130" w:type="dxa"/>
              <w:right w:w="90" w:type="dxa"/>
            </w:tcMar>
            <w:vAlign w:val="center"/>
          </w:tcPr>
          <w:p w14:paraId="69EEC4DD" w14:textId="77777777" w:rsidR="00747020" w:rsidRDefault="00000000">
            <w:pPr>
              <w:jc w:val="center"/>
            </w:pPr>
            <w:r>
              <w:t>9</w:t>
            </w:r>
          </w:p>
        </w:tc>
        <w:tc>
          <w:tcPr>
            <w:tcW w:w="4230" w:type="dxa"/>
            <w:tcMar>
              <w:top w:w="130" w:type="dxa"/>
              <w:left w:w="90" w:type="dxa"/>
              <w:bottom w:w="130" w:type="dxa"/>
              <w:right w:w="90" w:type="dxa"/>
            </w:tcMar>
            <w:vAlign w:val="center"/>
          </w:tcPr>
          <w:p w14:paraId="080335D5" w14:textId="77777777" w:rsidR="00747020" w:rsidRDefault="00747020"/>
        </w:tc>
        <w:tc>
          <w:tcPr>
            <w:tcW w:w="4410" w:type="dxa"/>
            <w:tcMar>
              <w:top w:w="130" w:type="dxa"/>
              <w:left w:w="90" w:type="dxa"/>
              <w:bottom w:w="130" w:type="dxa"/>
              <w:right w:w="90" w:type="dxa"/>
            </w:tcMar>
            <w:vAlign w:val="center"/>
          </w:tcPr>
          <w:p w14:paraId="7E34D895" w14:textId="77777777" w:rsidR="00747020" w:rsidRDefault="00747020"/>
        </w:tc>
        <w:tc>
          <w:tcPr>
            <w:tcW w:w="1566" w:type="dxa"/>
            <w:tcMar>
              <w:top w:w="130" w:type="dxa"/>
              <w:left w:w="90" w:type="dxa"/>
              <w:bottom w:w="130" w:type="dxa"/>
              <w:right w:w="90" w:type="dxa"/>
            </w:tcMar>
            <w:vAlign w:val="center"/>
          </w:tcPr>
          <w:p w14:paraId="4C65D2C6" w14:textId="77777777" w:rsidR="00747020" w:rsidRDefault="00747020"/>
        </w:tc>
      </w:tr>
      <w:tr w:rsidR="00747020" w14:paraId="5D50DCBC" w14:textId="77777777" w:rsidTr="00A25E9A">
        <w:tc>
          <w:tcPr>
            <w:tcW w:w="738" w:type="dxa"/>
            <w:tcMar>
              <w:top w:w="130" w:type="dxa"/>
              <w:left w:w="90" w:type="dxa"/>
              <w:bottom w:w="130" w:type="dxa"/>
              <w:right w:w="90" w:type="dxa"/>
            </w:tcMar>
            <w:vAlign w:val="center"/>
          </w:tcPr>
          <w:p w14:paraId="21B22F15" w14:textId="77777777" w:rsidR="00747020" w:rsidRDefault="00000000">
            <w:pPr>
              <w:jc w:val="center"/>
            </w:pPr>
            <w:r>
              <w:t>10</w:t>
            </w:r>
          </w:p>
        </w:tc>
        <w:tc>
          <w:tcPr>
            <w:tcW w:w="4230" w:type="dxa"/>
            <w:tcMar>
              <w:top w:w="130" w:type="dxa"/>
              <w:left w:w="90" w:type="dxa"/>
              <w:bottom w:w="130" w:type="dxa"/>
              <w:right w:w="90" w:type="dxa"/>
            </w:tcMar>
            <w:vAlign w:val="center"/>
          </w:tcPr>
          <w:p w14:paraId="4BC4FC97" w14:textId="77777777" w:rsidR="00747020" w:rsidRDefault="00747020"/>
        </w:tc>
        <w:tc>
          <w:tcPr>
            <w:tcW w:w="4410" w:type="dxa"/>
            <w:tcMar>
              <w:top w:w="130" w:type="dxa"/>
              <w:left w:w="90" w:type="dxa"/>
              <w:bottom w:w="130" w:type="dxa"/>
              <w:right w:w="90" w:type="dxa"/>
            </w:tcMar>
            <w:vAlign w:val="center"/>
          </w:tcPr>
          <w:p w14:paraId="5F1AFD07" w14:textId="77777777" w:rsidR="00747020" w:rsidRDefault="00747020"/>
        </w:tc>
        <w:tc>
          <w:tcPr>
            <w:tcW w:w="1566" w:type="dxa"/>
            <w:tcMar>
              <w:top w:w="130" w:type="dxa"/>
              <w:left w:w="90" w:type="dxa"/>
              <w:bottom w:w="130" w:type="dxa"/>
              <w:right w:w="90" w:type="dxa"/>
            </w:tcMar>
            <w:vAlign w:val="center"/>
          </w:tcPr>
          <w:p w14:paraId="2969DD05" w14:textId="77777777" w:rsidR="00747020" w:rsidRDefault="00747020"/>
        </w:tc>
      </w:tr>
      <w:tr w:rsidR="00747020" w14:paraId="09C4FD3A" w14:textId="77777777" w:rsidTr="00A25E9A">
        <w:tc>
          <w:tcPr>
            <w:tcW w:w="738" w:type="dxa"/>
            <w:tcMar>
              <w:top w:w="130" w:type="dxa"/>
              <w:left w:w="90" w:type="dxa"/>
              <w:bottom w:w="130" w:type="dxa"/>
              <w:right w:w="90" w:type="dxa"/>
            </w:tcMar>
            <w:vAlign w:val="center"/>
          </w:tcPr>
          <w:p w14:paraId="023102ED" w14:textId="77777777" w:rsidR="00747020" w:rsidRDefault="00000000">
            <w:pPr>
              <w:jc w:val="center"/>
            </w:pPr>
            <w:r>
              <w:t>11</w:t>
            </w:r>
          </w:p>
        </w:tc>
        <w:tc>
          <w:tcPr>
            <w:tcW w:w="4230" w:type="dxa"/>
            <w:tcMar>
              <w:top w:w="130" w:type="dxa"/>
              <w:left w:w="90" w:type="dxa"/>
              <w:bottom w:w="130" w:type="dxa"/>
              <w:right w:w="90" w:type="dxa"/>
            </w:tcMar>
            <w:vAlign w:val="center"/>
          </w:tcPr>
          <w:p w14:paraId="2D49DD6B" w14:textId="77777777" w:rsidR="00747020" w:rsidRDefault="00747020"/>
        </w:tc>
        <w:tc>
          <w:tcPr>
            <w:tcW w:w="4410" w:type="dxa"/>
            <w:tcMar>
              <w:top w:w="130" w:type="dxa"/>
              <w:left w:w="90" w:type="dxa"/>
              <w:bottom w:w="130" w:type="dxa"/>
              <w:right w:w="90" w:type="dxa"/>
            </w:tcMar>
            <w:vAlign w:val="center"/>
          </w:tcPr>
          <w:p w14:paraId="05C028DE" w14:textId="77777777" w:rsidR="00747020" w:rsidRDefault="00747020"/>
        </w:tc>
        <w:tc>
          <w:tcPr>
            <w:tcW w:w="1566" w:type="dxa"/>
            <w:tcMar>
              <w:top w:w="130" w:type="dxa"/>
              <w:left w:w="90" w:type="dxa"/>
              <w:bottom w:w="130" w:type="dxa"/>
              <w:right w:w="90" w:type="dxa"/>
            </w:tcMar>
            <w:vAlign w:val="center"/>
          </w:tcPr>
          <w:p w14:paraId="37EC92B5" w14:textId="77777777" w:rsidR="00747020" w:rsidRDefault="00747020"/>
        </w:tc>
      </w:tr>
      <w:tr w:rsidR="00747020" w14:paraId="16C291A0" w14:textId="77777777" w:rsidTr="00A25E9A">
        <w:tc>
          <w:tcPr>
            <w:tcW w:w="738" w:type="dxa"/>
            <w:tcMar>
              <w:top w:w="130" w:type="dxa"/>
              <w:left w:w="90" w:type="dxa"/>
              <w:bottom w:w="130" w:type="dxa"/>
              <w:right w:w="90" w:type="dxa"/>
            </w:tcMar>
            <w:vAlign w:val="center"/>
          </w:tcPr>
          <w:p w14:paraId="65335AE2" w14:textId="77777777" w:rsidR="00747020" w:rsidRDefault="00000000">
            <w:pPr>
              <w:jc w:val="center"/>
            </w:pPr>
            <w:r>
              <w:t>12</w:t>
            </w:r>
          </w:p>
        </w:tc>
        <w:tc>
          <w:tcPr>
            <w:tcW w:w="4230" w:type="dxa"/>
            <w:tcMar>
              <w:top w:w="130" w:type="dxa"/>
              <w:left w:w="90" w:type="dxa"/>
              <w:bottom w:w="130" w:type="dxa"/>
              <w:right w:w="90" w:type="dxa"/>
            </w:tcMar>
            <w:vAlign w:val="center"/>
          </w:tcPr>
          <w:p w14:paraId="7E326E82" w14:textId="77777777" w:rsidR="00747020" w:rsidRDefault="00747020"/>
        </w:tc>
        <w:tc>
          <w:tcPr>
            <w:tcW w:w="4410" w:type="dxa"/>
            <w:tcMar>
              <w:top w:w="130" w:type="dxa"/>
              <w:left w:w="90" w:type="dxa"/>
              <w:bottom w:w="130" w:type="dxa"/>
              <w:right w:w="90" w:type="dxa"/>
            </w:tcMar>
            <w:vAlign w:val="center"/>
          </w:tcPr>
          <w:p w14:paraId="6FC66C55" w14:textId="77777777" w:rsidR="00747020" w:rsidRDefault="00747020"/>
        </w:tc>
        <w:tc>
          <w:tcPr>
            <w:tcW w:w="1566" w:type="dxa"/>
            <w:tcMar>
              <w:top w:w="130" w:type="dxa"/>
              <w:left w:w="90" w:type="dxa"/>
              <w:bottom w:w="130" w:type="dxa"/>
              <w:right w:w="90" w:type="dxa"/>
            </w:tcMar>
            <w:vAlign w:val="center"/>
          </w:tcPr>
          <w:p w14:paraId="2A36E381" w14:textId="77777777" w:rsidR="00747020" w:rsidRDefault="00747020"/>
        </w:tc>
      </w:tr>
    </w:tbl>
    <w:p w14:paraId="41595EB9" w14:textId="55C062B3" w:rsidR="00747020" w:rsidRDefault="00747020" w:rsidP="00A25E9A">
      <w:pPr>
        <w:spacing w:before="160"/>
        <w:jc w:val="center"/>
      </w:pPr>
    </w:p>
    <w:sectPr w:rsidR="00747020" w:rsidSect="00FC5F40">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A88B1" w14:textId="77777777" w:rsidR="008206D8" w:rsidRDefault="008206D8" w:rsidP="00A25E9A">
      <w:pPr>
        <w:spacing w:after="0" w:line="240" w:lineRule="auto"/>
      </w:pPr>
      <w:r>
        <w:separator/>
      </w:r>
    </w:p>
  </w:endnote>
  <w:endnote w:type="continuationSeparator" w:id="0">
    <w:p w14:paraId="01AF3C18" w14:textId="77777777" w:rsidR="008206D8" w:rsidRDefault="008206D8" w:rsidP="00A25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C477" w14:textId="77777777" w:rsidR="00A25E9A" w:rsidRDefault="00A25E9A" w:rsidP="00A25E9A">
    <w:pPr>
      <w:spacing w:before="160"/>
      <w:jc w:val="center"/>
    </w:pPr>
    <w:r>
      <w:rPr>
        <w:color w:val="6E6E6E"/>
        <w:sz w:val="16"/>
      </w:rPr>
      <w:t>Hard Hats Toolbox Talk | COMPANY</w:t>
    </w:r>
  </w:p>
  <w:p w14:paraId="77E2647A" w14:textId="77777777" w:rsidR="00A25E9A" w:rsidRDefault="00A25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9654B" w14:textId="77777777" w:rsidR="008206D8" w:rsidRDefault="008206D8" w:rsidP="00A25E9A">
      <w:pPr>
        <w:spacing w:after="0" w:line="240" w:lineRule="auto"/>
      </w:pPr>
      <w:r>
        <w:separator/>
      </w:r>
    </w:p>
  </w:footnote>
  <w:footnote w:type="continuationSeparator" w:id="0">
    <w:p w14:paraId="1F5DE2B1" w14:textId="77777777" w:rsidR="008206D8" w:rsidRDefault="008206D8" w:rsidP="00A25E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2103043">
    <w:abstractNumId w:val="8"/>
  </w:num>
  <w:num w:numId="2" w16cid:durableId="118692594">
    <w:abstractNumId w:val="6"/>
  </w:num>
  <w:num w:numId="3" w16cid:durableId="1519081748">
    <w:abstractNumId w:val="5"/>
  </w:num>
  <w:num w:numId="4" w16cid:durableId="1373731393">
    <w:abstractNumId w:val="4"/>
  </w:num>
  <w:num w:numId="5" w16cid:durableId="95055192">
    <w:abstractNumId w:val="7"/>
  </w:num>
  <w:num w:numId="6" w16cid:durableId="598416021">
    <w:abstractNumId w:val="3"/>
  </w:num>
  <w:num w:numId="7" w16cid:durableId="1696422396">
    <w:abstractNumId w:val="2"/>
  </w:num>
  <w:num w:numId="8" w16cid:durableId="1164320036">
    <w:abstractNumId w:val="1"/>
  </w:num>
  <w:num w:numId="9" w16cid:durableId="1027482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6A12"/>
    <w:rsid w:val="0022514C"/>
    <w:rsid w:val="00291358"/>
    <w:rsid w:val="0029639D"/>
    <w:rsid w:val="00326F90"/>
    <w:rsid w:val="00747020"/>
    <w:rsid w:val="008206D8"/>
    <w:rsid w:val="0096744A"/>
    <w:rsid w:val="00A25E9A"/>
    <w:rsid w:val="00AA1D8D"/>
    <w:rsid w:val="00B47730"/>
    <w:rsid w:val="00C0486D"/>
    <w:rsid w:val="00CB0664"/>
    <w:rsid w:val="00F82EE5"/>
    <w:rsid w:val="00FC5F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F1CB451-A95E-4735-B843-4AE444E7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1F549-96D3-4E08-A532-BBA78BBA585B}">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8226D5A4-35D7-42DD-96EC-83CA3A0777EF}">
  <ds:schemaRefs>
    <ds:schemaRef ds:uri="http://schemas.microsoft.com/sharepoint/v3/contenttype/forms"/>
  </ds:schemaRefs>
</ds:datastoreItem>
</file>

<file path=customXml/itemProps4.xml><?xml version="1.0" encoding="utf-8"?>
<ds:datastoreItem xmlns:ds="http://schemas.openxmlformats.org/officeDocument/2006/customXml" ds:itemID="{A44237FD-CFDC-4739-932E-E443A0EF6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507</Words>
  <Characters>2505</Characters>
  <Application>Microsoft Office Word</Application>
  <DocSecurity>0</DocSecurity>
  <Lines>139</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7</cp:revision>
  <dcterms:created xsi:type="dcterms:W3CDTF">2013-12-23T23:15:00Z</dcterms:created>
  <dcterms:modified xsi:type="dcterms:W3CDTF">2026-08-31T17:41:00Z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docLang">
    <vt:lpwstr>en</vt:lpwstr>
  </property>
  <property fmtid="{D5CDD505-2E9C-101B-9397-08002B2CF9AE}" pid="4" name="MediaServiceImageTags">
    <vt:lpwstr/>
  </property>
</Properties>
</file>