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150462" w14:paraId="37525622" w14:textId="77777777" w:rsidTr="005F4E14">
        <w:tc>
          <w:tcPr>
            <w:tcW w:w="5472" w:type="dxa"/>
            <w:shd w:val="clear" w:color="auto" w:fill="1F4E79"/>
            <w:tcMar>
              <w:top w:w="90" w:type="dxa"/>
              <w:left w:w="100" w:type="dxa"/>
              <w:bottom w:w="90" w:type="dxa"/>
              <w:right w:w="100" w:type="dxa"/>
            </w:tcMar>
            <w:vAlign w:val="center"/>
          </w:tcPr>
          <w:p w14:paraId="621425D9" w14:textId="77777777" w:rsidR="00150462" w:rsidRDefault="00EA774F" w:rsidP="005F4E14">
            <w:pPr>
              <w:jc w:val="center"/>
            </w:pPr>
            <w:r>
              <w:rPr>
                <w:b/>
                <w:color w:val="FFFFFF"/>
                <w:sz w:val="34"/>
              </w:rPr>
              <w:t>HAND PROTECTION TOOLBOX TALK</w:t>
            </w:r>
          </w:p>
        </w:tc>
        <w:tc>
          <w:tcPr>
            <w:tcW w:w="5472" w:type="dxa"/>
            <w:tcMar>
              <w:top w:w="50" w:type="dxa"/>
              <w:left w:w="100" w:type="dxa"/>
              <w:bottom w:w="40" w:type="dxa"/>
              <w:right w:w="100" w:type="dxa"/>
            </w:tcMar>
            <w:vAlign w:val="center"/>
          </w:tcPr>
          <w:p w14:paraId="39FCEE64" w14:textId="77777777" w:rsidR="00150462" w:rsidRDefault="00EA774F" w:rsidP="005F4E14">
            <w:pPr>
              <w:jc w:val="center"/>
            </w:pPr>
            <w:r>
              <w:rPr>
                <w:noProof/>
              </w:rPr>
              <w:drawing>
                <wp:inline distT="0" distB="0" distL="0" distR="0" wp14:anchorId="01ABDB3E" wp14:editId="390692C5">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6CBF2E17" w14:textId="77777777" w:rsidR="00150462" w:rsidRDefault="00EA774F">
      <w:pPr>
        <w:spacing w:after="100"/>
        <w:jc w:val="center"/>
      </w:pPr>
      <w:r>
        <w:rPr>
          <w:b/>
        </w:rPr>
        <w:t>Your hands are essential tools. Protect them by recognizing hazards and using the right protection for the task.</w:t>
      </w:r>
    </w:p>
    <w:tbl>
      <w:tblPr>
        <w:tblStyle w:val="TableGrid"/>
        <w:tblW w:w="0" w:type="auto"/>
        <w:jc w:val="center"/>
        <w:tblLayout w:type="fixed"/>
        <w:tblLook w:val="04A0" w:firstRow="1" w:lastRow="0" w:firstColumn="1" w:lastColumn="0" w:noHBand="0" w:noVBand="1"/>
      </w:tblPr>
      <w:tblGrid>
        <w:gridCol w:w="2430"/>
        <w:gridCol w:w="4050"/>
        <w:gridCol w:w="4406"/>
      </w:tblGrid>
      <w:tr w:rsidR="000D48F8" w14:paraId="5058D982" w14:textId="77777777" w:rsidTr="000D48F8">
        <w:trPr>
          <w:jc w:val="center"/>
        </w:trPr>
        <w:tc>
          <w:tcPr>
            <w:tcW w:w="2430" w:type="dxa"/>
            <w:shd w:val="clear" w:color="auto" w:fill="EAF2F8"/>
            <w:tcMar>
              <w:top w:w="55" w:type="dxa"/>
              <w:left w:w="90" w:type="dxa"/>
              <w:bottom w:w="55" w:type="dxa"/>
              <w:right w:w="90" w:type="dxa"/>
            </w:tcMar>
          </w:tcPr>
          <w:p w14:paraId="70EEDBE3" w14:textId="77777777" w:rsidR="000D48F8" w:rsidRDefault="000D48F8" w:rsidP="00CF2084">
            <w:r>
              <w:rPr>
                <w:b/>
                <w:sz w:val="18"/>
              </w:rPr>
              <w:t>Date</w:t>
            </w:r>
          </w:p>
        </w:tc>
        <w:tc>
          <w:tcPr>
            <w:tcW w:w="4050" w:type="dxa"/>
            <w:shd w:val="clear" w:color="auto" w:fill="EAF2F8"/>
            <w:tcMar>
              <w:top w:w="55" w:type="dxa"/>
              <w:left w:w="90" w:type="dxa"/>
              <w:bottom w:w="55" w:type="dxa"/>
              <w:right w:w="90" w:type="dxa"/>
            </w:tcMar>
          </w:tcPr>
          <w:p w14:paraId="16769611" w14:textId="77777777" w:rsidR="000D48F8" w:rsidRDefault="000D48F8" w:rsidP="00CF2084">
            <w:r>
              <w:rPr>
                <w:b/>
                <w:sz w:val="18"/>
              </w:rPr>
              <w:t>Project / Location</w:t>
            </w:r>
          </w:p>
        </w:tc>
        <w:tc>
          <w:tcPr>
            <w:tcW w:w="4406" w:type="dxa"/>
            <w:shd w:val="clear" w:color="auto" w:fill="EAF2F8"/>
            <w:tcMar>
              <w:top w:w="55" w:type="dxa"/>
              <w:left w:w="90" w:type="dxa"/>
              <w:bottom w:w="55" w:type="dxa"/>
              <w:right w:w="90" w:type="dxa"/>
            </w:tcMar>
          </w:tcPr>
          <w:p w14:paraId="5E67D4BA" w14:textId="77777777" w:rsidR="000D48F8" w:rsidRDefault="000D48F8" w:rsidP="00CF2084">
            <w:r>
              <w:rPr>
                <w:b/>
                <w:sz w:val="18"/>
              </w:rPr>
              <w:t>Instructor</w:t>
            </w:r>
          </w:p>
        </w:tc>
      </w:tr>
      <w:tr w:rsidR="000D48F8" w14:paraId="5C37ABCB" w14:textId="77777777" w:rsidTr="000D48F8">
        <w:trPr>
          <w:jc w:val="center"/>
        </w:trPr>
        <w:tc>
          <w:tcPr>
            <w:tcW w:w="2430" w:type="dxa"/>
            <w:tcMar>
              <w:top w:w="65" w:type="dxa"/>
              <w:left w:w="90" w:type="dxa"/>
              <w:bottom w:w="65" w:type="dxa"/>
              <w:right w:w="90" w:type="dxa"/>
            </w:tcMar>
          </w:tcPr>
          <w:p w14:paraId="7B9D2651" w14:textId="77777777" w:rsidR="000D48F8" w:rsidRDefault="000D48F8" w:rsidP="00CF2084"/>
        </w:tc>
        <w:tc>
          <w:tcPr>
            <w:tcW w:w="4050" w:type="dxa"/>
            <w:tcMar>
              <w:top w:w="65" w:type="dxa"/>
              <w:left w:w="90" w:type="dxa"/>
              <w:bottom w:w="65" w:type="dxa"/>
              <w:right w:w="90" w:type="dxa"/>
            </w:tcMar>
          </w:tcPr>
          <w:p w14:paraId="56D3E650" w14:textId="77777777" w:rsidR="000D48F8" w:rsidRDefault="000D48F8" w:rsidP="00CF2084"/>
        </w:tc>
        <w:tc>
          <w:tcPr>
            <w:tcW w:w="4406" w:type="dxa"/>
            <w:tcMar>
              <w:top w:w="65" w:type="dxa"/>
              <w:left w:w="90" w:type="dxa"/>
              <w:bottom w:w="65" w:type="dxa"/>
              <w:right w:w="90" w:type="dxa"/>
            </w:tcMar>
          </w:tcPr>
          <w:p w14:paraId="1A3772B1" w14:textId="77777777" w:rsidR="000D48F8" w:rsidRDefault="000D48F8" w:rsidP="00CF2084"/>
        </w:tc>
      </w:tr>
    </w:tbl>
    <w:p w14:paraId="1E5C6008" w14:textId="03675E43" w:rsidR="00150462" w:rsidRDefault="00EA774F">
      <w:pPr>
        <w:spacing w:before="100" w:after="20"/>
      </w:pPr>
      <w:r>
        <w:rPr>
          <w:b/>
          <w:sz w:val="28"/>
        </w:rPr>
        <w:t>Introduction</w:t>
      </w:r>
    </w:p>
    <w:p w14:paraId="58DCD42B" w14:textId="77777777" w:rsidR="00150462" w:rsidRDefault="00EA774F">
      <w:pPr>
        <w:spacing w:after="20"/>
      </w:pPr>
      <w:r>
        <w:t>Open with: “Today’s safety topic is hand protection—because our hands are involved in nearly every task we perform.”</w:t>
      </w:r>
    </w:p>
    <w:p w14:paraId="2AC4577B" w14:textId="77777777" w:rsidR="00150462" w:rsidRDefault="00EA774F">
      <w:pPr>
        <w:spacing w:after="20"/>
      </w:pPr>
      <w:r>
        <w:rPr>
          <w:b/>
        </w:rPr>
        <w:t xml:space="preserve">Key Points: </w:t>
      </w:r>
      <w:r>
        <w:t>Hand injuries are preventable. Think before placing your hands near sharp edges, pinch points, hot surfaces, rough materials, or moving equipment.</w:t>
      </w:r>
    </w:p>
    <w:p w14:paraId="495CC5B3" w14:textId="77777777" w:rsidR="00150462" w:rsidRDefault="00EA774F">
      <w:pPr>
        <w:spacing w:before="100" w:after="20"/>
      </w:pPr>
      <w:r>
        <w:rPr>
          <w:b/>
          <w:sz w:val="28"/>
        </w:rPr>
        <w:t>Why It Matters</w:t>
      </w:r>
    </w:p>
    <w:p w14:paraId="071950D4" w14:textId="77777777" w:rsidR="00150462" w:rsidRDefault="00EA774F">
      <w:pPr>
        <w:spacing w:after="0"/>
      </w:pPr>
      <w:r>
        <w:t>Hands are frequently exposed to workplace hazards, and an injury can immediately affect your ability to work and perform everyday tasks.</w:t>
      </w:r>
    </w:p>
    <w:p w14:paraId="713E7E99" w14:textId="77777777" w:rsidR="00150462" w:rsidRDefault="00EA774F">
      <w:pPr>
        <w:pStyle w:val="ListBullet"/>
        <w:spacing w:after="0"/>
      </w:pPr>
      <w:r>
        <w:t>Cuts and punctures from sharp objects</w:t>
      </w:r>
    </w:p>
    <w:p w14:paraId="058BAC85" w14:textId="77777777" w:rsidR="00150462" w:rsidRDefault="00EA774F">
      <w:pPr>
        <w:pStyle w:val="ListBullet"/>
        <w:spacing w:after="0"/>
      </w:pPr>
      <w:r>
        <w:t>Crushing or pinch-point injuries from stacked or moving materials</w:t>
      </w:r>
    </w:p>
    <w:p w14:paraId="5A662462" w14:textId="77777777" w:rsidR="00150462" w:rsidRDefault="00EA774F">
      <w:pPr>
        <w:pStyle w:val="ListBullet"/>
        <w:spacing w:after="0"/>
      </w:pPr>
      <w:r>
        <w:t>Struck-by injuries from tools</w:t>
      </w:r>
    </w:p>
    <w:p w14:paraId="1B8EBB0A" w14:textId="77777777" w:rsidR="00150462" w:rsidRDefault="00EA774F">
      <w:pPr>
        <w:pStyle w:val="ListBullet"/>
        <w:spacing w:after="0"/>
      </w:pPr>
      <w:r>
        <w:t>Burns and contact with rough materials</w:t>
      </w:r>
    </w:p>
    <w:p w14:paraId="4DAA36A3" w14:textId="77777777" w:rsidR="00150462" w:rsidRDefault="00EA774F">
      <w:pPr>
        <w:pStyle w:val="ListBullet"/>
        <w:spacing w:after="0"/>
      </w:pPr>
      <w:r>
        <w:t>Caught-in injuries involving machinery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150462" w14:paraId="71D956E6" w14:textId="77777777" w:rsidTr="000D48F8">
        <w:tc>
          <w:tcPr>
            <w:tcW w:w="10944" w:type="dxa"/>
            <w:shd w:val="clear" w:color="auto" w:fill="FFF2CC"/>
            <w:tcMar>
              <w:top w:w="80" w:type="dxa"/>
              <w:left w:w="90" w:type="dxa"/>
              <w:bottom w:w="80" w:type="dxa"/>
              <w:right w:w="90" w:type="dxa"/>
            </w:tcMar>
          </w:tcPr>
          <w:p w14:paraId="15FEFA69" w14:textId="77777777" w:rsidR="00150462" w:rsidRDefault="00EA774F">
            <w:r>
              <w:rPr>
                <w:b/>
              </w:rPr>
              <w:t>Quick Engagement Question: “What hand hazards are present in the work we are doing today?”</w:t>
            </w:r>
          </w:p>
        </w:tc>
      </w:tr>
    </w:tbl>
    <w:p w14:paraId="39E79DB5" w14:textId="77777777" w:rsidR="00150462" w:rsidRDefault="00EA774F">
      <w:pPr>
        <w:spacing w:before="100" w:after="20"/>
      </w:pPr>
      <w:r>
        <w:rPr>
          <w:b/>
          <w:sz w:val="28"/>
        </w:rPr>
        <w:t>Selecting &amp; Using Hand Protection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150462" w14:paraId="5D87EE4C" w14:textId="77777777" w:rsidTr="000D48F8">
        <w:tc>
          <w:tcPr>
            <w:tcW w:w="5472" w:type="dxa"/>
            <w:shd w:val="clear" w:color="auto" w:fill="EAF2F8"/>
            <w:tcMar>
              <w:top w:w="80" w:type="dxa"/>
              <w:left w:w="90" w:type="dxa"/>
              <w:bottom w:w="80" w:type="dxa"/>
              <w:right w:w="90" w:type="dxa"/>
            </w:tcMar>
          </w:tcPr>
          <w:p w14:paraId="0599EED1" w14:textId="77777777" w:rsidR="00150462" w:rsidRDefault="00EA774F">
            <w:pPr>
              <w:spacing w:after="20"/>
            </w:pPr>
            <w:r>
              <w:rPr>
                <w:b/>
                <w:u w:val="single"/>
              </w:rPr>
              <w:t>Choose the Right Glove</w:t>
            </w:r>
          </w:p>
          <w:p w14:paraId="7D6B7507" w14:textId="77777777" w:rsidR="00150462" w:rsidRDefault="00EA774F">
            <w:pPr>
              <w:pStyle w:val="ListBullet"/>
              <w:spacing w:after="0"/>
            </w:pPr>
            <w:r>
              <w:t>Match the glove to the hazard and the task.</w:t>
            </w:r>
          </w:p>
          <w:p w14:paraId="1E759B16" w14:textId="77777777" w:rsidR="00150462" w:rsidRDefault="00EA774F">
            <w:pPr>
              <w:pStyle w:val="ListBullet"/>
              <w:spacing w:after="0"/>
            </w:pPr>
            <w:r>
              <w:t>Different tasks may require different glove types during the same day.</w:t>
            </w:r>
          </w:p>
          <w:p w14:paraId="20CB531E" w14:textId="77777777" w:rsidR="00150462" w:rsidRDefault="00EA774F">
            <w:pPr>
              <w:pStyle w:val="ListBullet"/>
              <w:spacing w:after="0"/>
            </w:pPr>
            <w:r>
              <w:t>Use thinner gloves when dexterity is needed and heavier gloves when handling bulk or rough materials.</w:t>
            </w:r>
          </w:p>
        </w:tc>
        <w:tc>
          <w:tcPr>
            <w:tcW w:w="5472" w:type="dxa"/>
            <w:shd w:val="clear" w:color="auto" w:fill="EAF2F8"/>
            <w:tcMar>
              <w:top w:w="80" w:type="dxa"/>
              <w:left w:w="90" w:type="dxa"/>
              <w:bottom w:w="80" w:type="dxa"/>
              <w:right w:w="90" w:type="dxa"/>
            </w:tcMar>
          </w:tcPr>
          <w:p w14:paraId="33405B40" w14:textId="77777777" w:rsidR="00150462" w:rsidRDefault="00EA774F">
            <w:pPr>
              <w:spacing w:after="20"/>
            </w:pPr>
            <w:r>
              <w:rPr>
                <w:b/>
                <w:u w:val="single"/>
              </w:rPr>
              <w:t>Use Gloves Correctly</w:t>
            </w:r>
          </w:p>
          <w:p w14:paraId="46F96650" w14:textId="77777777" w:rsidR="00150462" w:rsidRDefault="00EA774F">
            <w:pPr>
              <w:pStyle w:val="ListBullet"/>
              <w:spacing w:after="0"/>
            </w:pPr>
            <w:r>
              <w:t>Do not cut the fingertips off gloves or otherwise alter them.</w:t>
            </w:r>
          </w:p>
          <w:p w14:paraId="68D6F083" w14:textId="77777777" w:rsidR="00150462" w:rsidRDefault="00EA774F">
            <w:pPr>
              <w:pStyle w:val="ListBullet"/>
              <w:spacing w:after="0"/>
            </w:pPr>
            <w:r>
              <w:t>Make sure gloves fit properly and allow you to safely control the work.</w:t>
            </w:r>
          </w:p>
          <w:p w14:paraId="18D5CF8C" w14:textId="77777777" w:rsidR="00150462" w:rsidRDefault="00EA774F">
            <w:pPr>
              <w:pStyle w:val="ListBullet"/>
              <w:spacing w:after="0"/>
            </w:pPr>
            <w:r>
              <w:t>Do not wear gloves around moving machinery where they could become caught.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150462" w14:paraId="69A0867B" w14:textId="77777777" w:rsidTr="000D48F8">
        <w:tc>
          <w:tcPr>
            <w:tcW w:w="10944" w:type="dxa"/>
            <w:shd w:val="clear" w:color="auto" w:fill="EDEDED"/>
            <w:tcMar>
              <w:top w:w="80" w:type="dxa"/>
              <w:left w:w="90" w:type="dxa"/>
              <w:bottom w:w="80" w:type="dxa"/>
              <w:right w:w="90" w:type="dxa"/>
            </w:tcMar>
          </w:tcPr>
          <w:p w14:paraId="42CDBB8A" w14:textId="52B89E66" w:rsidR="00150462" w:rsidRDefault="00EA774F">
            <w:r>
              <w:rPr>
                <w:b/>
              </w:rPr>
              <w:t xml:space="preserve">Mini Scenario: </w:t>
            </w:r>
            <w:r>
              <w:t>“You need to handle small screws, but your current gloves make the task difficult. What should you do instead of removing or cutting the fingertips off your gloves?”</w:t>
            </w:r>
          </w:p>
        </w:tc>
      </w:tr>
    </w:tbl>
    <w:p w14:paraId="4E54055C" w14:textId="77777777" w:rsidR="00150462" w:rsidRDefault="00EA774F">
      <w:pPr>
        <w:spacing w:before="100" w:after="20"/>
      </w:pPr>
      <w:r>
        <w:rPr>
          <w:b/>
          <w:sz w:val="28"/>
        </w:rPr>
        <w:t>Preventing Hand Injuries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150462" w14:paraId="73C1B3EB" w14:textId="77777777" w:rsidTr="000D48F8">
        <w:tc>
          <w:tcPr>
            <w:tcW w:w="3648" w:type="dxa"/>
            <w:shd w:val="clear" w:color="auto" w:fill="EAF2F8"/>
            <w:tcMar>
              <w:top w:w="80" w:type="dxa"/>
              <w:left w:w="90" w:type="dxa"/>
              <w:bottom w:w="80" w:type="dxa"/>
              <w:right w:w="90" w:type="dxa"/>
            </w:tcMar>
          </w:tcPr>
          <w:p w14:paraId="085E6AC0" w14:textId="77777777" w:rsidR="00150462" w:rsidRDefault="00EA774F">
            <w:pPr>
              <w:spacing w:after="20"/>
            </w:pPr>
            <w:r>
              <w:rPr>
                <w:b/>
                <w:u w:val="single"/>
              </w:rPr>
              <w:t>Stay Focused</w:t>
            </w:r>
          </w:p>
          <w:p w14:paraId="2931F070" w14:textId="77777777" w:rsidR="00150462" w:rsidRDefault="00EA774F">
            <w:pPr>
              <w:pStyle w:val="ListBullet"/>
              <w:spacing w:after="0"/>
            </w:pPr>
            <w:r>
              <w:t>Avoid inattention and taking unnecessary chances.</w:t>
            </w:r>
          </w:p>
          <w:p w14:paraId="7BE1C45D" w14:textId="77777777" w:rsidR="00150462" w:rsidRDefault="00EA774F">
            <w:pPr>
              <w:pStyle w:val="ListBullet"/>
              <w:spacing w:after="0"/>
            </w:pPr>
            <w:r>
              <w:t>Keep hands out of pinch points and line-of-fire hazards.</w:t>
            </w:r>
          </w:p>
        </w:tc>
        <w:tc>
          <w:tcPr>
            <w:tcW w:w="3648" w:type="dxa"/>
            <w:shd w:val="clear" w:color="auto" w:fill="EAF2F8"/>
            <w:tcMar>
              <w:top w:w="80" w:type="dxa"/>
              <w:left w:w="90" w:type="dxa"/>
              <w:bottom w:w="80" w:type="dxa"/>
              <w:right w:w="90" w:type="dxa"/>
            </w:tcMar>
          </w:tcPr>
          <w:p w14:paraId="1F370F29" w14:textId="77777777" w:rsidR="00150462" w:rsidRDefault="00EA774F">
            <w:pPr>
              <w:spacing w:after="20"/>
            </w:pPr>
            <w:r>
              <w:rPr>
                <w:b/>
                <w:u w:val="single"/>
              </w:rPr>
              <w:t>Plan the Task</w:t>
            </w:r>
          </w:p>
          <w:p w14:paraId="1E4D569D" w14:textId="77777777" w:rsidR="00150462" w:rsidRDefault="00EA774F">
            <w:pPr>
              <w:pStyle w:val="ListBullet"/>
              <w:spacing w:after="0"/>
            </w:pPr>
            <w:r>
              <w:t>Identify sharp, rough, hot, heavy, or moving hazards before starting.</w:t>
            </w:r>
          </w:p>
          <w:p w14:paraId="180079CA" w14:textId="77777777" w:rsidR="00150462" w:rsidRDefault="00EA774F">
            <w:pPr>
              <w:pStyle w:val="ListBullet"/>
              <w:spacing w:after="0"/>
            </w:pPr>
            <w:r>
              <w:t>Position hands so they cannot be trapped between materials or struck by tools.</w:t>
            </w:r>
          </w:p>
        </w:tc>
        <w:tc>
          <w:tcPr>
            <w:tcW w:w="3648" w:type="dxa"/>
            <w:shd w:val="clear" w:color="auto" w:fill="FCE4D6"/>
            <w:tcMar>
              <w:top w:w="80" w:type="dxa"/>
              <w:left w:w="90" w:type="dxa"/>
              <w:bottom w:w="80" w:type="dxa"/>
              <w:right w:w="90" w:type="dxa"/>
            </w:tcMar>
          </w:tcPr>
          <w:p w14:paraId="654CE910" w14:textId="77777777" w:rsidR="00150462" w:rsidRDefault="00EA774F">
            <w:pPr>
              <w:spacing w:after="20"/>
            </w:pPr>
            <w:r>
              <w:rPr>
                <w:b/>
                <w:u w:val="single"/>
              </w:rPr>
              <w:t>Know the Limits</w:t>
            </w:r>
          </w:p>
          <w:p w14:paraId="5295EADF" w14:textId="77777777" w:rsidR="00150462" w:rsidRDefault="00EA774F">
            <w:pPr>
              <w:pStyle w:val="ListBullet"/>
              <w:spacing w:after="0"/>
            </w:pPr>
            <w:r>
              <w:t>Gloves reduce or prevent many injuries, but they are not appropriate around moving machinery.</w:t>
            </w:r>
          </w:p>
          <w:p w14:paraId="5C60419B" w14:textId="77777777" w:rsidR="00150462" w:rsidRDefault="00EA774F">
            <w:pPr>
              <w:pStyle w:val="ListBullet"/>
              <w:spacing w:after="0"/>
            </w:pPr>
            <w:r>
              <w:t>Stop and select better protection when the glove does not fit the task.</w:t>
            </w:r>
          </w:p>
        </w:tc>
      </w:tr>
    </w:tbl>
    <w:p w14:paraId="69202BB0" w14:textId="77777777" w:rsidR="00150462" w:rsidRDefault="00EA774F">
      <w:pPr>
        <w:spacing w:before="100" w:after="20"/>
      </w:pPr>
      <w:r>
        <w:rPr>
          <w:b/>
          <w:sz w:val="28"/>
        </w:rPr>
        <w:t>Close</w:t>
      </w:r>
    </w:p>
    <w:p w14:paraId="1238FFBE" w14:textId="77777777" w:rsidR="00150462" w:rsidRDefault="00EA774F">
      <w:pPr>
        <w:spacing w:after="60"/>
      </w:pPr>
      <w:r>
        <w:t>Remember: Hand injuries do not have to happen. Take time to prepare for the task, use the correct gloves when needed, and keep your hands away from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150462" w14:paraId="3B01C344" w14:textId="77777777" w:rsidTr="000D48F8">
        <w:tc>
          <w:tcPr>
            <w:tcW w:w="10944" w:type="dxa"/>
            <w:shd w:val="clear" w:color="auto" w:fill="D9EAF7"/>
            <w:tcMar>
              <w:top w:w="80" w:type="dxa"/>
              <w:left w:w="90" w:type="dxa"/>
              <w:bottom w:w="80" w:type="dxa"/>
              <w:right w:w="90" w:type="dxa"/>
            </w:tcMar>
          </w:tcPr>
          <w:p w14:paraId="2FB7D8B7" w14:textId="77777777" w:rsidR="00150462" w:rsidRDefault="00EA774F">
            <w:r>
              <w:rPr>
                <w:b/>
              </w:rPr>
              <w:t xml:space="preserve">Closing Message: </w:t>
            </w:r>
            <w:r>
              <w:t>“Protect your hands every task, every time. Choose the right glove, recognize pinch points and sharp hazards, and never put your hands where they can be caught, crushed, cut, or burned.”</w:t>
            </w:r>
          </w:p>
        </w:tc>
      </w:tr>
    </w:tbl>
    <w:p w14:paraId="4DACD8ED" w14:textId="77777777" w:rsidR="00150462" w:rsidRDefault="00EA774F">
      <w:pPr>
        <w:pageBreakBefore/>
        <w:jc w:val="center"/>
      </w:pPr>
      <w:r>
        <w:rPr>
          <w:b/>
          <w:sz w:val="36"/>
        </w:rPr>
        <w:lastRenderedPageBreak/>
        <w:t>Toolbox Talk Attendance</w:t>
      </w:r>
    </w:p>
    <w:p w14:paraId="7B0AD20A" w14:textId="77777777" w:rsidR="00150462" w:rsidRDefault="00EA774F">
      <w:pPr>
        <w:spacing w:after="80"/>
      </w:pPr>
      <w:r>
        <w:rPr>
          <w:b/>
        </w:rPr>
        <w:t>Topic: Hand Protection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150462" w14:paraId="2A219C3B" w14:textId="77777777" w:rsidTr="000D48F8">
        <w:tc>
          <w:tcPr>
            <w:tcW w:w="3648" w:type="dxa"/>
            <w:shd w:val="clear" w:color="auto" w:fill="D9E2F3"/>
            <w:tcMar>
              <w:top w:w="80" w:type="dxa"/>
              <w:left w:w="90" w:type="dxa"/>
              <w:bottom w:w="80" w:type="dxa"/>
              <w:right w:w="90" w:type="dxa"/>
            </w:tcMar>
          </w:tcPr>
          <w:p w14:paraId="6928B095" w14:textId="77777777" w:rsidR="00150462" w:rsidRDefault="00EA774F">
            <w:r>
              <w:rPr>
                <w:b/>
              </w:rPr>
              <w:t>Date:</w:t>
            </w:r>
          </w:p>
        </w:tc>
        <w:tc>
          <w:tcPr>
            <w:tcW w:w="3648" w:type="dxa"/>
            <w:shd w:val="clear" w:color="auto" w:fill="D9E2F3"/>
            <w:tcMar>
              <w:top w:w="80" w:type="dxa"/>
              <w:left w:w="90" w:type="dxa"/>
              <w:bottom w:w="80" w:type="dxa"/>
              <w:right w:w="90" w:type="dxa"/>
            </w:tcMar>
          </w:tcPr>
          <w:p w14:paraId="590B3425" w14:textId="77777777" w:rsidR="00150462" w:rsidRDefault="00EA774F">
            <w:r>
              <w:rPr>
                <w:b/>
              </w:rPr>
              <w:t>Project / Location:</w:t>
            </w:r>
          </w:p>
        </w:tc>
        <w:tc>
          <w:tcPr>
            <w:tcW w:w="3648" w:type="dxa"/>
            <w:shd w:val="clear" w:color="auto" w:fill="D9E2F3"/>
            <w:tcMar>
              <w:top w:w="80" w:type="dxa"/>
              <w:left w:w="90" w:type="dxa"/>
              <w:bottom w:w="80" w:type="dxa"/>
              <w:right w:w="90" w:type="dxa"/>
            </w:tcMar>
          </w:tcPr>
          <w:p w14:paraId="1DDC5E7D" w14:textId="77777777" w:rsidR="00150462" w:rsidRDefault="00EA774F">
            <w:r>
              <w:rPr>
                <w:b/>
              </w:rPr>
              <w:t>Instructor:</w:t>
            </w:r>
          </w:p>
        </w:tc>
      </w:tr>
    </w:tbl>
    <w:p w14:paraId="66734D76" w14:textId="77777777" w:rsidR="00150462" w:rsidRDefault="00EA774F">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4050"/>
        <w:gridCol w:w="4230"/>
        <w:gridCol w:w="1836"/>
      </w:tblGrid>
      <w:tr w:rsidR="00150462" w14:paraId="4A806555" w14:textId="77777777" w:rsidTr="000D48F8">
        <w:tc>
          <w:tcPr>
            <w:tcW w:w="828" w:type="dxa"/>
            <w:shd w:val="clear" w:color="auto" w:fill="D9E2F3"/>
          </w:tcPr>
          <w:p w14:paraId="706F9363" w14:textId="77777777" w:rsidR="00150462" w:rsidRDefault="00EA774F">
            <w:pPr>
              <w:jc w:val="center"/>
            </w:pPr>
            <w:r>
              <w:rPr>
                <w:b/>
              </w:rPr>
              <w:t>#</w:t>
            </w:r>
          </w:p>
        </w:tc>
        <w:tc>
          <w:tcPr>
            <w:tcW w:w="4050" w:type="dxa"/>
            <w:shd w:val="clear" w:color="auto" w:fill="D9E2F3"/>
            <w:vAlign w:val="center"/>
          </w:tcPr>
          <w:p w14:paraId="03762FE9" w14:textId="77777777" w:rsidR="00150462" w:rsidRDefault="00EA774F" w:rsidP="000D48F8">
            <w:pPr>
              <w:jc w:val="center"/>
            </w:pPr>
            <w:r>
              <w:rPr>
                <w:b/>
              </w:rPr>
              <w:t>Printed Name</w:t>
            </w:r>
          </w:p>
        </w:tc>
        <w:tc>
          <w:tcPr>
            <w:tcW w:w="4230" w:type="dxa"/>
            <w:shd w:val="clear" w:color="auto" w:fill="D9E2F3"/>
            <w:vAlign w:val="center"/>
          </w:tcPr>
          <w:p w14:paraId="6818A355" w14:textId="77777777" w:rsidR="00150462" w:rsidRDefault="00EA774F" w:rsidP="000D48F8">
            <w:pPr>
              <w:jc w:val="center"/>
            </w:pPr>
            <w:r>
              <w:rPr>
                <w:b/>
              </w:rPr>
              <w:t>Signature</w:t>
            </w:r>
          </w:p>
        </w:tc>
        <w:tc>
          <w:tcPr>
            <w:tcW w:w="1836" w:type="dxa"/>
            <w:shd w:val="clear" w:color="auto" w:fill="D9E2F3"/>
            <w:vAlign w:val="center"/>
          </w:tcPr>
          <w:p w14:paraId="143EDBBC" w14:textId="77777777" w:rsidR="00150462" w:rsidRDefault="00EA774F" w:rsidP="000D48F8">
            <w:pPr>
              <w:jc w:val="center"/>
            </w:pPr>
            <w:r>
              <w:rPr>
                <w:b/>
              </w:rPr>
              <w:t>Date</w:t>
            </w:r>
          </w:p>
        </w:tc>
      </w:tr>
      <w:tr w:rsidR="00150462" w14:paraId="15DAFC1A" w14:textId="77777777" w:rsidTr="000D48F8">
        <w:tc>
          <w:tcPr>
            <w:tcW w:w="828" w:type="dxa"/>
            <w:tcMar>
              <w:top w:w="130" w:type="dxa"/>
              <w:left w:w="90" w:type="dxa"/>
              <w:bottom w:w="130" w:type="dxa"/>
              <w:right w:w="90" w:type="dxa"/>
            </w:tcMar>
            <w:vAlign w:val="center"/>
          </w:tcPr>
          <w:p w14:paraId="3ABC43E6" w14:textId="77777777" w:rsidR="00150462" w:rsidRDefault="00EA774F">
            <w:pPr>
              <w:jc w:val="center"/>
            </w:pPr>
            <w:r>
              <w:t>1</w:t>
            </w:r>
          </w:p>
        </w:tc>
        <w:tc>
          <w:tcPr>
            <w:tcW w:w="4050" w:type="dxa"/>
            <w:tcMar>
              <w:top w:w="130" w:type="dxa"/>
              <w:left w:w="90" w:type="dxa"/>
              <w:bottom w:w="130" w:type="dxa"/>
              <w:right w:w="90" w:type="dxa"/>
            </w:tcMar>
            <w:vAlign w:val="center"/>
          </w:tcPr>
          <w:p w14:paraId="6385961C" w14:textId="77777777" w:rsidR="00150462" w:rsidRDefault="00150462"/>
        </w:tc>
        <w:tc>
          <w:tcPr>
            <w:tcW w:w="4230" w:type="dxa"/>
            <w:tcMar>
              <w:top w:w="130" w:type="dxa"/>
              <w:left w:w="90" w:type="dxa"/>
              <w:bottom w:w="130" w:type="dxa"/>
              <w:right w:w="90" w:type="dxa"/>
            </w:tcMar>
            <w:vAlign w:val="center"/>
          </w:tcPr>
          <w:p w14:paraId="16DC9BEC" w14:textId="77777777" w:rsidR="00150462" w:rsidRDefault="00150462"/>
        </w:tc>
        <w:tc>
          <w:tcPr>
            <w:tcW w:w="1836" w:type="dxa"/>
            <w:tcMar>
              <w:top w:w="130" w:type="dxa"/>
              <w:left w:w="90" w:type="dxa"/>
              <w:bottom w:w="130" w:type="dxa"/>
              <w:right w:w="90" w:type="dxa"/>
            </w:tcMar>
            <w:vAlign w:val="center"/>
          </w:tcPr>
          <w:p w14:paraId="285667DB" w14:textId="77777777" w:rsidR="00150462" w:rsidRDefault="00150462"/>
        </w:tc>
      </w:tr>
      <w:tr w:rsidR="00150462" w14:paraId="58C0DD46" w14:textId="77777777" w:rsidTr="000D48F8">
        <w:tc>
          <w:tcPr>
            <w:tcW w:w="828" w:type="dxa"/>
            <w:tcMar>
              <w:top w:w="130" w:type="dxa"/>
              <w:left w:w="90" w:type="dxa"/>
              <w:bottom w:w="130" w:type="dxa"/>
              <w:right w:w="90" w:type="dxa"/>
            </w:tcMar>
            <w:vAlign w:val="center"/>
          </w:tcPr>
          <w:p w14:paraId="0D062620" w14:textId="77777777" w:rsidR="00150462" w:rsidRDefault="00EA774F">
            <w:pPr>
              <w:jc w:val="center"/>
            </w:pPr>
            <w:r>
              <w:t>2</w:t>
            </w:r>
          </w:p>
        </w:tc>
        <w:tc>
          <w:tcPr>
            <w:tcW w:w="4050" w:type="dxa"/>
            <w:tcMar>
              <w:top w:w="130" w:type="dxa"/>
              <w:left w:w="90" w:type="dxa"/>
              <w:bottom w:w="130" w:type="dxa"/>
              <w:right w:w="90" w:type="dxa"/>
            </w:tcMar>
            <w:vAlign w:val="center"/>
          </w:tcPr>
          <w:p w14:paraId="3FF14156" w14:textId="77777777" w:rsidR="00150462" w:rsidRDefault="00150462"/>
        </w:tc>
        <w:tc>
          <w:tcPr>
            <w:tcW w:w="4230" w:type="dxa"/>
            <w:tcMar>
              <w:top w:w="130" w:type="dxa"/>
              <w:left w:w="90" w:type="dxa"/>
              <w:bottom w:w="130" w:type="dxa"/>
              <w:right w:w="90" w:type="dxa"/>
            </w:tcMar>
            <w:vAlign w:val="center"/>
          </w:tcPr>
          <w:p w14:paraId="2564646C" w14:textId="77777777" w:rsidR="00150462" w:rsidRDefault="00150462"/>
        </w:tc>
        <w:tc>
          <w:tcPr>
            <w:tcW w:w="1836" w:type="dxa"/>
            <w:tcMar>
              <w:top w:w="130" w:type="dxa"/>
              <w:left w:w="90" w:type="dxa"/>
              <w:bottom w:w="130" w:type="dxa"/>
              <w:right w:w="90" w:type="dxa"/>
            </w:tcMar>
            <w:vAlign w:val="center"/>
          </w:tcPr>
          <w:p w14:paraId="176D5775" w14:textId="77777777" w:rsidR="00150462" w:rsidRDefault="00150462"/>
        </w:tc>
      </w:tr>
      <w:tr w:rsidR="00150462" w14:paraId="2F31AD69" w14:textId="77777777" w:rsidTr="000D48F8">
        <w:tc>
          <w:tcPr>
            <w:tcW w:w="828" w:type="dxa"/>
            <w:tcMar>
              <w:top w:w="130" w:type="dxa"/>
              <w:left w:w="90" w:type="dxa"/>
              <w:bottom w:w="130" w:type="dxa"/>
              <w:right w:w="90" w:type="dxa"/>
            </w:tcMar>
            <w:vAlign w:val="center"/>
          </w:tcPr>
          <w:p w14:paraId="79F5A1FD" w14:textId="77777777" w:rsidR="00150462" w:rsidRDefault="00EA774F">
            <w:pPr>
              <w:jc w:val="center"/>
            </w:pPr>
            <w:r>
              <w:t>3</w:t>
            </w:r>
          </w:p>
        </w:tc>
        <w:tc>
          <w:tcPr>
            <w:tcW w:w="4050" w:type="dxa"/>
            <w:tcMar>
              <w:top w:w="130" w:type="dxa"/>
              <w:left w:w="90" w:type="dxa"/>
              <w:bottom w:w="130" w:type="dxa"/>
              <w:right w:w="90" w:type="dxa"/>
            </w:tcMar>
            <w:vAlign w:val="center"/>
          </w:tcPr>
          <w:p w14:paraId="5F5465C3" w14:textId="77777777" w:rsidR="00150462" w:rsidRDefault="00150462"/>
        </w:tc>
        <w:tc>
          <w:tcPr>
            <w:tcW w:w="4230" w:type="dxa"/>
            <w:tcMar>
              <w:top w:w="130" w:type="dxa"/>
              <w:left w:w="90" w:type="dxa"/>
              <w:bottom w:w="130" w:type="dxa"/>
              <w:right w:w="90" w:type="dxa"/>
            </w:tcMar>
            <w:vAlign w:val="center"/>
          </w:tcPr>
          <w:p w14:paraId="43D0D79C" w14:textId="77777777" w:rsidR="00150462" w:rsidRDefault="00150462"/>
        </w:tc>
        <w:tc>
          <w:tcPr>
            <w:tcW w:w="1836" w:type="dxa"/>
            <w:tcMar>
              <w:top w:w="130" w:type="dxa"/>
              <w:left w:w="90" w:type="dxa"/>
              <w:bottom w:w="130" w:type="dxa"/>
              <w:right w:w="90" w:type="dxa"/>
            </w:tcMar>
            <w:vAlign w:val="center"/>
          </w:tcPr>
          <w:p w14:paraId="3DEC597C" w14:textId="77777777" w:rsidR="00150462" w:rsidRDefault="00150462"/>
        </w:tc>
      </w:tr>
      <w:tr w:rsidR="00150462" w14:paraId="09BC9A3A" w14:textId="77777777" w:rsidTr="000D48F8">
        <w:tc>
          <w:tcPr>
            <w:tcW w:w="828" w:type="dxa"/>
            <w:tcMar>
              <w:top w:w="130" w:type="dxa"/>
              <w:left w:w="90" w:type="dxa"/>
              <w:bottom w:w="130" w:type="dxa"/>
              <w:right w:w="90" w:type="dxa"/>
            </w:tcMar>
            <w:vAlign w:val="center"/>
          </w:tcPr>
          <w:p w14:paraId="1FD653F0" w14:textId="77777777" w:rsidR="00150462" w:rsidRDefault="00EA774F">
            <w:pPr>
              <w:jc w:val="center"/>
            </w:pPr>
            <w:r>
              <w:t>4</w:t>
            </w:r>
          </w:p>
        </w:tc>
        <w:tc>
          <w:tcPr>
            <w:tcW w:w="4050" w:type="dxa"/>
            <w:tcMar>
              <w:top w:w="130" w:type="dxa"/>
              <w:left w:w="90" w:type="dxa"/>
              <w:bottom w:w="130" w:type="dxa"/>
              <w:right w:w="90" w:type="dxa"/>
            </w:tcMar>
            <w:vAlign w:val="center"/>
          </w:tcPr>
          <w:p w14:paraId="7C5ED9E7" w14:textId="77777777" w:rsidR="00150462" w:rsidRDefault="00150462"/>
        </w:tc>
        <w:tc>
          <w:tcPr>
            <w:tcW w:w="4230" w:type="dxa"/>
            <w:tcMar>
              <w:top w:w="130" w:type="dxa"/>
              <w:left w:w="90" w:type="dxa"/>
              <w:bottom w:w="130" w:type="dxa"/>
              <w:right w:w="90" w:type="dxa"/>
            </w:tcMar>
            <w:vAlign w:val="center"/>
          </w:tcPr>
          <w:p w14:paraId="5DDA6A34" w14:textId="77777777" w:rsidR="00150462" w:rsidRDefault="00150462"/>
        </w:tc>
        <w:tc>
          <w:tcPr>
            <w:tcW w:w="1836" w:type="dxa"/>
            <w:tcMar>
              <w:top w:w="130" w:type="dxa"/>
              <w:left w:w="90" w:type="dxa"/>
              <w:bottom w:w="130" w:type="dxa"/>
              <w:right w:w="90" w:type="dxa"/>
            </w:tcMar>
            <w:vAlign w:val="center"/>
          </w:tcPr>
          <w:p w14:paraId="1F292D53" w14:textId="77777777" w:rsidR="00150462" w:rsidRDefault="00150462"/>
        </w:tc>
      </w:tr>
      <w:tr w:rsidR="00150462" w14:paraId="1898CE1A" w14:textId="77777777" w:rsidTr="000D48F8">
        <w:tc>
          <w:tcPr>
            <w:tcW w:w="828" w:type="dxa"/>
            <w:tcMar>
              <w:top w:w="130" w:type="dxa"/>
              <w:left w:w="90" w:type="dxa"/>
              <w:bottom w:w="130" w:type="dxa"/>
              <w:right w:w="90" w:type="dxa"/>
            </w:tcMar>
            <w:vAlign w:val="center"/>
          </w:tcPr>
          <w:p w14:paraId="23756B14" w14:textId="77777777" w:rsidR="00150462" w:rsidRDefault="00EA774F">
            <w:pPr>
              <w:jc w:val="center"/>
            </w:pPr>
            <w:r>
              <w:t>5</w:t>
            </w:r>
          </w:p>
        </w:tc>
        <w:tc>
          <w:tcPr>
            <w:tcW w:w="4050" w:type="dxa"/>
            <w:tcMar>
              <w:top w:w="130" w:type="dxa"/>
              <w:left w:w="90" w:type="dxa"/>
              <w:bottom w:w="130" w:type="dxa"/>
              <w:right w:w="90" w:type="dxa"/>
            </w:tcMar>
            <w:vAlign w:val="center"/>
          </w:tcPr>
          <w:p w14:paraId="6A99A718" w14:textId="77777777" w:rsidR="00150462" w:rsidRDefault="00150462"/>
        </w:tc>
        <w:tc>
          <w:tcPr>
            <w:tcW w:w="4230" w:type="dxa"/>
            <w:tcMar>
              <w:top w:w="130" w:type="dxa"/>
              <w:left w:w="90" w:type="dxa"/>
              <w:bottom w:w="130" w:type="dxa"/>
              <w:right w:w="90" w:type="dxa"/>
            </w:tcMar>
            <w:vAlign w:val="center"/>
          </w:tcPr>
          <w:p w14:paraId="23AC32D7" w14:textId="77777777" w:rsidR="00150462" w:rsidRDefault="00150462"/>
        </w:tc>
        <w:tc>
          <w:tcPr>
            <w:tcW w:w="1836" w:type="dxa"/>
            <w:tcMar>
              <w:top w:w="130" w:type="dxa"/>
              <w:left w:w="90" w:type="dxa"/>
              <w:bottom w:w="130" w:type="dxa"/>
              <w:right w:w="90" w:type="dxa"/>
            </w:tcMar>
            <w:vAlign w:val="center"/>
          </w:tcPr>
          <w:p w14:paraId="202723E5" w14:textId="77777777" w:rsidR="00150462" w:rsidRDefault="00150462"/>
        </w:tc>
      </w:tr>
      <w:tr w:rsidR="00150462" w14:paraId="5811914C" w14:textId="77777777" w:rsidTr="000D48F8">
        <w:tc>
          <w:tcPr>
            <w:tcW w:w="828" w:type="dxa"/>
            <w:tcMar>
              <w:top w:w="130" w:type="dxa"/>
              <w:left w:w="90" w:type="dxa"/>
              <w:bottom w:w="130" w:type="dxa"/>
              <w:right w:w="90" w:type="dxa"/>
            </w:tcMar>
            <w:vAlign w:val="center"/>
          </w:tcPr>
          <w:p w14:paraId="392780FB" w14:textId="77777777" w:rsidR="00150462" w:rsidRDefault="00EA774F">
            <w:pPr>
              <w:jc w:val="center"/>
            </w:pPr>
            <w:r>
              <w:t>6</w:t>
            </w:r>
          </w:p>
        </w:tc>
        <w:tc>
          <w:tcPr>
            <w:tcW w:w="4050" w:type="dxa"/>
            <w:tcMar>
              <w:top w:w="130" w:type="dxa"/>
              <w:left w:w="90" w:type="dxa"/>
              <w:bottom w:w="130" w:type="dxa"/>
              <w:right w:w="90" w:type="dxa"/>
            </w:tcMar>
            <w:vAlign w:val="center"/>
          </w:tcPr>
          <w:p w14:paraId="3B8BE63D" w14:textId="77777777" w:rsidR="00150462" w:rsidRDefault="00150462"/>
        </w:tc>
        <w:tc>
          <w:tcPr>
            <w:tcW w:w="4230" w:type="dxa"/>
            <w:tcMar>
              <w:top w:w="130" w:type="dxa"/>
              <w:left w:w="90" w:type="dxa"/>
              <w:bottom w:w="130" w:type="dxa"/>
              <w:right w:w="90" w:type="dxa"/>
            </w:tcMar>
            <w:vAlign w:val="center"/>
          </w:tcPr>
          <w:p w14:paraId="010C8FD3" w14:textId="77777777" w:rsidR="00150462" w:rsidRDefault="00150462"/>
        </w:tc>
        <w:tc>
          <w:tcPr>
            <w:tcW w:w="1836" w:type="dxa"/>
            <w:tcMar>
              <w:top w:w="130" w:type="dxa"/>
              <w:left w:w="90" w:type="dxa"/>
              <w:bottom w:w="130" w:type="dxa"/>
              <w:right w:w="90" w:type="dxa"/>
            </w:tcMar>
            <w:vAlign w:val="center"/>
          </w:tcPr>
          <w:p w14:paraId="59F64713" w14:textId="77777777" w:rsidR="00150462" w:rsidRDefault="00150462"/>
        </w:tc>
      </w:tr>
      <w:tr w:rsidR="00150462" w14:paraId="396BD3F1" w14:textId="77777777" w:rsidTr="000D48F8">
        <w:tc>
          <w:tcPr>
            <w:tcW w:w="828" w:type="dxa"/>
            <w:tcMar>
              <w:top w:w="130" w:type="dxa"/>
              <w:left w:w="90" w:type="dxa"/>
              <w:bottom w:w="130" w:type="dxa"/>
              <w:right w:w="90" w:type="dxa"/>
            </w:tcMar>
            <w:vAlign w:val="center"/>
          </w:tcPr>
          <w:p w14:paraId="34FFFD68" w14:textId="77777777" w:rsidR="00150462" w:rsidRDefault="00EA774F">
            <w:pPr>
              <w:jc w:val="center"/>
            </w:pPr>
            <w:r>
              <w:t>7</w:t>
            </w:r>
          </w:p>
        </w:tc>
        <w:tc>
          <w:tcPr>
            <w:tcW w:w="4050" w:type="dxa"/>
            <w:tcMar>
              <w:top w:w="130" w:type="dxa"/>
              <w:left w:w="90" w:type="dxa"/>
              <w:bottom w:w="130" w:type="dxa"/>
              <w:right w:w="90" w:type="dxa"/>
            </w:tcMar>
            <w:vAlign w:val="center"/>
          </w:tcPr>
          <w:p w14:paraId="5BA94EBA" w14:textId="77777777" w:rsidR="00150462" w:rsidRDefault="00150462"/>
        </w:tc>
        <w:tc>
          <w:tcPr>
            <w:tcW w:w="4230" w:type="dxa"/>
            <w:tcMar>
              <w:top w:w="130" w:type="dxa"/>
              <w:left w:w="90" w:type="dxa"/>
              <w:bottom w:w="130" w:type="dxa"/>
              <w:right w:w="90" w:type="dxa"/>
            </w:tcMar>
            <w:vAlign w:val="center"/>
          </w:tcPr>
          <w:p w14:paraId="093E2E82" w14:textId="77777777" w:rsidR="00150462" w:rsidRDefault="00150462"/>
        </w:tc>
        <w:tc>
          <w:tcPr>
            <w:tcW w:w="1836" w:type="dxa"/>
            <w:tcMar>
              <w:top w:w="130" w:type="dxa"/>
              <w:left w:w="90" w:type="dxa"/>
              <w:bottom w:w="130" w:type="dxa"/>
              <w:right w:w="90" w:type="dxa"/>
            </w:tcMar>
            <w:vAlign w:val="center"/>
          </w:tcPr>
          <w:p w14:paraId="318AEB26" w14:textId="77777777" w:rsidR="00150462" w:rsidRDefault="00150462"/>
        </w:tc>
      </w:tr>
      <w:tr w:rsidR="00150462" w14:paraId="533EFF0A" w14:textId="77777777" w:rsidTr="000D48F8">
        <w:tc>
          <w:tcPr>
            <w:tcW w:w="828" w:type="dxa"/>
            <w:tcMar>
              <w:top w:w="130" w:type="dxa"/>
              <w:left w:w="90" w:type="dxa"/>
              <w:bottom w:w="130" w:type="dxa"/>
              <w:right w:w="90" w:type="dxa"/>
            </w:tcMar>
            <w:vAlign w:val="center"/>
          </w:tcPr>
          <w:p w14:paraId="78AE94CC" w14:textId="77777777" w:rsidR="00150462" w:rsidRDefault="00EA774F">
            <w:pPr>
              <w:jc w:val="center"/>
            </w:pPr>
            <w:r>
              <w:t>8</w:t>
            </w:r>
          </w:p>
        </w:tc>
        <w:tc>
          <w:tcPr>
            <w:tcW w:w="4050" w:type="dxa"/>
            <w:tcMar>
              <w:top w:w="130" w:type="dxa"/>
              <w:left w:w="90" w:type="dxa"/>
              <w:bottom w:w="130" w:type="dxa"/>
              <w:right w:w="90" w:type="dxa"/>
            </w:tcMar>
            <w:vAlign w:val="center"/>
          </w:tcPr>
          <w:p w14:paraId="5C8F448D" w14:textId="77777777" w:rsidR="00150462" w:rsidRDefault="00150462"/>
        </w:tc>
        <w:tc>
          <w:tcPr>
            <w:tcW w:w="4230" w:type="dxa"/>
            <w:tcMar>
              <w:top w:w="130" w:type="dxa"/>
              <w:left w:w="90" w:type="dxa"/>
              <w:bottom w:w="130" w:type="dxa"/>
              <w:right w:w="90" w:type="dxa"/>
            </w:tcMar>
            <w:vAlign w:val="center"/>
          </w:tcPr>
          <w:p w14:paraId="7F45CB88" w14:textId="77777777" w:rsidR="00150462" w:rsidRDefault="00150462"/>
        </w:tc>
        <w:tc>
          <w:tcPr>
            <w:tcW w:w="1836" w:type="dxa"/>
            <w:tcMar>
              <w:top w:w="130" w:type="dxa"/>
              <w:left w:w="90" w:type="dxa"/>
              <w:bottom w:w="130" w:type="dxa"/>
              <w:right w:w="90" w:type="dxa"/>
            </w:tcMar>
            <w:vAlign w:val="center"/>
          </w:tcPr>
          <w:p w14:paraId="339E1957" w14:textId="77777777" w:rsidR="00150462" w:rsidRDefault="00150462"/>
        </w:tc>
      </w:tr>
      <w:tr w:rsidR="00150462" w14:paraId="5FBEAE4F" w14:textId="77777777" w:rsidTr="000D48F8">
        <w:tc>
          <w:tcPr>
            <w:tcW w:w="828" w:type="dxa"/>
            <w:tcMar>
              <w:top w:w="130" w:type="dxa"/>
              <w:left w:w="90" w:type="dxa"/>
              <w:bottom w:w="130" w:type="dxa"/>
              <w:right w:w="90" w:type="dxa"/>
            </w:tcMar>
            <w:vAlign w:val="center"/>
          </w:tcPr>
          <w:p w14:paraId="32CAF3B5" w14:textId="77777777" w:rsidR="00150462" w:rsidRDefault="00EA774F">
            <w:pPr>
              <w:jc w:val="center"/>
            </w:pPr>
            <w:r>
              <w:t>9</w:t>
            </w:r>
          </w:p>
        </w:tc>
        <w:tc>
          <w:tcPr>
            <w:tcW w:w="4050" w:type="dxa"/>
            <w:tcMar>
              <w:top w:w="130" w:type="dxa"/>
              <w:left w:w="90" w:type="dxa"/>
              <w:bottom w:w="130" w:type="dxa"/>
              <w:right w:w="90" w:type="dxa"/>
            </w:tcMar>
            <w:vAlign w:val="center"/>
          </w:tcPr>
          <w:p w14:paraId="2EF42EC3" w14:textId="77777777" w:rsidR="00150462" w:rsidRDefault="00150462"/>
        </w:tc>
        <w:tc>
          <w:tcPr>
            <w:tcW w:w="4230" w:type="dxa"/>
            <w:tcMar>
              <w:top w:w="130" w:type="dxa"/>
              <w:left w:w="90" w:type="dxa"/>
              <w:bottom w:w="130" w:type="dxa"/>
              <w:right w:w="90" w:type="dxa"/>
            </w:tcMar>
            <w:vAlign w:val="center"/>
          </w:tcPr>
          <w:p w14:paraId="68B2B7AB" w14:textId="77777777" w:rsidR="00150462" w:rsidRDefault="00150462"/>
        </w:tc>
        <w:tc>
          <w:tcPr>
            <w:tcW w:w="1836" w:type="dxa"/>
            <w:tcMar>
              <w:top w:w="130" w:type="dxa"/>
              <w:left w:w="90" w:type="dxa"/>
              <w:bottom w:w="130" w:type="dxa"/>
              <w:right w:w="90" w:type="dxa"/>
            </w:tcMar>
            <w:vAlign w:val="center"/>
          </w:tcPr>
          <w:p w14:paraId="2B3D0A3E" w14:textId="77777777" w:rsidR="00150462" w:rsidRDefault="00150462"/>
        </w:tc>
      </w:tr>
      <w:tr w:rsidR="00150462" w14:paraId="42A20049" w14:textId="77777777" w:rsidTr="000D48F8">
        <w:tc>
          <w:tcPr>
            <w:tcW w:w="828" w:type="dxa"/>
            <w:tcMar>
              <w:top w:w="130" w:type="dxa"/>
              <w:left w:w="90" w:type="dxa"/>
              <w:bottom w:w="130" w:type="dxa"/>
              <w:right w:w="90" w:type="dxa"/>
            </w:tcMar>
            <w:vAlign w:val="center"/>
          </w:tcPr>
          <w:p w14:paraId="3131F8F9" w14:textId="77777777" w:rsidR="00150462" w:rsidRDefault="00EA774F">
            <w:pPr>
              <w:jc w:val="center"/>
            </w:pPr>
            <w:r>
              <w:t>10</w:t>
            </w:r>
          </w:p>
        </w:tc>
        <w:tc>
          <w:tcPr>
            <w:tcW w:w="4050" w:type="dxa"/>
            <w:tcMar>
              <w:top w:w="130" w:type="dxa"/>
              <w:left w:w="90" w:type="dxa"/>
              <w:bottom w:w="130" w:type="dxa"/>
              <w:right w:w="90" w:type="dxa"/>
            </w:tcMar>
            <w:vAlign w:val="center"/>
          </w:tcPr>
          <w:p w14:paraId="65292DFD" w14:textId="77777777" w:rsidR="00150462" w:rsidRDefault="00150462"/>
        </w:tc>
        <w:tc>
          <w:tcPr>
            <w:tcW w:w="4230" w:type="dxa"/>
            <w:tcMar>
              <w:top w:w="130" w:type="dxa"/>
              <w:left w:w="90" w:type="dxa"/>
              <w:bottom w:w="130" w:type="dxa"/>
              <w:right w:w="90" w:type="dxa"/>
            </w:tcMar>
            <w:vAlign w:val="center"/>
          </w:tcPr>
          <w:p w14:paraId="77D63253" w14:textId="77777777" w:rsidR="00150462" w:rsidRDefault="00150462"/>
        </w:tc>
        <w:tc>
          <w:tcPr>
            <w:tcW w:w="1836" w:type="dxa"/>
            <w:tcMar>
              <w:top w:w="130" w:type="dxa"/>
              <w:left w:w="90" w:type="dxa"/>
              <w:bottom w:w="130" w:type="dxa"/>
              <w:right w:w="90" w:type="dxa"/>
            </w:tcMar>
            <w:vAlign w:val="center"/>
          </w:tcPr>
          <w:p w14:paraId="6F559E2C" w14:textId="77777777" w:rsidR="00150462" w:rsidRDefault="00150462"/>
        </w:tc>
      </w:tr>
      <w:tr w:rsidR="00150462" w14:paraId="6A6FB030" w14:textId="77777777" w:rsidTr="000D48F8">
        <w:tc>
          <w:tcPr>
            <w:tcW w:w="828" w:type="dxa"/>
            <w:tcMar>
              <w:top w:w="130" w:type="dxa"/>
              <w:left w:w="90" w:type="dxa"/>
              <w:bottom w:w="130" w:type="dxa"/>
              <w:right w:w="90" w:type="dxa"/>
            </w:tcMar>
            <w:vAlign w:val="center"/>
          </w:tcPr>
          <w:p w14:paraId="5BF1C590" w14:textId="77777777" w:rsidR="00150462" w:rsidRDefault="00EA774F">
            <w:pPr>
              <w:jc w:val="center"/>
            </w:pPr>
            <w:r>
              <w:t>11</w:t>
            </w:r>
          </w:p>
        </w:tc>
        <w:tc>
          <w:tcPr>
            <w:tcW w:w="4050" w:type="dxa"/>
            <w:tcMar>
              <w:top w:w="130" w:type="dxa"/>
              <w:left w:w="90" w:type="dxa"/>
              <w:bottom w:w="130" w:type="dxa"/>
              <w:right w:w="90" w:type="dxa"/>
            </w:tcMar>
            <w:vAlign w:val="center"/>
          </w:tcPr>
          <w:p w14:paraId="6535055E" w14:textId="77777777" w:rsidR="00150462" w:rsidRDefault="00150462"/>
        </w:tc>
        <w:tc>
          <w:tcPr>
            <w:tcW w:w="4230" w:type="dxa"/>
            <w:tcMar>
              <w:top w:w="130" w:type="dxa"/>
              <w:left w:w="90" w:type="dxa"/>
              <w:bottom w:w="130" w:type="dxa"/>
              <w:right w:w="90" w:type="dxa"/>
            </w:tcMar>
            <w:vAlign w:val="center"/>
          </w:tcPr>
          <w:p w14:paraId="3E1BE21B" w14:textId="77777777" w:rsidR="00150462" w:rsidRDefault="00150462"/>
        </w:tc>
        <w:tc>
          <w:tcPr>
            <w:tcW w:w="1836" w:type="dxa"/>
            <w:tcMar>
              <w:top w:w="130" w:type="dxa"/>
              <w:left w:w="90" w:type="dxa"/>
              <w:bottom w:w="130" w:type="dxa"/>
              <w:right w:w="90" w:type="dxa"/>
            </w:tcMar>
            <w:vAlign w:val="center"/>
          </w:tcPr>
          <w:p w14:paraId="4EBE026B" w14:textId="77777777" w:rsidR="00150462" w:rsidRDefault="00150462"/>
        </w:tc>
      </w:tr>
      <w:tr w:rsidR="00150462" w14:paraId="1F55A52C" w14:textId="77777777" w:rsidTr="000D48F8">
        <w:tc>
          <w:tcPr>
            <w:tcW w:w="828" w:type="dxa"/>
            <w:tcMar>
              <w:top w:w="130" w:type="dxa"/>
              <w:left w:w="90" w:type="dxa"/>
              <w:bottom w:w="130" w:type="dxa"/>
              <w:right w:w="90" w:type="dxa"/>
            </w:tcMar>
            <w:vAlign w:val="center"/>
          </w:tcPr>
          <w:p w14:paraId="59C7222A" w14:textId="77777777" w:rsidR="00150462" w:rsidRDefault="00EA774F">
            <w:pPr>
              <w:jc w:val="center"/>
            </w:pPr>
            <w:r>
              <w:t>12</w:t>
            </w:r>
          </w:p>
        </w:tc>
        <w:tc>
          <w:tcPr>
            <w:tcW w:w="4050" w:type="dxa"/>
            <w:tcMar>
              <w:top w:w="130" w:type="dxa"/>
              <w:left w:w="90" w:type="dxa"/>
              <w:bottom w:w="130" w:type="dxa"/>
              <w:right w:w="90" w:type="dxa"/>
            </w:tcMar>
            <w:vAlign w:val="center"/>
          </w:tcPr>
          <w:p w14:paraId="47768158" w14:textId="77777777" w:rsidR="00150462" w:rsidRDefault="00150462"/>
        </w:tc>
        <w:tc>
          <w:tcPr>
            <w:tcW w:w="4230" w:type="dxa"/>
            <w:tcMar>
              <w:top w:w="130" w:type="dxa"/>
              <w:left w:w="90" w:type="dxa"/>
              <w:bottom w:w="130" w:type="dxa"/>
              <w:right w:w="90" w:type="dxa"/>
            </w:tcMar>
            <w:vAlign w:val="center"/>
          </w:tcPr>
          <w:p w14:paraId="284CEFE0" w14:textId="77777777" w:rsidR="00150462" w:rsidRDefault="00150462"/>
        </w:tc>
        <w:tc>
          <w:tcPr>
            <w:tcW w:w="1836" w:type="dxa"/>
            <w:tcMar>
              <w:top w:w="130" w:type="dxa"/>
              <w:left w:w="90" w:type="dxa"/>
              <w:bottom w:w="130" w:type="dxa"/>
              <w:right w:w="90" w:type="dxa"/>
            </w:tcMar>
            <w:vAlign w:val="center"/>
          </w:tcPr>
          <w:p w14:paraId="2A9B3539" w14:textId="77777777" w:rsidR="00150462" w:rsidRDefault="00150462"/>
        </w:tc>
      </w:tr>
    </w:tbl>
    <w:p w14:paraId="33AE5E2E" w14:textId="1EF7C7B6" w:rsidR="00150462" w:rsidRDefault="00150462" w:rsidP="00847325">
      <w:pPr>
        <w:spacing w:before="160"/>
        <w:jc w:val="center"/>
      </w:pPr>
    </w:p>
    <w:sectPr w:rsidR="00150462" w:rsidSect="009605D3">
      <w:footerReference w:type="default" r:id="rId12"/>
      <w:pgSz w:w="12240" w:h="15840"/>
      <w:pgMar w:top="648" w:right="648" w:bottom="432"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51370" w14:textId="77777777" w:rsidR="00E937D1" w:rsidRDefault="00E937D1" w:rsidP="009605D3">
      <w:pPr>
        <w:spacing w:after="0" w:line="240" w:lineRule="auto"/>
      </w:pPr>
      <w:r>
        <w:separator/>
      </w:r>
    </w:p>
  </w:endnote>
  <w:endnote w:type="continuationSeparator" w:id="0">
    <w:p w14:paraId="1EAAA712" w14:textId="77777777" w:rsidR="00E937D1" w:rsidRDefault="00E937D1" w:rsidP="00960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899F" w14:textId="77777777" w:rsidR="009605D3" w:rsidRDefault="009605D3" w:rsidP="009605D3">
    <w:pPr>
      <w:spacing w:before="160"/>
      <w:jc w:val="center"/>
    </w:pPr>
    <w:r>
      <w:rPr>
        <w:color w:val="6E6E6E"/>
        <w:sz w:val="16"/>
      </w:rPr>
      <w:t>Hand Protection Toolbox Talk | COMPANY</w:t>
    </w:r>
  </w:p>
  <w:p w14:paraId="0EC577B9" w14:textId="77777777" w:rsidR="009605D3" w:rsidRDefault="00960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BE15B" w14:textId="77777777" w:rsidR="00E937D1" w:rsidRDefault="00E937D1" w:rsidP="009605D3">
      <w:pPr>
        <w:spacing w:after="0" w:line="240" w:lineRule="auto"/>
      </w:pPr>
      <w:r>
        <w:separator/>
      </w:r>
    </w:p>
  </w:footnote>
  <w:footnote w:type="continuationSeparator" w:id="0">
    <w:p w14:paraId="3C5A4BD3" w14:textId="77777777" w:rsidR="00E937D1" w:rsidRDefault="00E937D1" w:rsidP="009605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3225151">
    <w:abstractNumId w:val="8"/>
  </w:num>
  <w:num w:numId="2" w16cid:durableId="69079943">
    <w:abstractNumId w:val="6"/>
  </w:num>
  <w:num w:numId="3" w16cid:durableId="32732754">
    <w:abstractNumId w:val="5"/>
  </w:num>
  <w:num w:numId="4" w16cid:durableId="1540782405">
    <w:abstractNumId w:val="4"/>
  </w:num>
  <w:num w:numId="5" w16cid:durableId="1202860522">
    <w:abstractNumId w:val="7"/>
  </w:num>
  <w:num w:numId="6" w16cid:durableId="869412263">
    <w:abstractNumId w:val="3"/>
  </w:num>
  <w:num w:numId="7" w16cid:durableId="1833058207">
    <w:abstractNumId w:val="2"/>
  </w:num>
  <w:num w:numId="8" w16cid:durableId="624698455">
    <w:abstractNumId w:val="1"/>
  </w:num>
  <w:num w:numId="9" w16cid:durableId="437913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8F8"/>
    <w:rsid w:val="00150462"/>
    <w:rsid w:val="0015074B"/>
    <w:rsid w:val="00157488"/>
    <w:rsid w:val="0020501B"/>
    <w:rsid w:val="0029639D"/>
    <w:rsid w:val="002C5C97"/>
    <w:rsid w:val="00326F90"/>
    <w:rsid w:val="005F4E14"/>
    <w:rsid w:val="00847325"/>
    <w:rsid w:val="009605D3"/>
    <w:rsid w:val="00AA1D8D"/>
    <w:rsid w:val="00AE7949"/>
    <w:rsid w:val="00B47730"/>
    <w:rsid w:val="00CB0664"/>
    <w:rsid w:val="00DD178A"/>
    <w:rsid w:val="00E937D1"/>
    <w:rsid w:val="00EA77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D525FAF-6137-4C8A-9B05-E1BEDC80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108482-C0A8-4AE7-A1FC-2A4409A7DB88}">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67B7CE0E-62EA-4F61-80DA-FB12204A0DE4}">
  <ds:schemaRefs>
    <ds:schemaRef ds:uri="http://schemas.microsoft.com/sharepoint/v3/contenttype/forms"/>
  </ds:schemaRefs>
</ds:datastoreItem>
</file>

<file path=customXml/itemProps4.xml><?xml version="1.0" encoding="utf-8"?>
<ds:datastoreItem xmlns:ds="http://schemas.openxmlformats.org/officeDocument/2006/customXml" ds:itemID="{45DA96F7-F0E6-4B67-B239-ABF9C36BB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403</Words>
  <Characters>2342</Characters>
  <Application>Microsoft Office Word</Application>
  <DocSecurity>0</DocSecurity>
  <Lines>123</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6</cp:revision>
  <dcterms:created xsi:type="dcterms:W3CDTF">2013-12-23T23:15:00Z</dcterms:created>
  <dcterms:modified xsi:type="dcterms:W3CDTF">2026-08-28T12:42:00Z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y fmtid="{D5CDD505-2E9C-101B-9397-08002B2CF9AE}" pid="3" name="MediaServiceImageTags">
    <vt:lpwstr/>
  </property>
  <property fmtid="{D5CDD505-2E9C-101B-9397-08002B2CF9AE}" pid="4" name="docLang">
    <vt:lpwstr>en</vt:lpwstr>
  </property>
</Properties>
</file>