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Layout w:type="fixed"/>
        <w:tblLook w:val="04A0" w:firstRow="1" w:lastRow="0" w:firstColumn="1" w:lastColumn="0" w:noHBand="0" w:noVBand="1"/>
      </w:tblPr>
      <w:tblGrid>
        <w:gridCol w:w="5184"/>
        <w:gridCol w:w="5184"/>
      </w:tblGrid>
      <w:tr w:rsidR="005D28B7" w14:paraId="064D3FA3" w14:textId="77777777" w:rsidTr="005D28B7">
        <w:trPr>
          <w:trHeight w:val="828"/>
          <w:jc w:val="center"/>
        </w:trPr>
        <w:tc>
          <w:tcPr>
            <w:tcW w:w="5184" w:type="dxa"/>
            <w:shd w:val="clear" w:color="auto" w:fill="1F4E79"/>
            <w:tcMar>
              <w:top w:w="65" w:type="dxa"/>
              <w:left w:w="100" w:type="dxa"/>
              <w:bottom w:w="65" w:type="dxa"/>
              <w:right w:w="100" w:type="dxa"/>
            </w:tcMar>
            <w:vAlign w:val="center"/>
          </w:tcPr>
          <w:p w14:paraId="68FC372D" w14:textId="77777777" w:rsidR="005D28B7" w:rsidRDefault="005D28B7">
            <w:pPr>
              <w:jc w:val="center"/>
            </w:pPr>
            <w:r>
              <w:rPr>
                <w:b/>
                <w:color w:val="FFFFFF"/>
                <w:sz w:val="36"/>
              </w:rPr>
              <w:t>ERGONOMICS TOOLBOX TALK</w:t>
            </w:r>
          </w:p>
        </w:tc>
        <w:tc>
          <w:tcPr>
            <w:tcW w:w="5184" w:type="dxa"/>
            <w:tcMar>
              <w:top w:w="65" w:type="dxa"/>
              <w:left w:w="100" w:type="dxa"/>
              <w:bottom w:w="65" w:type="dxa"/>
              <w:right w:w="100" w:type="dxa"/>
            </w:tcMar>
            <w:vAlign w:val="center"/>
          </w:tcPr>
          <w:p w14:paraId="2EDD9942" w14:textId="2259241A" w:rsidR="005D28B7" w:rsidRDefault="005D28B7">
            <w:pPr>
              <w:jc w:val="center"/>
            </w:pPr>
            <w:r w:rsidRPr="005D28B7">
              <w:rPr>
                <w:rFonts w:ascii="Calibri" w:eastAsia="Times New Roman" w:hAnsi="Calibri" w:cs="Times New Roman"/>
                <w:noProof/>
                <w:sz w:val="20"/>
              </w:rPr>
              <w:drawing>
                <wp:inline distT="0" distB="0" distL="0" distR="0" wp14:anchorId="302C1AEA" wp14:editId="5A516B68">
                  <wp:extent cx="1853896" cy="554982"/>
                  <wp:effectExtent l="0" t="0" r="0" b="0"/>
                  <wp:docPr id="424429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6936" cy="570860"/>
                          </a:xfrm>
                          <a:prstGeom prst="rect">
                            <a:avLst/>
                          </a:prstGeom>
                          <a:noFill/>
                          <a:ln>
                            <a:noFill/>
                          </a:ln>
                        </pic:spPr>
                      </pic:pic>
                    </a:graphicData>
                  </a:graphic>
                </wp:inline>
              </w:drawing>
            </w:r>
          </w:p>
        </w:tc>
      </w:tr>
    </w:tbl>
    <w:p w14:paraId="63AA4220" w14:textId="77777777" w:rsidR="00E13632" w:rsidRDefault="00E13632" w:rsidP="00E13632">
      <w:pPr>
        <w:spacing w:before="100" w:after="0" w:line="240" w:lineRule="auto"/>
        <w:rPr>
          <w:b/>
          <w:sz w:val="18"/>
          <w:szCs w:val="18"/>
        </w:rPr>
      </w:pPr>
    </w:p>
    <w:p w14:paraId="1B8FA3DE" w14:textId="565DB309" w:rsidR="00563D5D" w:rsidRPr="00E13632" w:rsidRDefault="00AF77E8" w:rsidP="00E13632">
      <w:pPr>
        <w:spacing w:before="100" w:after="0" w:line="240" w:lineRule="auto"/>
        <w:rPr>
          <w:sz w:val="18"/>
          <w:szCs w:val="18"/>
        </w:rPr>
      </w:pPr>
      <w:r w:rsidRPr="00E13632">
        <w:rPr>
          <w:b/>
          <w:sz w:val="18"/>
          <w:szCs w:val="18"/>
        </w:rPr>
        <w:t>Ergonomics is about fitting the work to the worker. Good ergonomic practices reduce physical strain, fatigue, and the risk of work-related injuries.</w:t>
      </w:r>
    </w:p>
    <w:tbl>
      <w:tblPr>
        <w:tblStyle w:val="TableGrid"/>
        <w:tblW w:w="0" w:type="auto"/>
        <w:jc w:val="center"/>
        <w:tblLayout w:type="fixed"/>
        <w:tblLook w:val="04A0" w:firstRow="1" w:lastRow="0" w:firstColumn="1" w:lastColumn="0" w:noHBand="0" w:noVBand="1"/>
      </w:tblPr>
      <w:tblGrid>
        <w:gridCol w:w="3456"/>
        <w:gridCol w:w="3456"/>
        <w:gridCol w:w="3456"/>
      </w:tblGrid>
      <w:tr w:rsidR="00563D5D" w14:paraId="5F52457E" w14:textId="77777777">
        <w:trPr>
          <w:jc w:val="center"/>
        </w:trPr>
        <w:tc>
          <w:tcPr>
            <w:tcW w:w="3456" w:type="dxa"/>
            <w:shd w:val="clear" w:color="auto" w:fill="EAF2F8"/>
            <w:tcMar>
              <w:top w:w="55" w:type="dxa"/>
              <w:left w:w="90" w:type="dxa"/>
              <w:bottom w:w="55" w:type="dxa"/>
              <w:right w:w="90" w:type="dxa"/>
            </w:tcMar>
          </w:tcPr>
          <w:p w14:paraId="708E3471" w14:textId="77777777" w:rsidR="00563D5D" w:rsidRDefault="00AF77E8">
            <w:r>
              <w:rPr>
                <w:b/>
                <w:sz w:val="18"/>
              </w:rPr>
              <w:t>Date</w:t>
            </w:r>
          </w:p>
        </w:tc>
        <w:tc>
          <w:tcPr>
            <w:tcW w:w="3456" w:type="dxa"/>
            <w:shd w:val="clear" w:color="auto" w:fill="EAF2F8"/>
            <w:tcMar>
              <w:top w:w="55" w:type="dxa"/>
              <w:left w:w="90" w:type="dxa"/>
              <w:bottom w:w="55" w:type="dxa"/>
              <w:right w:w="90" w:type="dxa"/>
            </w:tcMar>
          </w:tcPr>
          <w:p w14:paraId="1A7EC71E" w14:textId="77777777" w:rsidR="00563D5D" w:rsidRDefault="00AF77E8">
            <w:r>
              <w:rPr>
                <w:b/>
                <w:sz w:val="18"/>
              </w:rPr>
              <w:t>Project / Location</w:t>
            </w:r>
          </w:p>
        </w:tc>
        <w:tc>
          <w:tcPr>
            <w:tcW w:w="3456" w:type="dxa"/>
            <w:shd w:val="clear" w:color="auto" w:fill="EAF2F8"/>
            <w:tcMar>
              <w:top w:w="55" w:type="dxa"/>
              <w:left w:w="90" w:type="dxa"/>
              <w:bottom w:w="55" w:type="dxa"/>
              <w:right w:w="90" w:type="dxa"/>
            </w:tcMar>
          </w:tcPr>
          <w:p w14:paraId="0CA98B50" w14:textId="39952FDA" w:rsidR="00563D5D" w:rsidRDefault="005D28B7">
            <w:r>
              <w:rPr>
                <w:b/>
                <w:sz w:val="18"/>
              </w:rPr>
              <w:t>Instructor</w:t>
            </w:r>
          </w:p>
        </w:tc>
      </w:tr>
      <w:tr w:rsidR="00563D5D" w14:paraId="3FE9E338" w14:textId="77777777">
        <w:trPr>
          <w:jc w:val="center"/>
        </w:trPr>
        <w:tc>
          <w:tcPr>
            <w:tcW w:w="3456" w:type="dxa"/>
            <w:tcMar>
              <w:top w:w="65" w:type="dxa"/>
              <w:left w:w="90" w:type="dxa"/>
              <w:bottom w:w="65" w:type="dxa"/>
              <w:right w:w="90" w:type="dxa"/>
            </w:tcMar>
          </w:tcPr>
          <w:p w14:paraId="7240CCE9" w14:textId="771E7EB0" w:rsidR="00563D5D" w:rsidRDefault="00563D5D"/>
        </w:tc>
        <w:tc>
          <w:tcPr>
            <w:tcW w:w="3456" w:type="dxa"/>
            <w:tcMar>
              <w:top w:w="65" w:type="dxa"/>
              <w:left w:w="90" w:type="dxa"/>
              <w:bottom w:w="65" w:type="dxa"/>
              <w:right w:w="90" w:type="dxa"/>
            </w:tcMar>
          </w:tcPr>
          <w:p w14:paraId="3B01F431" w14:textId="67EF2DA1" w:rsidR="00563D5D" w:rsidRDefault="00563D5D"/>
        </w:tc>
        <w:tc>
          <w:tcPr>
            <w:tcW w:w="3456" w:type="dxa"/>
            <w:tcMar>
              <w:top w:w="65" w:type="dxa"/>
              <w:left w:w="90" w:type="dxa"/>
              <w:bottom w:w="65" w:type="dxa"/>
              <w:right w:w="90" w:type="dxa"/>
            </w:tcMar>
          </w:tcPr>
          <w:p w14:paraId="5501C4DB" w14:textId="5DB677E4" w:rsidR="00563D5D" w:rsidRDefault="00563D5D"/>
        </w:tc>
      </w:tr>
    </w:tbl>
    <w:p w14:paraId="51845A62" w14:textId="70E1D191" w:rsidR="00563D5D" w:rsidRPr="00D97D23" w:rsidRDefault="00AF77E8">
      <w:pPr>
        <w:keepNext/>
        <w:spacing w:before="140" w:after="60"/>
      </w:pPr>
      <w:r w:rsidRPr="00D97D23">
        <w:rPr>
          <w:b/>
          <w:sz w:val="26"/>
        </w:rPr>
        <w:t>Introduction</w:t>
      </w:r>
    </w:p>
    <w:p w14:paraId="5D8C42EF" w14:textId="3C225014" w:rsidR="00563D5D" w:rsidRPr="00A421BA" w:rsidRDefault="00AF77E8">
      <w:pPr>
        <w:spacing w:after="60" w:line="252" w:lineRule="auto"/>
        <w:rPr>
          <w:sz w:val="19"/>
          <w:szCs w:val="19"/>
        </w:rPr>
      </w:pPr>
      <w:r w:rsidRPr="00A421BA">
        <w:rPr>
          <w:sz w:val="19"/>
          <w:szCs w:val="19"/>
        </w:rPr>
        <w:t>Open with: “Today’s safety topic is ergonomics—working smarter so the job fits the worker.” Reinforce that small changes in how we lift, carry, reach, use tools, and arrange work can reduce strain and injury risk.</w:t>
      </w:r>
    </w:p>
    <w:p w14:paraId="68F0A2CA" w14:textId="77777777" w:rsidR="00563D5D" w:rsidRPr="00A421BA" w:rsidRDefault="00AF77E8">
      <w:pPr>
        <w:spacing w:after="60" w:line="252" w:lineRule="auto"/>
        <w:rPr>
          <w:sz w:val="19"/>
          <w:szCs w:val="19"/>
        </w:rPr>
      </w:pPr>
      <w:r w:rsidRPr="00A421BA">
        <w:rPr>
          <w:b/>
          <w:sz w:val="19"/>
          <w:szCs w:val="19"/>
        </w:rPr>
        <w:t>Key Points: Fit the task to the worker. Reduce unnecessary force, awkward postures, and repetitive motion.</w:t>
      </w:r>
    </w:p>
    <w:p w14:paraId="45745123" w14:textId="77777777" w:rsidR="00E13632" w:rsidRDefault="00E13632" w:rsidP="00840730">
      <w:pPr>
        <w:keepNext/>
        <w:spacing w:after="0" w:line="240" w:lineRule="auto"/>
        <w:rPr>
          <w:b/>
          <w:sz w:val="26"/>
        </w:rPr>
      </w:pPr>
    </w:p>
    <w:p w14:paraId="72A202A9" w14:textId="4A2340A8" w:rsidR="00563D5D" w:rsidRDefault="00AF77E8">
      <w:pPr>
        <w:keepNext/>
        <w:spacing w:before="140" w:after="60"/>
      </w:pPr>
      <w:r w:rsidRPr="00D97D23">
        <w:rPr>
          <w:b/>
          <w:sz w:val="26"/>
        </w:rPr>
        <w:t>Why It Matters</w:t>
      </w:r>
    </w:p>
    <w:p w14:paraId="4C4D0115" w14:textId="5CF5E12B" w:rsidR="00563D5D" w:rsidRPr="00A421BA" w:rsidRDefault="00AF77E8">
      <w:pPr>
        <w:spacing w:after="60" w:line="252" w:lineRule="auto"/>
        <w:rPr>
          <w:sz w:val="19"/>
          <w:szCs w:val="19"/>
        </w:rPr>
      </w:pPr>
      <w:r w:rsidRPr="00A421BA">
        <w:rPr>
          <w:sz w:val="19"/>
          <w:szCs w:val="19"/>
        </w:rPr>
        <w:t>Connect ergonomic hazards to real work risks, including strains, sprains, fatigue, and injuries that can develop over time.</w:t>
      </w:r>
    </w:p>
    <w:p w14:paraId="412F6DDA" w14:textId="77777777" w:rsidR="00563D5D" w:rsidRPr="00A421BA" w:rsidRDefault="00AF77E8">
      <w:pPr>
        <w:pStyle w:val="ListBullet"/>
        <w:spacing w:after="50" w:line="252" w:lineRule="auto"/>
        <w:rPr>
          <w:sz w:val="19"/>
          <w:szCs w:val="19"/>
        </w:rPr>
      </w:pPr>
      <w:r w:rsidRPr="00A421BA">
        <w:rPr>
          <w:sz w:val="19"/>
          <w:szCs w:val="19"/>
        </w:rPr>
        <w:t>Awkward positions and repetitive work increase physical stress.</w:t>
      </w:r>
    </w:p>
    <w:p w14:paraId="53961B43" w14:textId="77777777" w:rsidR="00563D5D" w:rsidRDefault="00AF77E8">
      <w:pPr>
        <w:pStyle w:val="ListBullet"/>
        <w:spacing w:after="50" w:line="252" w:lineRule="auto"/>
        <w:rPr>
          <w:sz w:val="19"/>
          <w:szCs w:val="19"/>
        </w:rPr>
      </w:pPr>
      <w:r w:rsidRPr="00A421BA">
        <w:rPr>
          <w:sz w:val="19"/>
          <w:szCs w:val="19"/>
        </w:rPr>
        <w:t>Mechanical aids and proper tools reduce unnecessary effort.</w:t>
      </w:r>
    </w:p>
    <w:p w14:paraId="523158AA" w14:textId="77777777" w:rsidR="00E13632" w:rsidRPr="00A421BA" w:rsidRDefault="00E13632" w:rsidP="00E13632">
      <w:pPr>
        <w:pStyle w:val="ListBullet"/>
        <w:numPr>
          <w:ilvl w:val="0"/>
          <w:numId w:val="0"/>
        </w:numPr>
        <w:spacing w:after="50" w:line="252" w:lineRule="auto"/>
        <w:ind w:left="360"/>
        <w:rPr>
          <w:sz w:val="19"/>
          <w:szCs w:val="19"/>
        </w:rPr>
      </w:pPr>
    </w:p>
    <w:tbl>
      <w:tblPr>
        <w:tblStyle w:val="TableGrid"/>
        <w:tblW w:w="0" w:type="auto"/>
        <w:jc w:val="center"/>
        <w:tblLook w:val="04A0" w:firstRow="1" w:lastRow="0" w:firstColumn="1" w:lastColumn="0" w:noHBand="0" w:noVBand="1"/>
      </w:tblPr>
      <w:tblGrid>
        <w:gridCol w:w="10368"/>
      </w:tblGrid>
      <w:tr w:rsidR="00563D5D" w:rsidRPr="00C85BCD" w14:paraId="706878FC" w14:textId="77777777">
        <w:trPr>
          <w:jc w:val="center"/>
        </w:trPr>
        <w:tc>
          <w:tcPr>
            <w:tcW w:w="10368" w:type="dxa"/>
            <w:shd w:val="clear" w:color="auto" w:fill="FFF2CC"/>
            <w:tcMar>
              <w:top w:w="80" w:type="dxa"/>
              <w:left w:w="120" w:type="dxa"/>
              <w:bottom w:w="80" w:type="dxa"/>
              <w:right w:w="120" w:type="dxa"/>
            </w:tcMar>
          </w:tcPr>
          <w:p w14:paraId="40A0B5BA" w14:textId="77777777" w:rsidR="00563D5D" w:rsidRPr="00C85BCD" w:rsidRDefault="00AF77E8">
            <w:pPr>
              <w:rPr>
                <w:sz w:val="19"/>
                <w:szCs w:val="19"/>
              </w:rPr>
            </w:pPr>
            <w:r w:rsidRPr="00C85BCD">
              <w:rPr>
                <w:b/>
                <w:sz w:val="19"/>
                <w:szCs w:val="19"/>
              </w:rPr>
              <w:t>Quick Engagement Question: “What task on this job puts the most strain on your back, shoulders, hands, or knees?”</w:t>
            </w:r>
          </w:p>
        </w:tc>
      </w:tr>
    </w:tbl>
    <w:p w14:paraId="72F64245" w14:textId="667DCEFF" w:rsidR="00563D5D" w:rsidRDefault="00AF77E8">
      <w:pPr>
        <w:keepNext/>
        <w:spacing w:before="140" w:after="60"/>
      </w:pPr>
      <w:r w:rsidRPr="00D97D23">
        <w:rPr>
          <w:b/>
          <w:sz w:val="26"/>
        </w:rPr>
        <w:t>Recognizing Ergonomic Risks</w:t>
      </w:r>
    </w:p>
    <w:p w14:paraId="6C595277" w14:textId="5FCC1B44" w:rsidR="00563D5D" w:rsidRPr="00C85BCD" w:rsidRDefault="00AF77E8">
      <w:pPr>
        <w:spacing w:after="60" w:line="252" w:lineRule="auto"/>
        <w:rPr>
          <w:sz w:val="19"/>
          <w:szCs w:val="19"/>
        </w:rPr>
      </w:pPr>
      <w:r w:rsidRPr="00C85BCD">
        <w:rPr>
          <w:sz w:val="19"/>
          <w:szCs w:val="19"/>
        </w:rPr>
        <w:t>Look at the task before starting. Identify where the load, posture, repetition, tool choice, or work area can be improved.</w:t>
      </w:r>
    </w:p>
    <w:tbl>
      <w:tblPr>
        <w:tblStyle w:val="TableGrid"/>
        <w:tblW w:w="0" w:type="auto"/>
        <w:jc w:val="center"/>
        <w:tblLayout w:type="fixed"/>
        <w:tblLook w:val="04A0" w:firstRow="1" w:lastRow="0" w:firstColumn="1" w:lastColumn="0" w:noHBand="0" w:noVBand="1"/>
      </w:tblPr>
      <w:tblGrid>
        <w:gridCol w:w="5184"/>
        <w:gridCol w:w="5184"/>
      </w:tblGrid>
      <w:tr w:rsidR="00563D5D" w:rsidRPr="00D26D28" w14:paraId="58D34161" w14:textId="77777777">
        <w:trPr>
          <w:jc w:val="center"/>
        </w:trPr>
        <w:tc>
          <w:tcPr>
            <w:tcW w:w="5184" w:type="dxa"/>
            <w:shd w:val="clear" w:color="auto" w:fill="EAF2F8"/>
            <w:tcMar>
              <w:top w:w="80" w:type="dxa"/>
              <w:left w:w="110" w:type="dxa"/>
              <w:bottom w:w="80" w:type="dxa"/>
              <w:right w:w="110" w:type="dxa"/>
            </w:tcMar>
          </w:tcPr>
          <w:p w14:paraId="39BD93BF" w14:textId="77777777" w:rsidR="00563D5D" w:rsidRPr="00D26D28" w:rsidRDefault="00AF77E8">
            <w:pPr>
              <w:rPr>
                <w:sz w:val="19"/>
                <w:szCs w:val="19"/>
                <w:u w:val="single"/>
              </w:rPr>
            </w:pPr>
            <w:r w:rsidRPr="00D26D28">
              <w:rPr>
                <w:b/>
                <w:sz w:val="19"/>
                <w:szCs w:val="19"/>
                <w:u w:val="single"/>
              </w:rPr>
              <w:t>Risks to Watch For</w:t>
            </w:r>
          </w:p>
          <w:p w14:paraId="38D9CB3F" w14:textId="77777777" w:rsidR="00563D5D" w:rsidRPr="00D26D28" w:rsidRDefault="00AF77E8">
            <w:pPr>
              <w:spacing w:after="40"/>
              <w:rPr>
                <w:sz w:val="19"/>
                <w:szCs w:val="19"/>
              </w:rPr>
            </w:pPr>
            <w:r w:rsidRPr="00D26D28">
              <w:rPr>
                <w:b/>
                <w:sz w:val="19"/>
                <w:szCs w:val="19"/>
              </w:rPr>
              <w:t>Repetitive motion</w:t>
            </w:r>
          </w:p>
          <w:p w14:paraId="165706F5" w14:textId="77777777" w:rsidR="00563D5D" w:rsidRPr="00D26D28" w:rsidRDefault="00AF77E8">
            <w:pPr>
              <w:spacing w:after="40"/>
              <w:rPr>
                <w:sz w:val="19"/>
                <w:szCs w:val="19"/>
              </w:rPr>
            </w:pPr>
            <w:r w:rsidRPr="00D26D28">
              <w:rPr>
                <w:b/>
                <w:sz w:val="19"/>
                <w:szCs w:val="19"/>
              </w:rPr>
              <w:t>Awkward bending, twisting, or reaching</w:t>
            </w:r>
          </w:p>
          <w:p w14:paraId="23B29B07" w14:textId="77777777" w:rsidR="00563D5D" w:rsidRPr="00D26D28" w:rsidRDefault="00AF77E8">
            <w:pPr>
              <w:spacing w:after="40"/>
              <w:rPr>
                <w:sz w:val="19"/>
                <w:szCs w:val="19"/>
              </w:rPr>
            </w:pPr>
            <w:r w:rsidRPr="00D26D28">
              <w:rPr>
                <w:b/>
                <w:sz w:val="19"/>
                <w:szCs w:val="19"/>
              </w:rPr>
              <w:t>Heavy, bulky, or awkward loads</w:t>
            </w:r>
          </w:p>
        </w:tc>
        <w:tc>
          <w:tcPr>
            <w:tcW w:w="5184" w:type="dxa"/>
            <w:shd w:val="clear" w:color="auto" w:fill="EAF2F8"/>
            <w:tcMar>
              <w:top w:w="80" w:type="dxa"/>
              <w:left w:w="110" w:type="dxa"/>
              <w:bottom w:w="80" w:type="dxa"/>
              <w:right w:w="110" w:type="dxa"/>
            </w:tcMar>
          </w:tcPr>
          <w:p w14:paraId="15F233F6" w14:textId="77777777" w:rsidR="00563D5D" w:rsidRPr="00D26D28" w:rsidRDefault="00AF77E8">
            <w:pPr>
              <w:rPr>
                <w:sz w:val="19"/>
                <w:szCs w:val="19"/>
                <w:u w:val="single"/>
              </w:rPr>
            </w:pPr>
            <w:r w:rsidRPr="00D26D28">
              <w:rPr>
                <w:b/>
                <w:sz w:val="19"/>
                <w:szCs w:val="19"/>
                <w:u w:val="single"/>
              </w:rPr>
              <w:t>Ways to Reduce the Risk</w:t>
            </w:r>
          </w:p>
          <w:p w14:paraId="07C024BC" w14:textId="77777777" w:rsidR="00563D5D" w:rsidRPr="00D26D28" w:rsidRDefault="00AF77E8">
            <w:pPr>
              <w:pStyle w:val="ListBullet"/>
              <w:spacing w:after="20"/>
              <w:rPr>
                <w:sz w:val="19"/>
                <w:szCs w:val="19"/>
              </w:rPr>
            </w:pPr>
            <w:r w:rsidRPr="00D26D28">
              <w:rPr>
                <w:sz w:val="19"/>
                <w:szCs w:val="19"/>
              </w:rPr>
              <w:t>Rearrange the task or work area</w:t>
            </w:r>
          </w:p>
          <w:p w14:paraId="714DF4E5" w14:textId="77777777" w:rsidR="00563D5D" w:rsidRPr="00D26D28" w:rsidRDefault="00AF77E8">
            <w:pPr>
              <w:pStyle w:val="ListBullet"/>
              <w:spacing w:after="20"/>
              <w:rPr>
                <w:sz w:val="19"/>
                <w:szCs w:val="19"/>
              </w:rPr>
            </w:pPr>
            <w:r w:rsidRPr="00D26D28">
              <w:rPr>
                <w:sz w:val="19"/>
                <w:szCs w:val="19"/>
              </w:rPr>
              <w:t>Use mechanical handling aids</w:t>
            </w:r>
          </w:p>
          <w:p w14:paraId="56B8E2A9" w14:textId="77777777" w:rsidR="00563D5D" w:rsidRPr="00D26D28" w:rsidRDefault="00AF77E8">
            <w:pPr>
              <w:pStyle w:val="ListBullet"/>
              <w:spacing w:after="20"/>
              <w:rPr>
                <w:sz w:val="19"/>
                <w:szCs w:val="19"/>
              </w:rPr>
            </w:pPr>
            <w:r w:rsidRPr="00D26D28">
              <w:rPr>
                <w:sz w:val="19"/>
                <w:szCs w:val="19"/>
              </w:rPr>
              <w:t>Use the right tool for the job</w:t>
            </w:r>
          </w:p>
          <w:p w14:paraId="0DDC55C6" w14:textId="77777777" w:rsidR="00563D5D" w:rsidRPr="00D26D28" w:rsidRDefault="00AF77E8">
            <w:pPr>
              <w:pStyle w:val="ListBullet"/>
              <w:spacing w:after="20"/>
              <w:rPr>
                <w:sz w:val="19"/>
                <w:szCs w:val="19"/>
              </w:rPr>
            </w:pPr>
            <w:r w:rsidRPr="00D26D28">
              <w:rPr>
                <w:sz w:val="19"/>
                <w:szCs w:val="19"/>
              </w:rPr>
              <w:t>Ask for help with awkward loads</w:t>
            </w:r>
          </w:p>
        </w:tc>
      </w:tr>
    </w:tbl>
    <w:tbl>
      <w:tblPr>
        <w:tblStyle w:val="TableGrid"/>
        <w:tblW w:w="0" w:type="auto"/>
        <w:jc w:val="center"/>
        <w:tblLook w:val="04A0" w:firstRow="1" w:lastRow="0" w:firstColumn="1" w:lastColumn="0" w:noHBand="0" w:noVBand="1"/>
      </w:tblPr>
      <w:tblGrid>
        <w:gridCol w:w="10368"/>
      </w:tblGrid>
      <w:tr w:rsidR="00563D5D" w:rsidRPr="00D26D28" w14:paraId="396A471C" w14:textId="77777777">
        <w:trPr>
          <w:jc w:val="center"/>
        </w:trPr>
        <w:tc>
          <w:tcPr>
            <w:tcW w:w="10368" w:type="dxa"/>
            <w:shd w:val="clear" w:color="auto" w:fill="F2F2F2"/>
            <w:tcMar>
              <w:top w:w="75" w:type="dxa"/>
              <w:left w:w="110" w:type="dxa"/>
              <w:bottom w:w="75" w:type="dxa"/>
              <w:right w:w="110" w:type="dxa"/>
            </w:tcMar>
          </w:tcPr>
          <w:p w14:paraId="3B8005C6" w14:textId="57F7C139" w:rsidR="00563D5D" w:rsidRPr="00D26D28" w:rsidRDefault="00AF77E8">
            <w:pPr>
              <w:rPr>
                <w:sz w:val="19"/>
                <w:szCs w:val="19"/>
              </w:rPr>
            </w:pPr>
            <w:r w:rsidRPr="00D26D28">
              <w:rPr>
                <w:b/>
                <w:sz w:val="19"/>
                <w:szCs w:val="19"/>
              </w:rPr>
              <w:t>Mini Scenario</w:t>
            </w:r>
            <w:r w:rsidRPr="00D26D28">
              <w:rPr>
                <w:b/>
                <w:sz w:val="19"/>
                <w:szCs w:val="19"/>
              </w:rPr>
              <w:t>: “You need to move several awkward boxes across the work area. What could you change before starting to reduce strain?”</w:t>
            </w:r>
          </w:p>
        </w:tc>
      </w:tr>
    </w:tbl>
    <w:p w14:paraId="3D36D045" w14:textId="037B0294" w:rsidR="00563D5D" w:rsidRPr="00D97D23" w:rsidRDefault="00AF77E8">
      <w:pPr>
        <w:keepNext/>
        <w:spacing w:before="140" w:after="60"/>
      </w:pPr>
      <w:r w:rsidRPr="00D97D23">
        <w:rPr>
          <w:b/>
          <w:sz w:val="26"/>
        </w:rPr>
        <w:t>Working Smarter</w:t>
      </w:r>
    </w:p>
    <w:p w14:paraId="7AE0AB66" w14:textId="343EE814" w:rsidR="00563D5D" w:rsidRPr="00C5538E" w:rsidRDefault="00AF77E8">
      <w:pPr>
        <w:spacing w:after="60" w:line="252" w:lineRule="auto"/>
        <w:rPr>
          <w:sz w:val="19"/>
          <w:szCs w:val="19"/>
        </w:rPr>
      </w:pPr>
      <w:r w:rsidRPr="00C5538E">
        <w:rPr>
          <w:sz w:val="19"/>
          <w:szCs w:val="19"/>
        </w:rPr>
        <w:t>Focus on simple, practical ways to reduce physical strain before and during the task.</w:t>
      </w:r>
    </w:p>
    <w:tbl>
      <w:tblPr>
        <w:tblStyle w:val="TableGrid"/>
        <w:tblW w:w="0" w:type="auto"/>
        <w:jc w:val="center"/>
        <w:tblLayout w:type="fixed"/>
        <w:tblLook w:val="04A0" w:firstRow="1" w:lastRow="0" w:firstColumn="1" w:lastColumn="0" w:noHBand="0" w:noVBand="1"/>
      </w:tblPr>
      <w:tblGrid>
        <w:gridCol w:w="3456"/>
        <w:gridCol w:w="3456"/>
        <w:gridCol w:w="3456"/>
      </w:tblGrid>
      <w:tr w:rsidR="00563D5D" w:rsidRPr="00C5538E" w14:paraId="3E8EF08D" w14:textId="77777777">
        <w:trPr>
          <w:jc w:val="center"/>
        </w:trPr>
        <w:tc>
          <w:tcPr>
            <w:tcW w:w="3456" w:type="dxa"/>
            <w:shd w:val="clear" w:color="auto" w:fill="EAF2F8"/>
            <w:tcMar>
              <w:top w:w="75" w:type="dxa"/>
              <w:left w:w="100" w:type="dxa"/>
              <w:bottom w:w="75" w:type="dxa"/>
              <w:right w:w="100" w:type="dxa"/>
            </w:tcMar>
          </w:tcPr>
          <w:p w14:paraId="181C5B13" w14:textId="77777777" w:rsidR="00563D5D" w:rsidRPr="00C5538E" w:rsidRDefault="00AF77E8">
            <w:pPr>
              <w:rPr>
                <w:sz w:val="19"/>
                <w:szCs w:val="19"/>
                <w:u w:val="single"/>
              </w:rPr>
            </w:pPr>
            <w:r w:rsidRPr="00C5538E">
              <w:rPr>
                <w:b/>
                <w:sz w:val="19"/>
                <w:szCs w:val="19"/>
                <w:u w:val="single"/>
              </w:rPr>
              <w:t>Plan the Task</w:t>
            </w:r>
          </w:p>
          <w:p w14:paraId="12DE947D" w14:textId="77777777" w:rsidR="00563D5D" w:rsidRPr="00C5538E" w:rsidRDefault="00AF77E8">
            <w:pPr>
              <w:pStyle w:val="ListBullet"/>
              <w:spacing w:after="20"/>
              <w:rPr>
                <w:sz w:val="19"/>
                <w:szCs w:val="19"/>
              </w:rPr>
            </w:pPr>
            <w:r w:rsidRPr="00C5538E">
              <w:rPr>
                <w:sz w:val="19"/>
                <w:szCs w:val="19"/>
              </w:rPr>
              <w:t>Reduce unnecessary carrying</w:t>
            </w:r>
          </w:p>
          <w:p w14:paraId="7FF335CE" w14:textId="77777777" w:rsidR="00563D5D" w:rsidRPr="00C5538E" w:rsidRDefault="00AF77E8">
            <w:pPr>
              <w:pStyle w:val="ListBullet"/>
              <w:spacing w:after="20"/>
              <w:rPr>
                <w:sz w:val="19"/>
                <w:szCs w:val="19"/>
              </w:rPr>
            </w:pPr>
            <w:r w:rsidRPr="00C5538E">
              <w:rPr>
                <w:sz w:val="19"/>
                <w:szCs w:val="19"/>
              </w:rPr>
              <w:t>Rearrange the work layout</w:t>
            </w:r>
          </w:p>
          <w:p w14:paraId="30641B18" w14:textId="77777777" w:rsidR="00563D5D" w:rsidRPr="00C5538E" w:rsidRDefault="00AF77E8">
            <w:pPr>
              <w:pStyle w:val="ListBullet"/>
              <w:spacing w:after="20"/>
              <w:rPr>
                <w:sz w:val="19"/>
                <w:szCs w:val="19"/>
              </w:rPr>
            </w:pPr>
            <w:r w:rsidRPr="00C5538E">
              <w:rPr>
                <w:sz w:val="19"/>
                <w:szCs w:val="19"/>
              </w:rPr>
              <w:t>Keep travel paths clear</w:t>
            </w:r>
          </w:p>
        </w:tc>
        <w:tc>
          <w:tcPr>
            <w:tcW w:w="3456" w:type="dxa"/>
            <w:shd w:val="clear" w:color="auto" w:fill="EAF2F8"/>
            <w:tcMar>
              <w:top w:w="75" w:type="dxa"/>
              <w:left w:w="100" w:type="dxa"/>
              <w:bottom w:w="75" w:type="dxa"/>
              <w:right w:w="100" w:type="dxa"/>
            </w:tcMar>
          </w:tcPr>
          <w:p w14:paraId="0B7039EB" w14:textId="77777777" w:rsidR="00563D5D" w:rsidRPr="00C5538E" w:rsidRDefault="00AF77E8">
            <w:pPr>
              <w:rPr>
                <w:sz w:val="19"/>
                <w:szCs w:val="19"/>
                <w:u w:val="single"/>
              </w:rPr>
            </w:pPr>
            <w:r w:rsidRPr="00C5538E">
              <w:rPr>
                <w:b/>
                <w:sz w:val="19"/>
                <w:szCs w:val="19"/>
                <w:u w:val="single"/>
              </w:rPr>
              <w:t>Use the Right Support</w:t>
            </w:r>
          </w:p>
          <w:p w14:paraId="6B6AA9CF" w14:textId="77777777" w:rsidR="00563D5D" w:rsidRPr="00C5538E" w:rsidRDefault="00AF77E8">
            <w:pPr>
              <w:pStyle w:val="ListBullet"/>
              <w:spacing w:after="20"/>
              <w:rPr>
                <w:sz w:val="19"/>
                <w:szCs w:val="19"/>
              </w:rPr>
            </w:pPr>
            <w:r w:rsidRPr="00C5538E">
              <w:rPr>
                <w:sz w:val="19"/>
                <w:szCs w:val="19"/>
              </w:rPr>
              <w:t>Use carts, dollies, forklifts, or cranes</w:t>
            </w:r>
          </w:p>
          <w:p w14:paraId="7601684D" w14:textId="77777777" w:rsidR="00563D5D" w:rsidRPr="00C5538E" w:rsidRDefault="00AF77E8">
            <w:pPr>
              <w:pStyle w:val="ListBullet"/>
              <w:spacing w:after="20"/>
              <w:rPr>
                <w:sz w:val="19"/>
                <w:szCs w:val="19"/>
              </w:rPr>
            </w:pPr>
            <w:r w:rsidRPr="00C5538E">
              <w:rPr>
                <w:sz w:val="19"/>
                <w:szCs w:val="19"/>
              </w:rPr>
              <w:t>Use tools that fit the job and worker</w:t>
            </w:r>
          </w:p>
          <w:p w14:paraId="2F0B46CA" w14:textId="77777777" w:rsidR="00563D5D" w:rsidRPr="00C5538E" w:rsidRDefault="00AF77E8">
            <w:pPr>
              <w:pStyle w:val="ListBullet"/>
              <w:spacing w:after="20"/>
              <w:rPr>
                <w:sz w:val="19"/>
                <w:szCs w:val="19"/>
              </w:rPr>
            </w:pPr>
            <w:r w:rsidRPr="00C5538E">
              <w:rPr>
                <w:sz w:val="19"/>
                <w:szCs w:val="19"/>
              </w:rPr>
              <w:t>Ask for help when needed</w:t>
            </w:r>
          </w:p>
        </w:tc>
        <w:tc>
          <w:tcPr>
            <w:tcW w:w="3456" w:type="dxa"/>
            <w:shd w:val="clear" w:color="auto" w:fill="FCE4D6"/>
            <w:tcMar>
              <w:top w:w="75" w:type="dxa"/>
              <w:left w:w="100" w:type="dxa"/>
              <w:bottom w:w="75" w:type="dxa"/>
              <w:right w:w="100" w:type="dxa"/>
            </w:tcMar>
          </w:tcPr>
          <w:p w14:paraId="5EA76DC0" w14:textId="77777777" w:rsidR="00563D5D" w:rsidRPr="00C5538E" w:rsidRDefault="00AF77E8">
            <w:pPr>
              <w:rPr>
                <w:sz w:val="19"/>
                <w:szCs w:val="19"/>
                <w:u w:val="single"/>
              </w:rPr>
            </w:pPr>
            <w:r w:rsidRPr="00C5538E">
              <w:rPr>
                <w:b/>
                <w:sz w:val="19"/>
                <w:szCs w:val="19"/>
                <w:u w:val="single"/>
              </w:rPr>
              <w:t>Protect Your Body</w:t>
            </w:r>
          </w:p>
          <w:p w14:paraId="582A4BB2" w14:textId="77777777" w:rsidR="00563D5D" w:rsidRPr="00C5538E" w:rsidRDefault="00AF77E8">
            <w:pPr>
              <w:pStyle w:val="ListBullet"/>
              <w:spacing w:after="20"/>
              <w:rPr>
                <w:sz w:val="19"/>
                <w:szCs w:val="19"/>
              </w:rPr>
            </w:pPr>
            <w:r w:rsidRPr="00C5538E">
              <w:rPr>
                <w:sz w:val="19"/>
                <w:szCs w:val="19"/>
              </w:rPr>
              <w:t>Avoid repeated awkward positions</w:t>
            </w:r>
          </w:p>
          <w:p w14:paraId="69A6C98C" w14:textId="77777777" w:rsidR="00563D5D" w:rsidRPr="00C5538E" w:rsidRDefault="00AF77E8">
            <w:pPr>
              <w:pStyle w:val="ListBullet"/>
              <w:spacing w:after="20"/>
              <w:rPr>
                <w:sz w:val="19"/>
                <w:szCs w:val="19"/>
              </w:rPr>
            </w:pPr>
            <w:r w:rsidRPr="00C5538E">
              <w:rPr>
                <w:sz w:val="19"/>
                <w:szCs w:val="19"/>
              </w:rPr>
              <w:t>Take breaks from repetitive tasks</w:t>
            </w:r>
          </w:p>
        </w:tc>
      </w:tr>
    </w:tbl>
    <w:p w14:paraId="0CAF3242" w14:textId="211E977F" w:rsidR="00563D5D" w:rsidRDefault="00AF77E8">
      <w:pPr>
        <w:keepNext/>
        <w:spacing w:before="140" w:after="60"/>
      </w:pPr>
      <w:r w:rsidRPr="00D97D23">
        <w:rPr>
          <w:b/>
          <w:sz w:val="26"/>
        </w:rPr>
        <w:t>Resources &amp; Close</w:t>
      </w:r>
    </w:p>
    <w:p w14:paraId="3827CA12" w14:textId="6C5A2214" w:rsidR="00563D5D" w:rsidRPr="00C5538E" w:rsidRDefault="00AF77E8">
      <w:pPr>
        <w:spacing w:after="60" w:line="252" w:lineRule="auto"/>
        <w:rPr>
          <w:sz w:val="19"/>
          <w:szCs w:val="19"/>
        </w:rPr>
      </w:pPr>
      <w:r w:rsidRPr="00C5538E">
        <w:rPr>
          <w:sz w:val="19"/>
          <w:szCs w:val="19"/>
        </w:rPr>
        <w:t>Speak with your supervisor if a task, tool, or work setup is causing strain or can be improved.</w:t>
      </w:r>
    </w:p>
    <w:tbl>
      <w:tblPr>
        <w:tblStyle w:val="TableGrid"/>
        <w:tblW w:w="0" w:type="auto"/>
        <w:jc w:val="center"/>
        <w:tblLook w:val="04A0" w:firstRow="1" w:lastRow="0" w:firstColumn="1" w:lastColumn="0" w:noHBand="0" w:noVBand="1"/>
      </w:tblPr>
      <w:tblGrid>
        <w:gridCol w:w="10368"/>
      </w:tblGrid>
      <w:tr w:rsidR="00563D5D" w:rsidRPr="00C5538E" w14:paraId="03034BA4" w14:textId="77777777">
        <w:trPr>
          <w:jc w:val="center"/>
        </w:trPr>
        <w:tc>
          <w:tcPr>
            <w:tcW w:w="10368" w:type="dxa"/>
            <w:shd w:val="clear" w:color="auto" w:fill="DDEBF7"/>
            <w:tcMar>
              <w:top w:w="90" w:type="dxa"/>
              <w:left w:w="120" w:type="dxa"/>
              <w:bottom w:w="90" w:type="dxa"/>
              <w:right w:w="120" w:type="dxa"/>
            </w:tcMar>
          </w:tcPr>
          <w:p w14:paraId="3A5FA9D6" w14:textId="77777777" w:rsidR="00563D5D" w:rsidRPr="00C5538E" w:rsidRDefault="00AF77E8">
            <w:pPr>
              <w:rPr>
                <w:sz w:val="19"/>
                <w:szCs w:val="19"/>
              </w:rPr>
            </w:pPr>
            <w:r w:rsidRPr="00C5538E">
              <w:rPr>
                <w:b/>
                <w:sz w:val="19"/>
                <w:szCs w:val="19"/>
              </w:rPr>
              <w:t>Closing Message: “Ergonomics is about working smarter, not harder. Before forcing your body to adapt to the job, look for a better setup, the right tool, help from a coworker, or mechanical assistance.”</w:t>
            </w:r>
          </w:p>
        </w:tc>
      </w:tr>
    </w:tbl>
    <w:p w14:paraId="3FF08615" w14:textId="77777777" w:rsidR="00563D5D" w:rsidRPr="00D97D23" w:rsidRDefault="00AF77E8">
      <w:pPr>
        <w:pageBreakBefore/>
        <w:spacing w:after="80"/>
        <w:jc w:val="center"/>
      </w:pPr>
      <w:r w:rsidRPr="00D97D23">
        <w:rPr>
          <w:b/>
          <w:sz w:val="32"/>
        </w:rPr>
        <w:lastRenderedPageBreak/>
        <w:t>Toolbox Talk Attendance</w:t>
      </w:r>
    </w:p>
    <w:p w14:paraId="0954A022" w14:textId="77777777" w:rsidR="00563D5D" w:rsidRDefault="00AF77E8">
      <w:pPr>
        <w:spacing w:after="160"/>
        <w:jc w:val="center"/>
      </w:pPr>
      <w:r>
        <w:rPr>
          <w:b/>
        </w:rPr>
        <w:t>Topic: Ergonomics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4398"/>
        <w:gridCol w:w="3504"/>
      </w:tblGrid>
      <w:tr w:rsidR="00215AE4" w14:paraId="5B7216C1" w14:textId="77777777" w:rsidTr="00A3709B">
        <w:tc>
          <w:tcPr>
            <w:tcW w:w="2610" w:type="dxa"/>
            <w:shd w:val="clear" w:color="auto" w:fill="D9E2F3"/>
            <w:tcMar>
              <w:top w:w="80" w:type="dxa"/>
              <w:left w:w="90" w:type="dxa"/>
              <w:bottom w:w="80" w:type="dxa"/>
              <w:right w:w="90" w:type="dxa"/>
            </w:tcMar>
          </w:tcPr>
          <w:p w14:paraId="450D6219" w14:textId="77777777" w:rsidR="00215AE4" w:rsidRDefault="00215AE4" w:rsidP="00A3709B">
            <w:r>
              <w:rPr>
                <w:b/>
              </w:rPr>
              <w:t>Date:</w:t>
            </w:r>
          </w:p>
        </w:tc>
        <w:tc>
          <w:tcPr>
            <w:tcW w:w="4398" w:type="dxa"/>
            <w:shd w:val="clear" w:color="auto" w:fill="D9E2F3"/>
            <w:tcMar>
              <w:top w:w="80" w:type="dxa"/>
              <w:left w:w="90" w:type="dxa"/>
              <w:bottom w:w="80" w:type="dxa"/>
              <w:right w:w="90" w:type="dxa"/>
            </w:tcMar>
          </w:tcPr>
          <w:p w14:paraId="2D793D7D" w14:textId="77777777" w:rsidR="00215AE4" w:rsidRDefault="00215AE4" w:rsidP="00A3709B">
            <w:r>
              <w:rPr>
                <w:b/>
              </w:rPr>
              <w:t>Project / Location:</w:t>
            </w:r>
          </w:p>
        </w:tc>
        <w:tc>
          <w:tcPr>
            <w:tcW w:w="3504" w:type="dxa"/>
            <w:shd w:val="clear" w:color="auto" w:fill="D9E2F3"/>
            <w:tcMar>
              <w:top w:w="80" w:type="dxa"/>
              <w:left w:w="90" w:type="dxa"/>
              <w:bottom w:w="80" w:type="dxa"/>
              <w:right w:w="90" w:type="dxa"/>
            </w:tcMar>
          </w:tcPr>
          <w:p w14:paraId="1F38A72C" w14:textId="77777777" w:rsidR="00215AE4" w:rsidRDefault="00215AE4" w:rsidP="00A3709B">
            <w:r>
              <w:rPr>
                <w:b/>
              </w:rPr>
              <w:t>Instructor:</w:t>
            </w:r>
          </w:p>
        </w:tc>
      </w:tr>
    </w:tbl>
    <w:p w14:paraId="389A27D4" w14:textId="7D28F3B7" w:rsidR="00563D5D" w:rsidRDefault="00AF77E8">
      <w:pPr>
        <w:spacing w:before="160" w:after="100"/>
      </w:pPr>
      <w:r>
        <w:t>By signing below, participants acknowledge attendance at this toolbox talk.</w:t>
      </w:r>
    </w:p>
    <w:p w14:paraId="07C34D14" w14:textId="77777777" w:rsidR="00840730" w:rsidRDefault="00840730">
      <w:pPr>
        <w:spacing w:before="160" w:after="1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780"/>
        <w:gridCol w:w="4140"/>
        <w:gridCol w:w="1854"/>
      </w:tblGrid>
      <w:tr w:rsidR="00C14B57" w14:paraId="57D623CA" w14:textId="77777777" w:rsidTr="00A3709B">
        <w:tc>
          <w:tcPr>
            <w:tcW w:w="738" w:type="dxa"/>
            <w:shd w:val="clear" w:color="auto" w:fill="D9E2F3"/>
          </w:tcPr>
          <w:p w14:paraId="3AFC83EC" w14:textId="77777777" w:rsidR="00C14B57" w:rsidRDefault="00C14B57" w:rsidP="00A3709B">
            <w:pPr>
              <w:jc w:val="center"/>
            </w:pPr>
            <w:r>
              <w:rPr>
                <w:b/>
              </w:rPr>
              <w:t>#</w:t>
            </w:r>
          </w:p>
        </w:tc>
        <w:tc>
          <w:tcPr>
            <w:tcW w:w="3780" w:type="dxa"/>
            <w:shd w:val="clear" w:color="auto" w:fill="D9E2F3"/>
          </w:tcPr>
          <w:p w14:paraId="045DD732" w14:textId="77777777" w:rsidR="00C14B57" w:rsidRDefault="00C14B57" w:rsidP="00A3709B">
            <w:pPr>
              <w:jc w:val="center"/>
            </w:pPr>
            <w:r>
              <w:rPr>
                <w:b/>
              </w:rPr>
              <w:t>Printed Name</w:t>
            </w:r>
          </w:p>
        </w:tc>
        <w:tc>
          <w:tcPr>
            <w:tcW w:w="4140" w:type="dxa"/>
            <w:shd w:val="clear" w:color="auto" w:fill="D9E2F3"/>
          </w:tcPr>
          <w:p w14:paraId="1F154034" w14:textId="77777777" w:rsidR="00C14B57" w:rsidRDefault="00C14B57" w:rsidP="00A3709B">
            <w:pPr>
              <w:jc w:val="center"/>
            </w:pPr>
            <w:r>
              <w:rPr>
                <w:b/>
              </w:rPr>
              <w:t>Signature</w:t>
            </w:r>
          </w:p>
        </w:tc>
        <w:tc>
          <w:tcPr>
            <w:tcW w:w="1854" w:type="dxa"/>
            <w:shd w:val="clear" w:color="auto" w:fill="D9E2F3"/>
          </w:tcPr>
          <w:p w14:paraId="0D4CD6B9" w14:textId="77777777" w:rsidR="00C14B57" w:rsidRDefault="00C14B57" w:rsidP="00A3709B">
            <w:pPr>
              <w:jc w:val="center"/>
            </w:pPr>
            <w:r>
              <w:rPr>
                <w:b/>
              </w:rPr>
              <w:t>Date</w:t>
            </w:r>
          </w:p>
        </w:tc>
      </w:tr>
      <w:tr w:rsidR="00C14B57" w14:paraId="632BF19F" w14:textId="77777777" w:rsidTr="00A3709B">
        <w:tc>
          <w:tcPr>
            <w:tcW w:w="738" w:type="dxa"/>
            <w:tcMar>
              <w:top w:w="130" w:type="dxa"/>
              <w:left w:w="90" w:type="dxa"/>
              <w:bottom w:w="130" w:type="dxa"/>
              <w:right w:w="90" w:type="dxa"/>
            </w:tcMar>
            <w:vAlign w:val="center"/>
          </w:tcPr>
          <w:p w14:paraId="4D27D925" w14:textId="77777777" w:rsidR="00C14B57" w:rsidRDefault="00C14B57" w:rsidP="00A3709B">
            <w:pPr>
              <w:jc w:val="center"/>
            </w:pPr>
            <w:r>
              <w:t>1</w:t>
            </w:r>
          </w:p>
        </w:tc>
        <w:tc>
          <w:tcPr>
            <w:tcW w:w="3780" w:type="dxa"/>
            <w:tcMar>
              <w:top w:w="130" w:type="dxa"/>
              <w:left w:w="90" w:type="dxa"/>
              <w:bottom w:w="130" w:type="dxa"/>
              <w:right w:w="90" w:type="dxa"/>
            </w:tcMar>
            <w:vAlign w:val="center"/>
          </w:tcPr>
          <w:p w14:paraId="0CC23557" w14:textId="77777777" w:rsidR="00C14B57" w:rsidRDefault="00C14B57" w:rsidP="00A3709B"/>
        </w:tc>
        <w:tc>
          <w:tcPr>
            <w:tcW w:w="4140" w:type="dxa"/>
            <w:tcMar>
              <w:top w:w="130" w:type="dxa"/>
              <w:left w:w="90" w:type="dxa"/>
              <w:bottom w:w="130" w:type="dxa"/>
              <w:right w:w="90" w:type="dxa"/>
            </w:tcMar>
            <w:vAlign w:val="center"/>
          </w:tcPr>
          <w:p w14:paraId="1184F65E" w14:textId="77777777" w:rsidR="00C14B57" w:rsidRDefault="00C14B57" w:rsidP="00A3709B"/>
        </w:tc>
        <w:tc>
          <w:tcPr>
            <w:tcW w:w="1854" w:type="dxa"/>
            <w:tcMar>
              <w:top w:w="130" w:type="dxa"/>
              <w:left w:w="90" w:type="dxa"/>
              <w:bottom w:w="130" w:type="dxa"/>
              <w:right w:w="90" w:type="dxa"/>
            </w:tcMar>
            <w:vAlign w:val="center"/>
          </w:tcPr>
          <w:p w14:paraId="34EC2A9F" w14:textId="77777777" w:rsidR="00C14B57" w:rsidRDefault="00C14B57" w:rsidP="00A3709B"/>
        </w:tc>
      </w:tr>
      <w:tr w:rsidR="00C14B57" w14:paraId="0872ED0D" w14:textId="77777777" w:rsidTr="00A3709B">
        <w:tc>
          <w:tcPr>
            <w:tcW w:w="738" w:type="dxa"/>
            <w:tcMar>
              <w:top w:w="130" w:type="dxa"/>
              <w:left w:w="90" w:type="dxa"/>
              <w:bottom w:w="130" w:type="dxa"/>
              <w:right w:w="90" w:type="dxa"/>
            </w:tcMar>
            <w:vAlign w:val="center"/>
          </w:tcPr>
          <w:p w14:paraId="27E15521" w14:textId="77777777" w:rsidR="00C14B57" w:rsidRDefault="00C14B57" w:rsidP="00A3709B">
            <w:pPr>
              <w:jc w:val="center"/>
            </w:pPr>
            <w:r>
              <w:t>2</w:t>
            </w:r>
          </w:p>
        </w:tc>
        <w:tc>
          <w:tcPr>
            <w:tcW w:w="3780" w:type="dxa"/>
            <w:tcMar>
              <w:top w:w="130" w:type="dxa"/>
              <w:left w:w="90" w:type="dxa"/>
              <w:bottom w:w="130" w:type="dxa"/>
              <w:right w:w="90" w:type="dxa"/>
            </w:tcMar>
            <w:vAlign w:val="center"/>
          </w:tcPr>
          <w:p w14:paraId="0A8B89D7" w14:textId="77777777" w:rsidR="00C14B57" w:rsidRDefault="00C14B57" w:rsidP="00A3709B"/>
        </w:tc>
        <w:tc>
          <w:tcPr>
            <w:tcW w:w="4140" w:type="dxa"/>
            <w:tcMar>
              <w:top w:w="130" w:type="dxa"/>
              <w:left w:w="90" w:type="dxa"/>
              <w:bottom w:w="130" w:type="dxa"/>
              <w:right w:w="90" w:type="dxa"/>
            </w:tcMar>
            <w:vAlign w:val="center"/>
          </w:tcPr>
          <w:p w14:paraId="2633AF16" w14:textId="77777777" w:rsidR="00C14B57" w:rsidRDefault="00C14B57" w:rsidP="00A3709B"/>
        </w:tc>
        <w:tc>
          <w:tcPr>
            <w:tcW w:w="1854" w:type="dxa"/>
            <w:tcMar>
              <w:top w:w="130" w:type="dxa"/>
              <w:left w:w="90" w:type="dxa"/>
              <w:bottom w:w="130" w:type="dxa"/>
              <w:right w:w="90" w:type="dxa"/>
            </w:tcMar>
            <w:vAlign w:val="center"/>
          </w:tcPr>
          <w:p w14:paraId="27D09864" w14:textId="77777777" w:rsidR="00C14B57" w:rsidRDefault="00C14B57" w:rsidP="00A3709B"/>
        </w:tc>
      </w:tr>
      <w:tr w:rsidR="00C14B57" w14:paraId="39F7E1E9" w14:textId="77777777" w:rsidTr="00A3709B">
        <w:tc>
          <w:tcPr>
            <w:tcW w:w="738" w:type="dxa"/>
            <w:tcMar>
              <w:top w:w="130" w:type="dxa"/>
              <w:left w:w="90" w:type="dxa"/>
              <w:bottom w:w="130" w:type="dxa"/>
              <w:right w:w="90" w:type="dxa"/>
            </w:tcMar>
            <w:vAlign w:val="center"/>
          </w:tcPr>
          <w:p w14:paraId="3BFCD275" w14:textId="77777777" w:rsidR="00C14B57" w:rsidRDefault="00C14B57" w:rsidP="00A3709B">
            <w:pPr>
              <w:jc w:val="center"/>
            </w:pPr>
            <w:r>
              <w:t>3</w:t>
            </w:r>
          </w:p>
        </w:tc>
        <w:tc>
          <w:tcPr>
            <w:tcW w:w="3780" w:type="dxa"/>
            <w:tcMar>
              <w:top w:w="130" w:type="dxa"/>
              <w:left w:w="90" w:type="dxa"/>
              <w:bottom w:w="130" w:type="dxa"/>
              <w:right w:w="90" w:type="dxa"/>
            </w:tcMar>
            <w:vAlign w:val="center"/>
          </w:tcPr>
          <w:p w14:paraId="6D2297F6" w14:textId="77777777" w:rsidR="00C14B57" w:rsidRDefault="00C14B57" w:rsidP="00A3709B"/>
        </w:tc>
        <w:tc>
          <w:tcPr>
            <w:tcW w:w="4140" w:type="dxa"/>
            <w:tcMar>
              <w:top w:w="130" w:type="dxa"/>
              <w:left w:w="90" w:type="dxa"/>
              <w:bottom w:w="130" w:type="dxa"/>
              <w:right w:w="90" w:type="dxa"/>
            </w:tcMar>
            <w:vAlign w:val="center"/>
          </w:tcPr>
          <w:p w14:paraId="632CA0D1" w14:textId="77777777" w:rsidR="00C14B57" w:rsidRDefault="00C14B57" w:rsidP="00A3709B"/>
        </w:tc>
        <w:tc>
          <w:tcPr>
            <w:tcW w:w="1854" w:type="dxa"/>
            <w:tcMar>
              <w:top w:w="130" w:type="dxa"/>
              <w:left w:w="90" w:type="dxa"/>
              <w:bottom w:w="130" w:type="dxa"/>
              <w:right w:w="90" w:type="dxa"/>
            </w:tcMar>
            <w:vAlign w:val="center"/>
          </w:tcPr>
          <w:p w14:paraId="422253DB" w14:textId="77777777" w:rsidR="00C14B57" w:rsidRDefault="00C14B57" w:rsidP="00A3709B"/>
        </w:tc>
      </w:tr>
      <w:tr w:rsidR="00C14B57" w14:paraId="78539F03" w14:textId="77777777" w:rsidTr="00A3709B">
        <w:tc>
          <w:tcPr>
            <w:tcW w:w="738" w:type="dxa"/>
            <w:tcMar>
              <w:top w:w="130" w:type="dxa"/>
              <w:left w:w="90" w:type="dxa"/>
              <w:bottom w:w="130" w:type="dxa"/>
              <w:right w:w="90" w:type="dxa"/>
            </w:tcMar>
            <w:vAlign w:val="center"/>
          </w:tcPr>
          <w:p w14:paraId="75A269F4" w14:textId="77777777" w:rsidR="00C14B57" w:rsidRDefault="00C14B57" w:rsidP="00A3709B">
            <w:pPr>
              <w:jc w:val="center"/>
            </w:pPr>
            <w:r>
              <w:t>4</w:t>
            </w:r>
          </w:p>
        </w:tc>
        <w:tc>
          <w:tcPr>
            <w:tcW w:w="3780" w:type="dxa"/>
            <w:tcMar>
              <w:top w:w="130" w:type="dxa"/>
              <w:left w:w="90" w:type="dxa"/>
              <w:bottom w:w="130" w:type="dxa"/>
              <w:right w:w="90" w:type="dxa"/>
            </w:tcMar>
            <w:vAlign w:val="center"/>
          </w:tcPr>
          <w:p w14:paraId="72C7AC53" w14:textId="77777777" w:rsidR="00C14B57" w:rsidRDefault="00C14B57" w:rsidP="00A3709B"/>
        </w:tc>
        <w:tc>
          <w:tcPr>
            <w:tcW w:w="4140" w:type="dxa"/>
            <w:tcMar>
              <w:top w:w="130" w:type="dxa"/>
              <w:left w:w="90" w:type="dxa"/>
              <w:bottom w:w="130" w:type="dxa"/>
              <w:right w:w="90" w:type="dxa"/>
            </w:tcMar>
            <w:vAlign w:val="center"/>
          </w:tcPr>
          <w:p w14:paraId="712AE190" w14:textId="77777777" w:rsidR="00C14B57" w:rsidRDefault="00C14B57" w:rsidP="00A3709B"/>
        </w:tc>
        <w:tc>
          <w:tcPr>
            <w:tcW w:w="1854" w:type="dxa"/>
            <w:tcMar>
              <w:top w:w="130" w:type="dxa"/>
              <w:left w:w="90" w:type="dxa"/>
              <w:bottom w:w="130" w:type="dxa"/>
              <w:right w:w="90" w:type="dxa"/>
            </w:tcMar>
            <w:vAlign w:val="center"/>
          </w:tcPr>
          <w:p w14:paraId="151C436E" w14:textId="77777777" w:rsidR="00C14B57" w:rsidRDefault="00C14B57" w:rsidP="00A3709B"/>
        </w:tc>
      </w:tr>
      <w:tr w:rsidR="00C14B57" w14:paraId="33280469" w14:textId="77777777" w:rsidTr="00A3709B">
        <w:tc>
          <w:tcPr>
            <w:tcW w:w="738" w:type="dxa"/>
            <w:tcMar>
              <w:top w:w="130" w:type="dxa"/>
              <w:left w:w="90" w:type="dxa"/>
              <w:bottom w:w="130" w:type="dxa"/>
              <w:right w:w="90" w:type="dxa"/>
            </w:tcMar>
            <w:vAlign w:val="center"/>
          </w:tcPr>
          <w:p w14:paraId="3B081DF1" w14:textId="77777777" w:rsidR="00C14B57" w:rsidRDefault="00C14B57" w:rsidP="00A3709B">
            <w:pPr>
              <w:jc w:val="center"/>
            </w:pPr>
            <w:r>
              <w:t>5</w:t>
            </w:r>
          </w:p>
        </w:tc>
        <w:tc>
          <w:tcPr>
            <w:tcW w:w="3780" w:type="dxa"/>
            <w:tcMar>
              <w:top w:w="130" w:type="dxa"/>
              <w:left w:w="90" w:type="dxa"/>
              <w:bottom w:w="130" w:type="dxa"/>
              <w:right w:w="90" w:type="dxa"/>
            </w:tcMar>
            <w:vAlign w:val="center"/>
          </w:tcPr>
          <w:p w14:paraId="41717719" w14:textId="77777777" w:rsidR="00C14B57" w:rsidRDefault="00C14B57" w:rsidP="00A3709B"/>
        </w:tc>
        <w:tc>
          <w:tcPr>
            <w:tcW w:w="4140" w:type="dxa"/>
            <w:tcMar>
              <w:top w:w="130" w:type="dxa"/>
              <w:left w:w="90" w:type="dxa"/>
              <w:bottom w:w="130" w:type="dxa"/>
              <w:right w:w="90" w:type="dxa"/>
            </w:tcMar>
            <w:vAlign w:val="center"/>
          </w:tcPr>
          <w:p w14:paraId="38F2DE0A" w14:textId="77777777" w:rsidR="00C14B57" w:rsidRDefault="00C14B57" w:rsidP="00A3709B"/>
        </w:tc>
        <w:tc>
          <w:tcPr>
            <w:tcW w:w="1854" w:type="dxa"/>
            <w:tcMar>
              <w:top w:w="130" w:type="dxa"/>
              <w:left w:w="90" w:type="dxa"/>
              <w:bottom w:w="130" w:type="dxa"/>
              <w:right w:w="90" w:type="dxa"/>
            </w:tcMar>
            <w:vAlign w:val="center"/>
          </w:tcPr>
          <w:p w14:paraId="583CE4F2" w14:textId="77777777" w:rsidR="00C14B57" w:rsidRDefault="00C14B57" w:rsidP="00A3709B"/>
        </w:tc>
      </w:tr>
      <w:tr w:rsidR="00C14B57" w14:paraId="4C859462" w14:textId="77777777" w:rsidTr="00A3709B">
        <w:tc>
          <w:tcPr>
            <w:tcW w:w="738" w:type="dxa"/>
            <w:tcMar>
              <w:top w:w="130" w:type="dxa"/>
              <w:left w:w="90" w:type="dxa"/>
              <w:bottom w:w="130" w:type="dxa"/>
              <w:right w:w="90" w:type="dxa"/>
            </w:tcMar>
            <w:vAlign w:val="center"/>
          </w:tcPr>
          <w:p w14:paraId="213E0A96" w14:textId="77777777" w:rsidR="00C14B57" w:rsidRDefault="00C14B57" w:rsidP="00A3709B">
            <w:pPr>
              <w:jc w:val="center"/>
            </w:pPr>
            <w:r>
              <w:t>6</w:t>
            </w:r>
          </w:p>
        </w:tc>
        <w:tc>
          <w:tcPr>
            <w:tcW w:w="3780" w:type="dxa"/>
            <w:tcMar>
              <w:top w:w="130" w:type="dxa"/>
              <w:left w:w="90" w:type="dxa"/>
              <w:bottom w:w="130" w:type="dxa"/>
              <w:right w:w="90" w:type="dxa"/>
            </w:tcMar>
            <w:vAlign w:val="center"/>
          </w:tcPr>
          <w:p w14:paraId="6428D92F" w14:textId="77777777" w:rsidR="00C14B57" w:rsidRDefault="00C14B57" w:rsidP="00A3709B"/>
        </w:tc>
        <w:tc>
          <w:tcPr>
            <w:tcW w:w="4140" w:type="dxa"/>
            <w:tcMar>
              <w:top w:w="130" w:type="dxa"/>
              <w:left w:w="90" w:type="dxa"/>
              <w:bottom w:w="130" w:type="dxa"/>
              <w:right w:w="90" w:type="dxa"/>
            </w:tcMar>
            <w:vAlign w:val="center"/>
          </w:tcPr>
          <w:p w14:paraId="0E20BEDD" w14:textId="77777777" w:rsidR="00C14B57" w:rsidRDefault="00C14B57" w:rsidP="00A3709B"/>
        </w:tc>
        <w:tc>
          <w:tcPr>
            <w:tcW w:w="1854" w:type="dxa"/>
            <w:tcMar>
              <w:top w:w="130" w:type="dxa"/>
              <w:left w:w="90" w:type="dxa"/>
              <w:bottom w:w="130" w:type="dxa"/>
              <w:right w:w="90" w:type="dxa"/>
            </w:tcMar>
            <w:vAlign w:val="center"/>
          </w:tcPr>
          <w:p w14:paraId="1946CF26" w14:textId="77777777" w:rsidR="00C14B57" w:rsidRDefault="00C14B57" w:rsidP="00A3709B"/>
        </w:tc>
      </w:tr>
      <w:tr w:rsidR="00C14B57" w14:paraId="65093899" w14:textId="77777777" w:rsidTr="00A3709B">
        <w:tc>
          <w:tcPr>
            <w:tcW w:w="738" w:type="dxa"/>
            <w:tcMar>
              <w:top w:w="130" w:type="dxa"/>
              <w:left w:w="90" w:type="dxa"/>
              <w:bottom w:w="130" w:type="dxa"/>
              <w:right w:w="90" w:type="dxa"/>
            </w:tcMar>
            <w:vAlign w:val="center"/>
          </w:tcPr>
          <w:p w14:paraId="3B9A5A8E" w14:textId="77777777" w:rsidR="00C14B57" w:rsidRDefault="00C14B57" w:rsidP="00A3709B">
            <w:pPr>
              <w:jc w:val="center"/>
            </w:pPr>
            <w:r>
              <w:t>7</w:t>
            </w:r>
          </w:p>
        </w:tc>
        <w:tc>
          <w:tcPr>
            <w:tcW w:w="3780" w:type="dxa"/>
            <w:tcMar>
              <w:top w:w="130" w:type="dxa"/>
              <w:left w:w="90" w:type="dxa"/>
              <w:bottom w:w="130" w:type="dxa"/>
              <w:right w:w="90" w:type="dxa"/>
            </w:tcMar>
            <w:vAlign w:val="center"/>
          </w:tcPr>
          <w:p w14:paraId="2B90C318" w14:textId="77777777" w:rsidR="00C14B57" w:rsidRDefault="00C14B57" w:rsidP="00A3709B"/>
        </w:tc>
        <w:tc>
          <w:tcPr>
            <w:tcW w:w="4140" w:type="dxa"/>
            <w:tcMar>
              <w:top w:w="130" w:type="dxa"/>
              <w:left w:w="90" w:type="dxa"/>
              <w:bottom w:w="130" w:type="dxa"/>
              <w:right w:w="90" w:type="dxa"/>
            </w:tcMar>
            <w:vAlign w:val="center"/>
          </w:tcPr>
          <w:p w14:paraId="6B992A76" w14:textId="77777777" w:rsidR="00C14B57" w:rsidRDefault="00C14B57" w:rsidP="00A3709B"/>
        </w:tc>
        <w:tc>
          <w:tcPr>
            <w:tcW w:w="1854" w:type="dxa"/>
            <w:tcMar>
              <w:top w:w="130" w:type="dxa"/>
              <w:left w:w="90" w:type="dxa"/>
              <w:bottom w:w="130" w:type="dxa"/>
              <w:right w:w="90" w:type="dxa"/>
            </w:tcMar>
            <w:vAlign w:val="center"/>
          </w:tcPr>
          <w:p w14:paraId="6DFEDA4A" w14:textId="77777777" w:rsidR="00C14B57" w:rsidRDefault="00C14B57" w:rsidP="00A3709B"/>
        </w:tc>
      </w:tr>
      <w:tr w:rsidR="00C14B57" w14:paraId="4A541E53" w14:textId="77777777" w:rsidTr="00A3709B">
        <w:tc>
          <w:tcPr>
            <w:tcW w:w="738" w:type="dxa"/>
            <w:tcMar>
              <w:top w:w="130" w:type="dxa"/>
              <w:left w:w="90" w:type="dxa"/>
              <w:bottom w:w="130" w:type="dxa"/>
              <w:right w:w="90" w:type="dxa"/>
            </w:tcMar>
            <w:vAlign w:val="center"/>
          </w:tcPr>
          <w:p w14:paraId="2DCD3F31" w14:textId="77777777" w:rsidR="00C14B57" w:rsidRDefault="00C14B57" w:rsidP="00A3709B">
            <w:pPr>
              <w:jc w:val="center"/>
            </w:pPr>
            <w:r>
              <w:t>8</w:t>
            </w:r>
          </w:p>
        </w:tc>
        <w:tc>
          <w:tcPr>
            <w:tcW w:w="3780" w:type="dxa"/>
            <w:tcMar>
              <w:top w:w="130" w:type="dxa"/>
              <w:left w:w="90" w:type="dxa"/>
              <w:bottom w:w="130" w:type="dxa"/>
              <w:right w:w="90" w:type="dxa"/>
            </w:tcMar>
            <w:vAlign w:val="center"/>
          </w:tcPr>
          <w:p w14:paraId="35FE0D13" w14:textId="77777777" w:rsidR="00C14B57" w:rsidRDefault="00C14B57" w:rsidP="00A3709B"/>
        </w:tc>
        <w:tc>
          <w:tcPr>
            <w:tcW w:w="4140" w:type="dxa"/>
            <w:tcMar>
              <w:top w:w="130" w:type="dxa"/>
              <w:left w:w="90" w:type="dxa"/>
              <w:bottom w:w="130" w:type="dxa"/>
              <w:right w:w="90" w:type="dxa"/>
            </w:tcMar>
            <w:vAlign w:val="center"/>
          </w:tcPr>
          <w:p w14:paraId="6E48564F" w14:textId="77777777" w:rsidR="00C14B57" w:rsidRDefault="00C14B57" w:rsidP="00A3709B"/>
        </w:tc>
        <w:tc>
          <w:tcPr>
            <w:tcW w:w="1854" w:type="dxa"/>
            <w:tcMar>
              <w:top w:w="130" w:type="dxa"/>
              <w:left w:w="90" w:type="dxa"/>
              <w:bottom w:w="130" w:type="dxa"/>
              <w:right w:w="90" w:type="dxa"/>
            </w:tcMar>
            <w:vAlign w:val="center"/>
          </w:tcPr>
          <w:p w14:paraId="68240EAE" w14:textId="77777777" w:rsidR="00C14B57" w:rsidRDefault="00C14B57" w:rsidP="00A3709B"/>
        </w:tc>
      </w:tr>
      <w:tr w:rsidR="00C14B57" w14:paraId="309D75FC" w14:textId="77777777" w:rsidTr="00A3709B">
        <w:tc>
          <w:tcPr>
            <w:tcW w:w="738" w:type="dxa"/>
            <w:tcMar>
              <w:top w:w="130" w:type="dxa"/>
              <w:left w:w="90" w:type="dxa"/>
              <w:bottom w:w="130" w:type="dxa"/>
              <w:right w:w="90" w:type="dxa"/>
            </w:tcMar>
            <w:vAlign w:val="center"/>
          </w:tcPr>
          <w:p w14:paraId="181C2C53" w14:textId="77777777" w:rsidR="00C14B57" w:rsidRDefault="00C14B57" w:rsidP="00A3709B">
            <w:pPr>
              <w:jc w:val="center"/>
            </w:pPr>
            <w:r>
              <w:t>9</w:t>
            </w:r>
          </w:p>
        </w:tc>
        <w:tc>
          <w:tcPr>
            <w:tcW w:w="3780" w:type="dxa"/>
            <w:tcMar>
              <w:top w:w="130" w:type="dxa"/>
              <w:left w:w="90" w:type="dxa"/>
              <w:bottom w:w="130" w:type="dxa"/>
              <w:right w:w="90" w:type="dxa"/>
            </w:tcMar>
            <w:vAlign w:val="center"/>
          </w:tcPr>
          <w:p w14:paraId="0BDD1B49" w14:textId="77777777" w:rsidR="00C14B57" w:rsidRDefault="00C14B57" w:rsidP="00A3709B"/>
        </w:tc>
        <w:tc>
          <w:tcPr>
            <w:tcW w:w="4140" w:type="dxa"/>
            <w:tcMar>
              <w:top w:w="130" w:type="dxa"/>
              <w:left w:w="90" w:type="dxa"/>
              <w:bottom w:w="130" w:type="dxa"/>
              <w:right w:w="90" w:type="dxa"/>
            </w:tcMar>
            <w:vAlign w:val="center"/>
          </w:tcPr>
          <w:p w14:paraId="3C6C7CA9" w14:textId="77777777" w:rsidR="00C14B57" w:rsidRDefault="00C14B57" w:rsidP="00A3709B"/>
        </w:tc>
        <w:tc>
          <w:tcPr>
            <w:tcW w:w="1854" w:type="dxa"/>
            <w:tcMar>
              <w:top w:w="130" w:type="dxa"/>
              <w:left w:w="90" w:type="dxa"/>
              <w:bottom w:w="130" w:type="dxa"/>
              <w:right w:w="90" w:type="dxa"/>
            </w:tcMar>
            <w:vAlign w:val="center"/>
          </w:tcPr>
          <w:p w14:paraId="28F741A1" w14:textId="77777777" w:rsidR="00C14B57" w:rsidRDefault="00C14B57" w:rsidP="00A3709B"/>
        </w:tc>
      </w:tr>
      <w:tr w:rsidR="00C14B57" w14:paraId="6FB87067" w14:textId="77777777" w:rsidTr="00A3709B">
        <w:tc>
          <w:tcPr>
            <w:tcW w:w="738" w:type="dxa"/>
            <w:tcMar>
              <w:top w:w="130" w:type="dxa"/>
              <w:left w:w="90" w:type="dxa"/>
              <w:bottom w:w="130" w:type="dxa"/>
              <w:right w:w="90" w:type="dxa"/>
            </w:tcMar>
            <w:vAlign w:val="center"/>
          </w:tcPr>
          <w:p w14:paraId="23C41CBD" w14:textId="77777777" w:rsidR="00C14B57" w:rsidRDefault="00C14B57" w:rsidP="00A3709B">
            <w:pPr>
              <w:jc w:val="center"/>
            </w:pPr>
            <w:r>
              <w:t>10</w:t>
            </w:r>
          </w:p>
        </w:tc>
        <w:tc>
          <w:tcPr>
            <w:tcW w:w="3780" w:type="dxa"/>
            <w:tcMar>
              <w:top w:w="130" w:type="dxa"/>
              <w:left w:w="90" w:type="dxa"/>
              <w:bottom w:w="130" w:type="dxa"/>
              <w:right w:w="90" w:type="dxa"/>
            </w:tcMar>
            <w:vAlign w:val="center"/>
          </w:tcPr>
          <w:p w14:paraId="358F507C" w14:textId="77777777" w:rsidR="00C14B57" w:rsidRDefault="00C14B57" w:rsidP="00A3709B"/>
        </w:tc>
        <w:tc>
          <w:tcPr>
            <w:tcW w:w="4140" w:type="dxa"/>
            <w:tcMar>
              <w:top w:w="130" w:type="dxa"/>
              <w:left w:w="90" w:type="dxa"/>
              <w:bottom w:w="130" w:type="dxa"/>
              <w:right w:w="90" w:type="dxa"/>
            </w:tcMar>
            <w:vAlign w:val="center"/>
          </w:tcPr>
          <w:p w14:paraId="560F6602" w14:textId="77777777" w:rsidR="00C14B57" w:rsidRDefault="00C14B57" w:rsidP="00A3709B"/>
        </w:tc>
        <w:tc>
          <w:tcPr>
            <w:tcW w:w="1854" w:type="dxa"/>
            <w:tcMar>
              <w:top w:w="130" w:type="dxa"/>
              <w:left w:w="90" w:type="dxa"/>
              <w:bottom w:w="130" w:type="dxa"/>
              <w:right w:w="90" w:type="dxa"/>
            </w:tcMar>
            <w:vAlign w:val="center"/>
          </w:tcPr>
          <w:p w14:paraId="27C94713" w14:textId="77777777" w:rsidR="00C14B57" w:rsidRDefault="00C14B57" w:rsidP="00A3709B"/>
        </w:tc>
      </w:tr>
      <w:tr w:rsidR="00C14B57" w14:paraId="2589608F" w14:textId="77777777" w:rsidTr="00A3709B">
        <w:tc>
          <w:tcPr>
            <w:tcW w:w="738" w:type="dxa"/>
            <w:tcMar>
              <w:top w:w="130" w:type="dxa"/>
              <w:left w:w="90" w:type="dxa"/>
              <w:bottom w:w="130" w:type="dxa"/>
              <w:right w:w="90" w:type="dxa"/>
            </w:tcMar>
            <w:vAlign w:val="center"/>
          </w:tcPr>
          <w:p w14:paraId="11BD0AB8" w14:textId="77777777" w:rsidR="00C14B57" w:rsidRDefault="00C14B57" w:rsidP="00A3709B">
            <w:pPr>
              <w:jc w:val="center"/>
            </w:pPr>
            <w:r>
              <w:t>11</w:t>
            </w:r>
          </w:p>
        </w:tc>
        <w:tc>
          <w:tcPr>
            <w:tcW w:w="3780" w:type="dxa"/>
            <w:tcMar>
              <w:top w:w="130" w:type="dxa"/>
              <w:left w:w="90" w:type="dxa"/>
              <w:bottom w:w="130" w:type="dxa"/>
              <w:right w:w="90" w:type="dxa"/>
            </w:tcMar>
            <w:vAlign w:val="center"/>
          </w:tcPr>
          <w:p w14:paraId="1C50EC85" w14:textId="77777777" w:rsidR="00C14B57" w:rsidRDefault="00C14B57" w:rsidP="00A3709B"/>
        </w:tc>
        <w:tc>
          <w:tcPr>
            <w:tcW w:w="4140" w:type="dxa"/>
            <w:tcMar>
              <w:top w:w="130" w:type="dxa"/>
              <w:left w:w="90" w:type="dxa"/>
              <w:bottom w:w="130" w:type="dxa"/>
              <w:right w:w="90" w:type="dxa"/>
            </w:tcMar>
            <w:vAlign w:val="center"/>
          </w:tcPr>
          <w:p w14:paraId="678E5C37" w14:textId="77777777" w:rsidR="00C14B57" w:rsidRDefault="00C14B57" w:rsidP="00A3709B"/>
        </w:tc>
        <w:tc>
          <w:tcPr>
            <w:tcW w:w="1854" w:type="dxa"/>
            <w:tcMar>
              <w:top w:w="130" w:type="dxa"/>
              <w:left w:w="90" w:type="dxa"/>
              <w:bottom w:w="130" w:type="dxa"/>
              <w:right w:w="90" w:type="dxa"/>
            </w:tcMar>
            <w:vAlign w:val="center"/>
          </w:tcPr>
          <w:p w14:paraId="5B74A922" w14:textId="77777777" w:rsidR="00C14B57" w:rsidRDefault="00C14B57" w:rsidP="00A3709B"/>
        </w:tc>
      </w:tr>
      <w:tr w:rsidR="00C14B57" w14:paraId="07C654AD" w14:textId="77777777" w:rsidTr="00A3709B">
        <w:tc>
          <w:tcPr>
            <w:tcW w:w="738" w:type="dxa"/>
            <w:tcMar>
              <w:top w:w="130" w:type="dxa"/>
              <w:left w:w="90" w:type="dxa"/>
              <w:bottom w:w="130" w:type="dxa"/>
              <w:right w:w="90" w:type="dxa"/>
            </w:tcMar>
            <w:vAlign w:val="center"/>
          </w:tcPr>
          <w:p w14:paraId="224A144F" w14:textId="77777777" w:rsidR="00C14B57" w:rsidRDefault="00C14B57" w:rsidP="00A3709B">
            <w:pPr>
              <w:jc w:val="center"/>
            </w:pPr>
            <w:r>
              <w:t>12</w:t>
            </w:r>
          </w:p>
        </w:tc>
        <w:tc>
          <w:tcPr>
            <w:tcW w:w="3780" w:type="dxa"/>
            <w:tcMar>
              <w:top w:w="130" w:type="dxa"/>
              <w:left w:w="90" w:type="dxa"/>
              <w:bottom w:w="130" w:type="dxa"/>
              <w:right w:w="90" w:type="dxa"/>
            </w:tcMar>
            <w:vAlign w:val="center"/>
          </w:tcPr>
          <w:p w14:paraId="0EF9E3AF" w14:textId="77777777" w:rsidR="00C14B57" w:rsidRDefault="00C14B57" w:rsidP="00A3709B"/>
        </w:tc>
        <w:tc>
          <w:tcPr>
            <w:tcW w:w="4140" w:type="dxa"/>
            <w:tcMar>
              <w:top w:w="130" w:type="dxa"/>
              <w:left w:w="90" w:type="dxa"/>
              <w:bottom w:w="130" w:type="dxa"/>
              <w:right w:w="90" w:type="dxa"/>
            </w:tcMar>
            <w:vAlign w:val="center"/>
          </w:tcPr>
          <w:p w14:paraId="23A060E8" w14:textId="77777777" w:rsidR="00C14B57" w:rsidRDefault="00C14B57" w:rsidP="00A3709B"/>
        </w:tc>
        <w:tc>
          <w:tcPr>
            <w:tcW w:w="1854" w:type="dxa"/>
            <w:tcMar>
              <w:top w:w="130" w:type="dxa"/>
              <w:left w:w="90" w:type="dxa"/>
              <w:bottom w:w="130" w:type="dxa"/>
              <w:right w:w="90" w:type="dxa"/>
            </w:tcMar>
            <w:vAlign w:val="center"/>
          </w:tcPr>
          <w:p w14:paraId="5AB25DD3" w14:textId="77777777" w:rsidR="00C14B57" w:rsidRDefault="00C14B57" w:rsidP="00A3709B"/>
        </w:tc>
      </w:tr>
    </w:tbl>
    <w:p w14:paraId="398C0138" w14:textId="77777777" w:rsidR="001569CE" w:rsidRDefault="001569CE"/>
    <w:sectPr w:rsidR="001569CE" w:rsidSect="00034616">
      <w:footerReference w:type="even" r:id="rId12"/>
      <w:footerReference w:type="default" r:id="rId13"/>
      <w:footerReference w:type="first" r:id="rId14"/>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5CF1" w14:textId="77777777" w:rsidR="00AF77E8" w:rsidRDefault="00AF77E8">
      <w:pPr>
        <w:spacing w:after="0" w:line="240" w:lineRule="auto"/>
      </w:pPr>
      <w:r>
        <w:separator/>
      </w:r>
    </w:p>
  </w:endnote>
  <w:endnote w:type="continuationSeparator" w:id="0">
    <w:p w14:paraId="6967CB35" w14:textId="77777777" w:rsidR="00AF77E8" w:rsidRDefault="00AF7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9494" w14:textId="77777777" w:rsidR="00DD00B3" w:rsidRDefault="00DD0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82E8" w14:textId="77777777" w:rsidR="00563D5D" w:rsidRDefault="00AF77E8">
    <w:pPr>
      <w:pStyle w:val="Footer"/>
      <w:jc w:val="center"/>
    </w:pPr>
    <w:r>
      <w:rPr>
        <w:color w:val="787878"/>
        <w:sz w:val="16"/>
      </w:rPr>
      <w:t>Ergonomics Toolbox Talk | COMPANY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68E6" w14:textId="77777777" w:rsidR="00DD00B3" w:rsidRDefault="00DD0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DBB17" w14:textId="77777777" w:rsidR="00AF77E8" w:rsidRDefault="00AF77E8">
      <w:pPr>
        <w:spacing w:after="0" w:line="240" w:lineRule="auto"/>
      </w:pPr>
      <w:r>
        <w:separator/>
      </w:r>
    </w:p>
  </w:footnote>
  <w:footnote w:type="continuationSeparator" w:id="0">
    <w:p w14:paraId="64A92474" w14:textId="77777777" w:rsidR="00AF77E8" w:rsidRDefault="00AF77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2506255">
    <w:abstractNumId w:val="8"/>
  </w:num>
  <w:num w:numId="2" w16cid:durableId="2135176001">
    <w:abstractNumId w:val="6"/>
  </w:num>
  <w:num w:numId="3" w16cid:durableId="132842591">
    <w:abstractNumId w:val="5"/>
  </w:num>
  <w:num w:numId="4" w16cid:durableId="782117601">
    <w:abstractNumId w:val="4"/>
  </w:num>
  <w:num w:numId="5" w16cid:durableId="1716538235">
    <w:abstractNumId w:val="7"/>
  </w:num>
  <w:num w:numId="6" w16cid:durableId="536771702">
    <w:abstractNumId w:val="3"/>
  </w:num>
  <w:num w:numId="7" w16cid:durableId="1900550726">
    <w:abstractNumId w:val="2"/>
  </w:num>
  <w:num w:numId="8" w16cid:durableId="2064673759">
    <w:abstractNumId w:val="1"/>
  </w:num>
  <w:num w:numId="9" w16cid:durableId="127100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524"/>
    <w:rsid w:val="00017CFD"/>
    <w:rsid w:val="00034616"/>
    <w:rsid w:val="0006063C"/>
    <w:rsid w:val="00095688"/>
    <w:rsid w:val="0015074B"/>
    <w:rsid w:val="001569CE"/>
    <w:rsid w:val="00215AE4"/>
    <w:rsid w:val="0029639D"/>
    <w:rsid w:val="00326F90"/>
    <w:rsid w:val="00563D5D"/>
    <w:rsid w:val="00583BEF"/>
    <w:rsid w:val="005D28B7"/>
    <w:rsid w:val="00840730"/>
    <w:rsid w:val="008512AB"/>
    <w:rsid w:val="00A421BA"/>
    <w:rsid w:val="00AA1D8D"/>
    <w:rsid w:val="00AF77E8"/>
    <w:rsid w:val="00B47730"/>
    <w:rsid w:val="00C14B57"/>
    <w:rsid w:val="00C5538E"/>
    <w:rsid w:val="00C85BCD"/>
    <w:rsid w:val="00CA0FB9"/>
    <w:rsid w:val="00CB0664"/>
    <w:rsid w:val="00CB5F25"/>
    <w:rsid w:val="00D26D28"/>
    <w:rsid w:val="00D97D23"/>
    <w:rsid w:val="00DD00B3"/>
    <w:rsid w:val="00E13632"/>
    <w:rsid w:val="00E64B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9A969AB-7D88-458B-AB2A-F551757B1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36F22A-E7FE-4045-9B95-3427037355BE}">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BCE3C67-8E0A-4F51-9AD1-DEE21A849D04}">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4.xml><?xml version="1.0" encoding="utf-8"?>
<ds:datastoreItem xmlns:ds="http://schemas.openxmlformats.org/officeDocument/2006/customXml" ds:itemID="{642E8903-3445-4FC9-B107-1E403922C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393</Words>
  <Characters>2069</Characters>
  <Application>Microsoft Office Word</Application>
  <DocSecurity>0</DocSecurity>
  <Lines>121</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17</cp:revision>
  <dcterms:created xsi:type="dcterms:W3CDTF">2013-12-23T23:15:00Z</dcterms:created>
  <dcterms:modified xsi:type="dcterms:W3CDTF">2026-09-01T16:13:00Z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ies>
</file>