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8FC372D" w14:textId="77777777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OCCUPATIONAL NOISE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F82A2E" w14:textId="77777777" w:rsidR="00F93C90" w:rsidRDefault="00F93C90" w:rsidP="00F93C90">
      <w:pPr>
        <w:spacing w:after="100" w:line="240" w:lineRule="auto"/>
        <w:rPr>
          <w:b/>
          <w:sz w:val="18"/>
          <w:szCs w:val="18"/>
        </w:rPr>
      </w:pPr>
    </w:p>
    <w:p w14:paraId="1B8FA3DE" w14:textId="09130D76" w:rsidR="00563D5D" w:rsidRPr="00F93C90" w:rsidRDefault="00000000" w:rsidP="00F93C90">
      <w:pPr>
        <w:spacing w:before="100" w:after="100"/>
        <w:rPr>
          <w:sz w:val="18"/>
          <w:szCs w:val="18"/>
        </w:rPr>
      </w:pPr>
      <w:r w:rsidRPr="00F93C90">
        <w:rPr>
          <w:b/>
          <w:sz w:val="18"/>
          <w:szCs w:val="18"/>
        </w:rPr>
        <w:t>Noise exposure can permanently damage your hearing. Prevention starts with recognizing noise and using the right protection.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00000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00000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 w:rsidP="00F93C90">
      <w:pPr>
        <w:spacing w:after="0" w:line="240" w:lineRule="auto"/>
      </w:pPr>
    </w:p>
    <w:p w14:paraId="51845A62" w14:textId="70E1D191" w:rsidR="00563D5D" w:rsidRPr="00D97D23" w:rsidRDefault="00000000" w:rsidP="00F93C90">
      <w:pPr>
        <w:keepNext/>
        <w:spacing w:after="60" w:line="240" w:lineRule="auto"/>
      </w:pPr>
      <w:r w:rsidRPr="00D97D23">
        <w:rPr>
          <w:b/>
          <w:sz w:val="26"/>
        </w:rPr>
        <w:t xml:space="preserve">Introduction </w:t>
      </w:r>
    </w:p>
    <w:p w14:paraId="5D8C42EF" w14:textId="3C225014" w:rsidR="00563D5D" w:rsidRPr="00F93C90" w:rsidRDefault="00000000">
      <w:pPr>
        <w:spacing w:after="60" w:line="252" w:lineRule="auto"/>
        <w:rPr>
          <w:sz w:val="19"/>
          <w:szCs w:val="19"/>
        </w:rPr>
      </w:pPr>
      <w:r w:rsidRPr="00F93C90">
        <w:rPr>
          <w:sz w:val="19"/>
          <w:szCs w:val="19"/>
        </w:rPr>
        <w:t>Open with: “Today’s safety topic is occupational noise—because hearing damage can be permanent.” Construction workers and others exposed to loud noise may be at risk.</w:t>
      </w:r>
    </w:p>
    <w:p w14:paraId="68F0A2CA" w14:textId="77777777" w:rsidR="00563D5D" w:rsidRPr="00F93C90" w:rsidRDefault="00000000">
      <w:pPr>
        <w:spacing w:after="60" w:line="252" w:lineRule="auto"/>
        <w:rPr>
          <w:sz w:val="19"/>
          <w:szCs w:val="19"/>
        </w:rPr>
      </w:pPr>
      <w:r w:rsidRPr="00F93C90">
        <w:rPr>
          <w:b/>
          <w:sz w:val="19"/>
          <w:szCs w:val="19"/>
        </w:rPr>
        <w:t>Key Points: Hearing is easy to take for granted. Overexposure to high noise levels can cause permanent hearing loss.</w:t>
      </w:r>
    </w:p>
    <w:p w14:paraId="72A202A9" w14:textId="2231AB1A" w:rsidR="00563D5D" w:rsidRDefault="00000000">
      <w:pPr>
        <w:keepNext/>
        <w:spacing w:before="140" w:after="60"/>
      </w:pPr>
      <w:r w:rsidRPr="00D97D23">
        <w:rPr>
          <w:b/>
          <w:sz w:val="26"/>
        </w:rPr>
        <w:t xml:space="preserve">Why It Matters </w:t>
      </w:r>
    </w:p>
    <w:p w14:paraId="4C4D0115" w14:textId="5CF5E12B" w:rsidR="00563D5D" w:rsidRPr="00F93C90" w:rsidRDefault="00000000">
      <w:pPr>
        <w:spacing w:after="60" w:line="252" w:lineRule="auto"/>
        <w:rPr>
          <w:sz w:val="19"/>
          <w:szCs w:val="19"/>
        </w:rPr>
      </w:pPr>
      <w:r w:rsidRPr="00F93C90">
        <w:rPr>
          <w:sz w:val="19"/>
          <w:szCs w:val="19"/>
        </w:rPr>
        <w:t>Noise is measured in decibels. Higher decibel levels mean louder noise and greater potential risk.</w:t>
      </w:r>
    </w:p>
    <w:p w14:paraId="412F6DDA" w14:textId="77777777" w:rsidR="00563D5D" w:rsidRPr="00F93C90" w:rsidRDefault="00000000">
      <w:pPr>
        <w:pStyle w:val="ListBullet"/>
        <w:spacing w:after="50" w:line="252" w:lineRule="auto"/>
        <w:rPr>
          <w:sz w:val="19"/>
          <w:szCs w:val="19"/>
        </w:rPr>
      </w:pPr>
      <w:r w:rsidRPr="00F93C90">
        <w:rPr>
          <w:sz w:val="19"/>
          <w:szCs w:val="19"/>
        </w:rPr>
        <w:t>Examples include heavy machinery, shop tools, motorcycles, loud music, and sand blasting.</w:t>
      </w:r>
    </w:p>
    <w:p w14:paraId="53961B43" w14:textId="77777777" w:rsidR="00563D5D" w:rsidRDefault="00000000">
      <w:pPr>
        <w:pStyle w:val="ListBullet"/>
        <w:spacing w:after="50" w:line="252" w:lineRule="auto"/>
        <w:rPr>
          <w:sz w:val="19"/>
          <w:szCs w:val="19"/>
        </w:rPr>
      </w:pPr>
      <w:r w:rsidRPr="00F93C90">
        <w:rPr>
          <w:sz w:val="19"/>
          <w:szCs w:val="19"/>
        </w:rPr>
        <w:t>Hearing protection only works when it is worn consistently and correctly.</w:t>
      </w:r>
    </w:p>
    <w:p w14:paraId="6C82442A" w14:textId="77777777" w:rsidR="002440CF" w:rsidRPr="00F93C90" w:rsidRDefault="002440CF" w:rsidP="002440CF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F93C90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F93C90" w:rsidRDefault="00000000">
            <w:pPr>
              <w:rPr>
                <w:sz w:val="19"/>
                <w:szCs w:val="19"/>
              </w:rPr>
            </w:pPr>
            <w:r w:rsidRPr="00F93C90">
              <w:rPr>
                <w:b/>
                <w:sz w:val="19"/>
                <w:szCs w:val="19"/>
              </w:rPr>
              <w:t>Quick Engagement Question: “What noise sources on this job could damage your hearing?”</w:t>
            </w:r>
          </w:p>
        </w:tc>
      </w:tr>
    </w:tbl>
    <w:p w14:paraId="72F64245" w14:textId="667DCEFF" w:rsidR="00563D5D" w:rsidRDefault="00000000">
      <w:pPr>
        <w:keepNext/>
        <w:spacing w:before="140" w:after="60"/>
      </w:pPr>
      <w:r w:rsidRPr="00D97D23">
        <w:rPr>
          <w:b/>
          <w:sz w:val="26"/>
        </w:rPr>
        <w:t xml:space="preserve">Recognizing Noise Hazards </w:t>
      </w:r>
    </w:p>
    <w:p w14:paraId="6C595277" w14:textId="5FCC1B44" w:rsidR="00563D5D" w:rsidRPr="00F93C90" w:rsidRDefault="00000000">
      <w:pPr>
        <w:spacing w:after="60" w:line="252" w:lineRule="auto"/>
        <w:rPr>
          <w:sz w:val="19"/>
          <w:szCs w:val="19"/>
        </w:rPr>
      </w:pPr>
      <w:r w:rsidRPr="00F93C90">
        <w:rPr>
          <w:sz w:val="19"/>
          <w:szCs w:val="19"/>
        </w:rPr>
        <w:t>Noise from nearby work can affect you even when you are not operating the equipment.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F93C90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F93C90" w:rsidRDefault="00000000">
            <w:pPr>
              <w:rPr>
                <w:sz w:val="19"/>
                <w:szCs w:val="19"/>
                <w:u w:val="single"/>
              </w:rPr>
            </w:pPr>
            <w:r w:rsidRPr="00F93C90">
              <w:rPr>
                <w:b/>
                <w:sz w:val="19"/>
                <w:szCs w:val="19"/>
                <w:u w:val="single"/>
              </w:rPr>
              <w:t>Noise Levels to Recognize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60 dB – normal speech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85 dB – heavy machinery with soundproof cab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90 dB – lawnmower / shop tools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100 dB – heavy machinery without soundproof cab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115 dB – loud music / sand blasting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F93C90" w:rsidRDefault="00000000">
            <w:pPr>
              <w:rPr>
                <w:sz w:val="19"/>
                <w:szCs w:val="19"/>
                <w:u w:val="single"/>
              </w:rPr>
            </w:pPr>
            <w:r w:rsidRPr="00F93C90">
              <w:rPr>
                <w:b/>
                <w:sz w:val="19"/>
                <w:szCs w:val="19"/>
                <w:u w:val="single"/>
              </w:rPr>
              <w:t>Signs of a Noise Hazard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You must raise your voice to communicate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Nearby tools or equipment are very loud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Noise levels increase unexpectedly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The task requires hearing protection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F93C90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77777777" w:rsidR="00563D5D" w:rsidRPr="00F93C90" w:rsidRDefault="00000000">
            <w:pPr>
              <w:rPr>
                <w:sz w:val="19"/>
                <w:szCs w:val="19"/>
              </w:rPr>
            </w:pPr>
            <w:r w:rsidRPr="00F93C90">
              <w:rPr>
                <w:b/>
                <w:sz w:val="19"/>
                <w:szCs w:val="19"/>
              </w:rPr>
              <w:t>Mini Scenario (2–3 min): “Equipment that is normally quiet suddenly becomes much louder. What should you do?”</w:t>
            </w:r>
          </w:p>
        </w:tc>
      </w:tr>
    </w:tbl>
    <w:p w14:paraId="3D36D045" w14:textId="037B0294" w:rsidR="00563D5D" w:rsidRPr="00D97D23" w:rsidRDefault="00000000">
      <w:pPr>
        <w:keepNext/>
        <w:spacing w:before="140" w:after="60"/>
      </w:pPr>
      <w:r w:rsidRPr="00D97D23">
        <w:rPr>
          <w:b/>
          <w:sz w:val="26"/>
        </w:rPr>
        <w:t xml:space="preserve">Protecting Your Hearing </w:t>
      </w:r>
    </w:p>
    <w:p w14:paraId="7AE0AB66" w14:textId="343EE814" w:rsidR="00563D5D" w:rsidRPr="00F93C90" w:rsidRDefault="00000000">
      <w:pPr>
        <w:spacing w:after="60" w:line="252" w:lineRule="auto"/>
        <w:rPr>
          <w:sz w:val="19"/>
          <w:szCs w:val="19"/>
        </w:rPr>
      </w:pPr>
      <w:r w:rsidRPr="00F93C90">
        <w:rPr>
          <w:sz w:val="19"/>
          <w:szCs w:val="19"/>
        </w:rPr>
        <w:t>Use the right hearing protection, maintain equipment, and report unusual noise conditions.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F93C90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F93C90" w:rsidRDefault="00000000">
            <w:pPr>
              <w:rPr>
                <w:sz w:val="19"/>
                <w:szCs w:val="19"/>
                <w:u w:val="single"/>
              </w:rPr>
            </w:pPr>
            <w:r w:rsidRPr="00F93C90">
              <w:rPr>
                <w:b/>
                <w:sz w:val="19"/>
                <w:szCs w:val="19"/>
                <w:u w:val="single"/>
              </w:rPr>
              <w:t>Before Work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Identify noisy tasks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Know what protection is required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F93C90" w:rsidRDefault="00000000">
            <w:pPr>
              <w:rPr>
                <w:sz w:val="19"/>
                <w:szCs w:val="19"/>
                <w:u w:val="single"/>
              </w:rPr>
            </w:pPr>
            <w:r w:rsidRPr="00F93C90">
              <w:rPr>
                <w:b/>
                <w:sz w:val="19"/>
                <w:szCs w:val="19"/>
                <w:u w:val="single"/>
              </w:rPr>
              <w:t>During Work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Wear protection consistently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Use it correctly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F93C90" w:rsidRDefault="00000000">
            <w:pPr>
              <w:rPr>
                <w:sz w:val="19"/>
                <w:szCs w:val="19"/>
                <w:u w:val="single"/>
              </w:rPr>
            </w:pPr>
            <w:r w:rsidRPr="00F93C90">
              <w:rPr>
                <w:b/>
                <w:sz w:val="19"/>
                <w:szCs w:val="19"/>
                <w:u w:val="single"/>
              </w:rPr>
              <w:t>Reduce Noise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Maintain equipment</w:t>
            </w:r>
            <w:r w:rsidRPr="00F93C90">
              <w:rPr>
                <w:b/>
                <w:sz w:val="19"/>
                <w:szCs w:val="19"/>
                <w:u w:val="single"/>
              </w:rPr>
              <w:br/>
              <w:t>Report unusual noise</w:t>
            </w:r>
          </w:p>
        </w:tc>
      </w:tr>
    </w:tbl>
    <w:p w14:paraId="65E40476" w14:textId="77777777" w:rsidR="002440CF" w:rsidRDefault="002440CF" w:rsidP="002440CF">
      <w:pPr>
        <w:keepNext/>
        <w:spacing w:before="140" w:after="0" w:line="240" w:lineRule="auto"/>
        <w:rPr>
          <w:b/>
          <w:sz w:val="26"/>
        </w:rPr>
      </w:pPr>
    </w:p>
    <w:p w14:paraId="0CAF3242" w14:textId="5C7DEC6D" w:rsidR="00563D5D" w:rsidRDefault="00000000">
      <w:pPr>
        <w:keepNext/>
        <w:spacing w:before="140" w:after="60"/>
      </w:pPr>
      <w:r w:rsidRPr="00D97D23">
        <w:rPr>
          <w:b/>
          <w:sz w:val="26"/>
        </w:rPr>
        <w:t xml:space="preserve">Resources &amp; Close </w:t>
      </w:r>
    </w:p>
    <w:p w14:paraId="3827CA12" w14:textId="6C5A2214" w:rsidR="00563D5D" w:rsidRPr="00F93C90" w:rsidRDefault="00000000">
      <w:pPr>
        <w:spacing w:after="60" w:line="252" w:lineRule="auto"/>
        <w:rPr>
          <w:sz w:val="19"/>
          <w:szCs w:val="19"/>
        </w:rPr>
      </w:pPr>
      <w:r w:rsidRPr="00F93C90">
        <w:rPr>
          <w:sz w:val="19"/>
          <w:szCs w:val="19"/>
        </w:rPr>
        <w:t>Know what hearing protection is required for your work and report noise concerns to your supervisor.</w:t>
      </w:r>
    </w:p>
    <w:p w14:paraId="697FE1F0" w14:textId="77777777" w:rsidR="00563D5D" w:rsidRPr="00F93C90" w:rsidRDefault="00000000">
      <w:pPr>
        <w:pStyle w:val="ListBullet"/>
        <w:spacing w:after="50" w:line="252" w:lineRule="auto"/>
        <w:rPr>
          <w:sz w:val="19"/>
          <w:szCs w:val="19"/>
        </w:rPr>
      </w:pPr>
      <w:r w:rsidRPr="00F93C90">
        <w:rPr>
          <w:sz w:val="19"/>
          <w:szCs w:val="19"/>
        </w:rPr>
        <w:t>Use the hearing protection provided for your task.</w:t>
      </w:r>
    </w:p>
    <w:p w14:paraId="6A0BA660" w14:textId="77777777" w:rsidR="00563D5D" w:rsidRPr="00F93C90" w:rsidRDefault="00000000">
      <w:pPr>
        <w:pStyle w:val="ListBullet"/>
        <w:spacing w:after="50" w:line="252" w:lineRule="auto"/>
        <w:rPr>
          <w:sz w:val="19"/>
          <w:szCs w:val="19"/>
        </w:rPr>
      </w:pPr>
      <w:r w:rsidRPr="00F93C90">
        <w:rPr>
          <w:sz w:val="19"/>
          <w:szCs w:val="19"/>
        </w:rPr>
        <w:t>Report equipment that suddenly becomes louder.</w:t>
      </w:r>
    </w:p>
    <w:p w14:paraId="5BFAAA2F" w14:textId="77777777" w:rsidR="00563D5D" w:rsidRDefault="00000000">
      <w:pPr>
        <w:pStyle w:val="ListBullet"/>
        <w:spacing w:after="50" w:line="252" w:lineRule="auto"/>
        <w:rPr>
          <w:sz w:val="19"/>
          <w:szCs w:val="19"/>
        </w:rPr>
      </w:pPr>
      <w:r w:rsidRPr="00F93C90">
        <w:rPr>
          <w:sz w:val="19"/>
          <w:szCs w:val="19"/>
        </w:rPr>
        <w:t>Protect your hearing during loud activities away from work.</w:t>
      </w:r>
    </w:p>
    <w:p w14:paraId="2F3BEB15" w14:textId="77777777" w:rsidR="002A1BEA" w:rsidRPr="00F93C90" w:rsidRDefault="002A1BEA" w:rsidP="002A1BEA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F93C90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5FA9D6" w14:textId="77777777" w:rsidR="00563D5D" w:rsidRPr="00F93C90" w:rsidRDefault="00000000">
            <w:pPr>
              <w:rPr>
                <w:sz w:val="19"/>
                <w:szCs w:val="19"/>
              </w:rPr>
            </w:pPr>
            <w:r w:rsidRPr="00F93C90">
              <w:rPr>
                <w:b/>
                <w:sz w:val="19"/>
                <w:szCs w:val="19"/>
              </w:rPr>
              <w:t>Closing Message: “Hearing loss can be permanent. Know the noise hazards, use the right protection, and report unusual noise.”</w:t>
            </w:r>
          </w:p>
        </w:tc>
      </w:tr>
    </w:tbl>
    <w:p w14:paraId="30797E56" w14:textId="77777777" w:rsidR="00563D5D" w:rsidRDefault="00563D5D"/>
    <w:p w14:paraId="3FF08615" w14:textId="77777777" w:rsidR="00563D5D" w:rsidRPr="00D97D23" w:rsidRDefault="00000000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000000">
      <w:pPr>
        <w:spacing w:after="160"/>
        <w:jc w:val="center"/>
        <w:rPr>
          <w:b/>
        </w:rPr>
      </w:pPr>
      <w:r>
        <w:rPr>
          <w:b/>
        </w:rPr>
        <w:t>Topic: Occupational Noise / Hearing Protection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3028C5" w14:paraId="7AE6F499" w14:textId="77777777" w:rsidTr="00302BA6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59CF33" w14:textId="77777777" w:rsidR="003028C5" w:rsidRDefault="003028C5" w:rsidP="00302BA6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6E96B2" w14:textId="77777777" w:rsidR="003028C5" w:rsidRDefault="003028C5" w:rsidP="00302BA6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97E2DC" w14:textId="77777777" w:rsidR="003028C5" w:rsidRDefault="003028C5" w:rsidP="00302BA6">
            <w:r>
              <w:rPr>
                <w:b/>
              </w:rPr>
              <w:t>Instructor:</w:t>
            </w:r>
          </w:p>
        </w:tc>
      </w:tr>
    </w:tbl>
    <w:p w14:paraId="09429A41" w14:textId="77777777" w:rsidR="003028C5" w:rsidRDefault="003028C5" w:rsidP="003028C5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3028C5" w14:paraId="67CE1083" w14:textId="77777777" w:rsidTr="00302BA6">
        <w:tc>
          <w:tcPr>
            <w:tcW w:w="738" w:type="dxa"/>
            <w:shd w:val="clear" w:color="auto" w:fill="D9E2F3"/>
          </w:tcPr>
          <w:p w14:paraId="5B246F14" w14:textId="77777777" w:rsidR="003028C5" w:rsidRDefault="003028C5" w:rsidP="00302BA6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1FC62656" w14:textId="77777777" w:rsidR="003028C5" w:rsidRDefault="003028C5" w:rsidP="00302BA6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0FB98371" w14:textId="77777777" w:rsidR="003028C5" w:rsidRDefault="003028C5" w:rsidP="00302BA6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5AF4437E" w14:textId="77777777" w:rsidR="003028C5" w:rsidRDefault="003028C5" w:rsidP="00302BA6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3028C5" w14:paraId="65552AF8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5C6653" w14:textId="77777777" w:rsidR="003028C5" w:rsidRDefault="003028C5" w:rsidP="00302BA6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ECE7E34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2CC7AFD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971D8A" w14:textId="77777777" w:rsidR="003028C5" w:rsidRDefault="003028C5" w:rsidP="00302BA6"/>
        </w:tc>
      </w:tr>
      <w:tr w:rsidR="003028C5" w14:paraId="0A6E3810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5E6542" w14:textId="77777777" w:rsidR="003028C5" w:rsidRDefault="003028C5" w:rsidP="00302BA6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5F3D70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C4CED2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3F4607" w14:textId="77777777" w:rsidR="003028C5" w:rsidRDefault="003028C5" w:rsidP="00302BA6"/>
        </w:tc>
      </w:tr>
      <w:tr w:rsidR="003028C5" w14:paraId="61154119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697629" w14:textId="77777777" w:rsidR="003028C5" w:rsidRDefault="003028C5" w:rsidP="00302BA6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E6CD27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25904DF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C1C9F3A" w14:textId="77777777" w:rsidR="003028C5" w:rsidRDefault="003028C5" w:rsidP="00302BA6"/>
        </w:tc>
      </w:tr>
      <w:tr w:rsidR="003028C5" w14:paraId="173DC6F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6F4270" w14:textId="77777777" w:rsidR="003028C5" w:rsidRDefault="003028C5" w:rsidP="00302BA6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547ACF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DF832EA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C5FB13" w14:textId="77777777" w:rsidR="003028C5" w:rsidRDefault="003028C5" w:rsidP="00302BA6"/>
        </w:tc>
      </w:tr>
      <w:tr w:rsidR="003028C5" w14:paraId="09F62C4F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807D5DE" w14:textId="77777777" w:rsidR="003028C5" w:rsidRDefault="003028C5" w:rsidP="00302BA6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A46617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ED3BED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820B616" w14:textId="77777777" w:rsidR="003028C5" w:rsidRDefault="003028C5" w:rsidP="00302BA6"/>
        </w:tc>
      </w:tr>
      <w:tr w:rsidR="003028C5" w14:paraId="031574AA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40E8829" w14:textId="77777777" w:rsidR="003028C5" w:rsidRDefault="003028C5" w:rsidP="00302BA6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C8A6A97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281558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C7BFCA" w14:textId="77777777" w:rsidR="003028C5" w:rsidRDefault="003028C5" w:rsidP="00302BA6"/>
        </w:tc>
      </w:tr>
      <w:tr w:rsidR="003028C5" w14:paraId="0DCECDE3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9294DC9" w14:textId="77777777" w:rsidR="003028C5" w:rsidRDefault="003028C5" w:rsidP="00302BA6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9A026B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F5BB104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BA2C0E4" w14:textId="77777777" w:rsidR="003028C5" w:rsidRDefault="003028C5" w:rsidP="00302BA6"/>
        </w:tc>
      </w:tr>
      <w:tr w:rsidR="003028C5" w14:paraId="5E91C0CE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BD35E3" w14:textId="77777777" w:rsidR="003028C5" w:rsidRDefault="003028C5" w:rsidP="00302BA6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2C916AF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7833E1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6B25B1" w14:textId="77777777" w:rsidR="003028C5" w:rsidRDefault="003028C5" w:rsidP="00302BA6"/>
        </w:tc>
      </w:tr>
      <w:tr w:rsidR="003028C5" w14:paraId="235409BB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9E7FF2" w14:textId="77777777" w:rsidR="003028C5" w:rsidRDefault="003028C5" w:rsidP="00302BA6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9F29FA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C1A2519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0E22A5" w14:textId="77777777" w:rsidR="003028C5" w:rsidRDefault="003028C5" w:rsidP="00302BA6"/>
        </w:tc>
      </w:tr>
      <w:tr w:rsidR="003028C5" w14:paraId="179D7344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061316" w14:textId="77777777" w:rsidR="003028C5" w:rsidRDefault="003028C5" w:rsidP="00302BA6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6173020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29DFC23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DEB39D" w14:textId="77777777" w:rsidR="003028C5" w:rsidRDefault="003028C5" w:rsidP="00302BA6"/>
        </w:tc>
      </w:tr>
      <w:tr w:rsidR="003028C5" w14:paraId="49555929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5BBA65" w14:textId="77777777" w:rsidR="003028C5" w:rsidRDefault="003028C5" w:rsidP="00302BA6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00A5B21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56E1CB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211CAA" w14:textId="77777777" w:rsidR="003028C5" w:rsidRDefault="003028C5" w:rsidP="00302BA6"/>
        </w:tc>
      </w:tr>
      <w:tr w:rsidR="003028C5" w14:paraId="09495EA6" w14:textId="77777777" w:rsidTr="00302BA6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A4A4499" w14:textId="77777777" w:rsidR="003028C5" w:rsidRDefault="003028C5" w:rsidP="00302BA6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367F18" w14:textId="77777777" w:rsidR="003028C5" w:rsidRDefault="003028C5" w:rsidP="00302BA6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B68992" w14:textId="77777777" w:rsidR="003028C5" w:rsidRDefault="003028C5" w:rsidP="00302BA6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C87550" w14:textId="77777777" w:rsidR="003028C5" w:rsidRDefault="003028C5" w:rsidP="00302BA6"/>
        </w:tc>
      </w:tr>
    </w:tbl>
    <w:p w14:paraId="62DBC678" w14:textId="77777777" w:rsidR="003028C5" w:rsidRDefault="003028C5">
      <w:pPr>
        <w:spacing w:after="160"/>
        <w:jc w:val="center"/>
      </w:pPr>
    </w:p>
    <w:sectPr w:rsidR="003028C5" w:rsidSect="00034616">
      <w:headerReference w:type="default" r:id="rId12"/>
      <w:footerReference w:type="default" r:id="rId13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FB2B8" w14:textId="77777777" w:rsidR="009F6B7B" w:rsidRDefault="009F6B7B">
      <w:pPr>
        <w:spacing w:after="0" w:line="240" w:lineRule="auto"/>
      </w:pPr>
      <w:r>
        <w:separator/>
      </w:r>
    </w:p>
  </w:endnote>
  <w:endnote w:type="continuationSeparator" w:id="0">
    <w:p w14:paraId="397EE807" w14:textId="77777777" w:rsidR="009F6B7B" w:rsidRDefault="009F6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000000">
    <w:pPr>
      <w:pStyle w:val="Footer"/>
      <w:jc w:val="center"/>
    </w:pPr>
    <w:r>
      <w:rPr>
        <w:color w:val="787878"/>
        <w:sz w:val="16"/>
      </w:rPr>
      <w:t>Occupational Noise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0C721" w14:textId="77777777" w:rsidR="009F6B7B" w:rsidRDefault="009F6B7B">
      <w:pPr>
        <w:spacing w:after="0" w:line="240" w:lineRule="auto"/>
      </w:pPr>
      <w:r>
        <w:separator/>
      </w:r>
    </w:p>
  </w:footnote>
  <w:footnote w:type="continuationSeparator" w:id="0">
    <w:p w14:paraId="321125C2" w14:textId="77777777" w:rsidR="009F6B7B" w:rsidRDefault="009F6B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D4988" w14:textId="77777777" w:rsidR="00D63E78" w:rsidRDefault="00D63E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1E754F"/>
    <w:rsid w:val="002440CF"/>
    <w:rsid w:val="0029639D"/>
    <w:rsid w:val="002A1BEA"/>
    <w:rsid w:val="003028C5"/>
    <w:rsid w:val="00326F90"/>
    <w:rsid w:val="00563D5D"/>
    <w:rsid w:val="00583BEF"/>
    <w:rsid w:val="005D28B7"/>
    <w:rsid w:val="008512AB"/>
    <w:rsid w:val="009F6B7B"/>
    <w:rsid w:val="00AA1D8D"/>
    <w:rsid w:val="00B47730"/>
    <w:rsid w:val="00CA0FB9"/>
    <w:rsid w:val="00CB0664"/>
    <w:rsid w:val="00CB5F25"/>
    <w:rsid w:val="00D63E78"/>
    <w:rsid w:val="00D97D23"/>
    <w:rsid w:val="00F93C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378</Words>
  <Characters>2093</Characters>
  <Application>Microsoft Office Word</Application>
  <DocSecurity>0</DocSecurity>
  <Lines>123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Occupational Noise Toolbox Talk</dc:title>
  <dc:subject>Hearing Protection and Occupational Noise Safety</dc:subject>
  <dc:creator>python-docx</dc:creator>
  <cp:keywords/>
  <dc:description>generated by python-docx</dc:description>
  <cp:lastModifiedBy>Charlene Rasmussen</cp:lastModifiedBy>
  <cp:revision>12</cp:revision>
  <dcterms:created xsi:type="dcterms:W3CDTF">2013-12-23T23:15:00Z</dcterms:created>
  <dcterms:modified xsi:type="dcterms:W3CDTF">2026-09-02T14:49:00Z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