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256A79" w14:paraId="736BD3E2" w14:textId="77777777" w:rsidTr="00A83F2A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52FA8E" w14:textId="77777777" w:rsidR="00256A79" w:rsidRDefault="00284D8B">
            <w:pPr>
              <w:jc w:val="center"/>
            </w:pPr>
            <w:r>
              <w:rPr>
                <w:b/>
                <w:color w:val="FFFFFF"/>
                <w:sz w:val="34"/>
              </w:rPr>
              <w:t>LADDER SAFETY 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6A6302B5" w14:textId="77777777" w:rsidR="00256A79" w:rsidRDefault="00284D8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DD02CA" wp14:editId="5D75527A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694FE" w14:textId="77777777" w:rsidR="00C14658" w:rsidRDefault="00C14658" w:rsidP="00040454">
      <w:pPr>
        <w:spacing w:after="100"/>
        <w:rPr>
          <w:b/>
        </w:rPr>
      </w:pPr>
    </w:p>
    <w:p w14:paraId="0AAC8828" w14:textId="59EF1286" w:rsidR="00256A79" w:rsidRDefault="00284D8B" w:rsidP="00040454">
      <w:pPr>
        <w:spacing w:after="100"/>
      </w:pPr>
      <w:r>
        <w:rPr>
          <w:b/>
        </w:rPr>
        <w:t>Falls from ladders can cause serious or fatal injuries. Inspect every ladder, select the right ladder, and use it correctly every time.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040454" w14:paraId="060F57BA" w14:textId="77777777" w:rsidTr="005E21D8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5214AE" w14:textId="77777777" w:rsidR="00040454" w:rsidRDefault="00040454" w:rsidP="005E21D8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F013D5" w14:textId="77777777" w:rsidR="00040454" w:rsidRDefault="00040454" w:rsidP="005E21D8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3583D5" w14:textId="77777777" w:rsidR="00040454" w:rsidRDefault="00040454" w:rsidP="005E21D8">
            <w:r>
              <w:rPr>
                <w:b/>
              </w:rPr>
              <w:t>Instructor</w:t>
            </w:r>
          </w:p>
        </w:tc>
      </w:tr>
      <w:tr w:rsidR="00040454" w14:paraId="1646A648" w14:textId="77777777" w:rsidTr="005E21D8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5A529C7" w14:textId="77777777" w:rsidR="00040454" w:rsidRDefault="00040454" w:rsidP="005E21D8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C407B66" w14:textId="77777777" w:rsidR="00040454" w:rsidRDefault="00040454" w:rsidP="005E21D8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0CAFC87" w14:textId="77777777" w:rsidR="00040454" w:rsidRDefault="00040454" w:rsidP="005E21D8"/>
        </w:tc>
      </w:tr>
    </w:tbl>
    <w:p w14:paraId="19BF3E89" w14:textId="16103CD5" w:rsidR="00256A79" w:rsidRDefault="00284D8B">
      <w:pPr>
        <w:spacing w:before="60" w:after="20"/>
      </w:pPr>
      <w:r>
        <w:rPr>
          <w:b/>
          <w:sz w:val="26"/>
        </w:rPr>
        <w:t>Introduction</w:t>
      </w:r>
    </w:p>
    <w:p w14:paraId="58CEC4D7" w14:textId="77777777" w:rsidR="00256A79" w:rsidRDefault="00284D8B">
      <w:pPr>
        <w:spacing w:after="20"/>
      </w:pPr>
      <w:r>
        <w:t>Open with: “Today’s safety topic is ladder safety. A short climb can still result in a serious injury if the wrong ladder is used, the ladder is damaged, or it is set up incorrectly.”</w:t>
      </w:r>
    </w:p>
    <w:p w14:paraId="0F62595B" w14:textId="77777777" w:rsidR="00256A79" w:rsidRDefault="00284D8B">
      <w:pPr>
        <w:spacing w:after="20"/>
      </w:pPr>
      <w:r>
        <w:rPr>
          <w:b/>
        </w:rPr>
        <w:t xml:space="preserve">Key Points: </w:t>
      </w:r>
      <w:r>
        <w:t>Inspect before use. Select the right ladder for the job. Set it up on a stable surface and use it as designed.</w:t>
      </w:r>
    </w:p>
    <w:p w14:paraId="4B0AA517" w14:textId="77777777" w:rsidR="00256A79" w:rsidRDefault="00284D8B">
      <w:pPr>
        <w:spacing w:before="60" w:after="20"/>
      </w:pPr>
      <w:r>
        <w:rPr>
          <w:b/>
          <w:sz w:val="26"/>
        </w:rPr>
        <w:t>Why It Matters</w:t>
      </w:r>
    </w:p>
    <w:p w14:paraId="726C4390" w14:textId="77777777" w:rsidR="00256A79" w:rsidRDefault="00284D8B">
      <w:pPr>
        <w:spacing w:after="0"/>
      </w:pPr>
      <w:r>
        <w:t>Falls are a leading cause of death in construction, and ladder falls can result in disabling or fatal injuries even from relatively low heights.</w:t>
      </w:r>
    </w:p>
    <w:p w14:paraId="3E68CDD8" w14:textId="77777777" w:rsidR="00256A79" w:rsidRDefault="00284D8B">
      <w:pPr>
        <w:pStyle w:val="ListBullet"/>
        <w:spacing w:after="0"/>
      </w:pPr>
      <w:r>
        <w:t>Falls from as little as 2 feet can disable or kill.</w:t>
      </w:r>
    </w:p>
    <w:p w14:paraId="55ADABE9" w14:textId="77777777" w:rsidR="00256A79" w:rsidRDefault="00284D8B">
      <w:pPr>
        <w:pStyle w:val="ListBullet"/>
        <w:spacing w:after="0"/>
      </w:pPr>
      <w:r>
        <w:t>Damaged, unstable, or improperly used ladders increase the risk of a fall.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256A79" w14:paraId="283F4EC6" w14:textId="77777777" w:rsidTr="000D6F26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A8FEB0" w14:textId="77777777" w:rsidR="00256A79" w:rsidRDefault="00284D8B">
            <w:r>
              <w:rPr>
                <w:b/>
              </w:rPr>
              <w:t>Quick Engagement Question: “What ladder problem or unsafe setup do you see most often on a jobsite?”</w:t>
            </w:r>
          </w:p>
        </w:tc>
      </w:tr>
    </w:tbl>
    <w:p w14:paraId="1FBDDB8C" w14:textId="77777777" w:rsidR="00256A79" w:rsidRDefault="00284D8B">
      <w:pPr>
        <w:spacing w:before="60" w:after="20"/>
      </w:pPr>
      <w:r>
        <w:rPr>
          <w:b/>
          <w:sz w:val="26"/>
        </w:rPr>
        <w:t>Inspect Before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256A79" w14:paraId="0873EEC3" w14:textId="77777777" w:rsidTr="000D6F26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9C5DA1" w14:textId="77777777" w:rsidR="00256A79" w:rsidRDefault="00284D8B">
            <w:pPr>
              <w:spacing w:after="20"/>
            </w:pPr>
            <w:r>
              <w:rPr>
                <w:b/>
                <w:u w:val="single"/>
              </w:rPr>
              <w:t>Check the Ladder</w:t>
            </w:r>
          </w:p>
          <w:p w14:paraId="76C0C62C" w14:textId="77777777" w:rsidR="00256A79" w:rsidRDefault="00284D8B">
            <w:pPr>
              <w:pStyle w:val="ListBullet"/>
              <w:spacing w:after="0"/>
            </w:pPr>
            <w:r>
              <w:t>Load-rating labels are present and legible.</w:t>
            </w:r>
          </w:p>
          <w:p w14:paraId="5C7F7A46" w14:textId="77777777" w:rsidR="00256A79" w:rsidRDefault="00284D8B">
            <w:pPr>
              <w:pStyle w:val="ListBullet"/>
              <w:spacing w:after="0"/>
            </w:pPr>
            <w:r>
              <w:t>Side rails are not cracked.</w:t>
            </w:r>
          </w:p>
          <w:p w14:paraId="2182A5AD" w14:textId="77777777" w:rsidR="00256A79" w:rsidRDefault="00284D8B">
            <w:pPr>
              <w:pStyle w:val="ListBullet"/>
              <w:spacing w:after="0"/>
            </w:pPr>
            <w:r>
              <w:t>Rungs and back supports are not bent, cracked, or missing.</w:t>
            </w:r>
          </w:p>
          <w:p w14:paraId="2C1A93F3" w14:textId="77777777" w:rsidR="00256A79" w:rsidRDefault="00284D8B">
            <w:pPr>
              <w:pStyle w:val="ListBullet"/>
              <w:spacing w:after="0"/>
            </w:pPr>
            <w:r>
              <w:t>Rivets and manufacturer-installed screws are present and secure.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AA8A4D" w14:textId="77777777" w:rsidR="00256A79" w:rsidRDefault="00284D8B">
            <w:pPr>
              <w:spacing w:after="20"/>
            </w:pPr>
            <w:r>
              <w:rPr>
                <w:b/>
                <w:u w:val="single"/>
              </w:rPr>
              <w:t>Check the Condition</w:t>
            </w:r>
          </w:p>
          <w:p w14:paraId="33886837" w14:textId="77777777" w:rsidR="00256A79" w:rsidRDefault="00284D8B">
            <w:pPr>
              <w:pStyle w:val="ListBullet"/>
              <w:spacing w:after="0"/>
            </w:pPr>
            <w:r>
              <w:t>Slip-resistant feet are present and in good condition.</w:t>
            </w:r>
          </w:p>
          <w:p w14:paraId="1312E152" w14:textId="77777777" w:rsidR="00256A79" w:rsidRDefault="00284D8B">
            <w:pPr>
              <w:pStyle w:val="ListBullet"/>
              <w:spacing w:after="0"/>
            </w:pPr>
            <w:r>
              <w:t>The ladder is free of oil, grease, or other slip hazards.</w:t>
            </w:r>
          </w:p>
          <w:p w14:paraId="565ACA60" w14:textId="77777777" w:rsidR="00256A79" w:rsidRDefault="00284D8B">
            <w:pPr>
              <w:pStyle w:val="ListBullet"/>
              <w:spacing w:after="0"/>
            </w:pPr>
            <w:r>
              <w:t>There is no corrosion, rust, or other unsafe damage.</w:t>
            </w:r>
          </w:p>
          <w:p w14:paraId="74129891" w14:textId="77777777" w:rsidR="00256A79" w:rsidRDefault="00284D8B">
            <w:pPr>
              <w:pStyle w:val="ListBullet"/>
              <w:spacing w:after="0"/>
            </w:pPr>
            <w:r>
              <w:t>Damaged ladders are reported, tagged out, and removed from the work area.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256A79" w14:paraId="7CEC9C8B" w14:textId="77777777" w:rsidTr="000D6F26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9B5A85" w14:textId="18C6B695" w:rsidR="00256A79" w:rsidRDefault="00284D8B">
            <w:r>
              <w:rPr>
                <w:b/>
              </w:rPr>
              <w:t xml:space="preserve">Mini Scenario: </w:t>
            </w:r>
            <w:r>
              <w:t>“You inspect a ladder and find a cracked side rail, but the task will only take a few minutes. What should you do?”</w:t>
            </w:r>
          </w:p>
        </w:tc>
      </w:tr>
    </w:tbl>
    <w:p w14:paraId="1C3E86D8" w14:textId="77777777" w:rsidR="00256A79" w:rsidRDefault="00284D8B">
      <w:pPr>
        <w:spacing w:before="60" w:after="20"/>
      </w:pPr>
      <w:r>
        <w:rPr>
          <w:b/>
          <w:sz w:val="26"/>
        </w:rPr>
        <w:t>Safe Ladder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56A79" w14:paraId="627635E1" w14:textId="77777777" w:rsidTr="000D6F26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C7DA2C" w14:textId="77777777" w:rsidR="00256A79" w:rsidRDefault="00284D8B">
            <w:pPr>
              <w:spacing w:after="20"/>
            </w:pPr>
            <w:r>
              <w:rPr>
                <w:b/>
                <w:u w:val="single"/>
              </w:rPr>
              <w:t>Select &amp; Position</w:t>
            </w:r>
          </w:p>
          <w:p w14:paraId="7F098B51" w14:textId="77777777" w:rsidR="00256A79" w:rsidRDefault="00284D8B">
            <w:pPr>
              <w:pStyle w:val="ListBullet"/>
              <w:spacing w:after="0"/>
            </w:pPr>
            <w:r>
              <w:t>Choose the correct style, size, and load capacity.</w:t>
            </w:r>
          </w:p>
          <w:p w14:paraId="2C32B19E" w14:textId="77777777" w:rsidR="00256A79" w:rsidRDefault="00284D8B">
            <w:pPr>
              <w:pStyle w:val="ListBullet"/>
              <w:spacing w:after="0"/>
            </w:pPr>
            <w:r>
              <w:t>Use a stable surface and secure against displacement.</w:t>
            </w:r>
          </w:p>
          <w:p w14:paraId="2FD4B25F" w14:textId="77777777" w:rsidR="00256A79" w:rsidRDefault="00284D8B">
            <w:pPr>
              <w:pStyle w:val="ListBullet"/>
              <w:spacing w:after="0"/>
            </w:pPr>
            <w:r>
              <w:t>Barricade or warn others at doorways or passageways.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CBB44A" w14:textId="77777777" w:rsidR="00256A79" w:rsidRDefault="00284D8B">
            <w:pPr>
              <w:spacing w:after="20"/>
            </w:pPr>
            <w:r>
              <w:rPr>
                <w:b/>
                <w:u w:val="single"/>
              </w:rPr>
              <w:t>Climb Safely</w:t>
            </w:r>
          </w:p>
          <w:p w14:paraId="5AD04330" w14:textId="77777777" w:rsidR="00256A79" w:rsidRDefault="00284D8B">
            <w:pPr>
              <w:pStyle w:val="ListBullet"/>
              <w:spacing w:after="0"/>
            </w:pPr>
            <w:r>
              <w:t>Face the ladder and use both hands.</w:t>
            </w:r>
          </w:p>
          <w:p w14:paraId="02AE6D25" w14:textId="77777777" w:rsidR="00256A79" w:rsidRDefault="00284D8B">
            <w:pPr>
              <w:pStyle w:val="ListBullet"/>
              <w:spacing w:after="0"/>
            </w:pPr>
            <w:r>
              <w:t>Do not carry tools or materials while climbing.</w:t>
            </w:r>
          </w:p>
          <w:p w14:paraId="789DDCB6" w14:textId="77777777" w:rsidR="00256A79" w:rsidRDefault="00284D8B">
            <w:pPr>
              <w:pStyle w:val="ListBullet"/>
              <w:spacing w:after="0"/>
            </w:pPr>
            <w:r>
              <w:t>Keep the top and base free of trip hazards.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291BC4" w14:textId="77777777" w:rsidR="00256A79" w:rsidRDefault="00284D8B">
            <w:pPr>
              <w:spacing w:after="20"/>
            </w:pPr>
            <w:r>
              <w:rPr>
                <w:b/>
                <w:u w:val="single"/>
              </w:rPr>
              <w:t>Use as Designed</w:t>
            </w:r>
          </w:p>
          <w:p w14:paraId="531B2377" w14:textId="77777777" w:rsidR="00256A79" w:rsidRDefault="00284D8B">
            <w:pPr>
              <w:pStyle w:val="ListBullet"/>
              <w:spacing w:after="0"/>
            </w:pPr>
            <w:r>
              <w:t>Lock stepladder spreaders.</w:t>
            </w:r>
          </w:p>
          <w:p w14:paraId="532C7055" w14:textId="77777777" w:rsidR="00256A79" w:rsidRDefault="00284D8B">
            <w:pPr>
              <w:pStyle w:val="ListBullet"/>
              <w:spacing w:after="0"/>
            </w:pPr>
            <w:r>
              <w:t>Do not stand on the top or top step.</w:t>
            </w:r>
          </w:p>
          <w:p w14:paraId="6ADE607E" w14:textId="77777777" w:rsidR="00256A79" w:rsidRDefault="00284D8B">
            <w:pPr>
              <w:pStyle w:val="ListBullet"/>
              <w:spacing w:after="0"/>
            </w:pPr>
            <w:r>
              <w:t>Keep metal ladders away from energized electrical equipment.</w:t>
            </w:r>
          </w:p>
          <w:p w14:paraId="7028A606" w14:textId="77777777" w:rsidR="00256A79" w:rsidRDefault="00284D8B">
            <w:pPr>
              <w:pStyle w:val="ListBullet"/>
              <w:spacing w:after="0"/>
            </w:pPr>
            <w:r>
              <w:t>Do not use a stepladder as a straight ladder.</w:t>
            </w:r>
          </w:p>
        </w:tc>
      </w:tr>
    </w:tbl>
    <w:p w14:paraId="6BFDE2C2" w14:textId="77777777" w:rsidR="00256A79" w:rsidRDefault="00284D8B">
      <w:pPr>
        <w:spacing w:before="60" w:after="20"/>
      </w:pPr>
      <w:r>
        <w:rPr>
          <w:b/>
        </w:rPr>
        <w:t xml:space="preserve">Extension &amp; Access Ladders: </w:t>
      </w:r>
      <w:r>
        <w:t>Extend ladders at least 36 inches above an upper landing, use the proper 4-to-1 angle, do not separate extension sections, and verify safety latches and the extension rope are secure.</w:t>
      </w:r>
    </w:p>
    <w:p w14:paraId="05F12D82" w14:textId="77777777" w:rsidR="00256A79" w:rsidRDefault="00284D8B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256A79" w14:paraId="070B6409" w14:textId="77777777" w:rsidTr="000D6F26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6B7F9D" w14:textId="77777777" w:rsidR="00256A79" w:rsidRDefault="00284D8B">
            <w:r>
              <w:rPr>
                <w:b/>
              </w:rPr>
              <w:t xml:space="preserve">Closing Message: </w:t>
            </w:r>
            <w:r>
              <w:t>“Ladder safety starts before you climb. Inspect the ladder, choose the right one, set it up securely, and never take a shortcut that puts you at risk of a fall.”</w:t>
            </w:r>
          </w:p>
        </w:tc>
      </w:tr>
    </w:tbl>
    <w:p w14:paraId="5B095102" w14:textId="77777777" w:rsidR="00256A79" w:rsidRDefault="00284D8B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0F75AC38" w14:textId="77777777" w:rsidR="00256A79" w:rsidRDefault="00284D8B">
      <w:pPr>
        <w:spacing w:after="80"/>
      </w:pPr>
      <w:r>
        <w:rPr>
          <w:b/>
        </w:rPr>
        <w:t>Topic: Ladder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56A79" w14:paraId="6505E78D" w14:textId="77777777" w:rsidTr="000D6F26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5CA8CD" w14:textId="77777777" w:rsidR="00256A79" w:rsidRDefault="00284D8B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C48CBF" w14:textId="77777777" w:rsidR="00256A79" w:rsidRDefault="00284D8B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587825" w14:textId="77777777" w:rsidR="00256A79" w:rsidRDefault="00284D8B">
            <w:r>
              <w:rPr>
                <w:b/>
              </w:rPr>
              <w:t>Instructor:</w:t>
            </w:r>
          </w:p>
        </w:tc>
      </w:tr>
    </w:tbl>
    <w:p w14:paraId="2E90EA55" w14:textId="77777777" w:rsidR="00256A79" w:rsidRDefault="00284D8B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230"/>
        <w:gridCol w:w="4050"/>
        <w:gridCol w:w="1926"/>
      </w:tblGrid>
      <w:tr w:rsidR="00256A79" w14:paraId="7019977B" w14:textId="77777777" w:rsidTr="000D6F26">
        <w:tc>
          <w:tcPr>
            <w:tcW w:w="738" w:type="dxa"/>
            <w:shd w:val="clear" w:color="auto" w:fill="D9E2F3"/>
          </w:tcPr>
          <w:p w14:paraId="087A9E1E" w14:textId="77777777" w:rsidR="00256A79" w:rsidRDefault="00284D8B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63109334" w14:textId="77777777" w:rsidR="00256A79" w:rsidRDefault="00284D8B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050" w:type="dxa"/>
            <w:shd w:val="clear" w:color="auto" w:fill="D9E2F3"/>
          </w:tcPr>
          <w:p w14:paraId="0DEC1579" w14:textId="77777777" w:rsidR="00256A79" w:rsidRDefault="00284D8B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926" w:type="dxa"/>
            <w:shd w:val="clear" w:color="auto" w:fill="D9E2F3"/>
          </w:tcPr>
          <w:p w14:paraId="350085CB" w14:textId="77777777" w:rsidR="00256A79" w:rsidRDefault="00284D8B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256A79" w14:paraId="4AFA4928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D5489D" w14:textId="77777777" w:rsidR="00256A79" w:rsidRDefault="00284D8B">
            <w:pPr>
              <w:jc w:val="center"/>
            </w:pPr>
            <w: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4F7D7C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8DDEB4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A5855E" w14:textId="77777777" w:rsidR="00256A79" w:rsidRDefault="00256A79"/>
        </w:tc>
      </w:tr>
      <w:tr w:rsidR="00256A79" w14:paraId="27D13BD0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D54D7B" w14:textId="77777777" w:rsidR="00256A79" w:rsidRDefault="00284D8B">
            <w:pPr>
              <w:jc w:val="center"/>
            </w:pPr>
            <w: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0A7299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DB4ECC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6A9B36" w14:textId="77777777" w:rsidR="00256A79" w:rsidRDefault="00256A79"/>
        </w:tc>
      </w:tr>
      <w:tr w:rsidR="00256A79" w14:paraId="612C591F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F06232" w14:textId="77777777" w:rsidR="00256A79" w:rsidRDefault="00284D8B">
            <w:pPr>
              <w:jc w:val="center"/>
            </w:pPr>
            <w: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F3E484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927950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44D856" w14:textId="77777777" w:rsidR="00256A79" w:rsidRDefault="00256A79"/>
        </w:tc>
      </w:tr>
      <w:tr w:rsidR="00256A79" w14:paraId="183DEF19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63DA17" w14:textId="77777777" w:rsidR="00256A79" w:rsidRDefault="00284D8B">
            <w:pPr>
              <w:jc w:val="center"/>
            </w:pPr>
            <w: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B2B0C5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345EB1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218025" w14:textId="77777777" w:rsidR="00256A79" w:rsidRDefault="00256A79"/>
        </w:tc>
      </w:tr>
      <w:tr w:rsidR="00256A79" w14:paraId="6E513546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0A5BE4" w14:textId="77777777" w:rsidR="00256A79" w:rsidRDefault="00284D8B">
            <w:pPr>
              <w:jc w:val="center"/>
            </w:pPr>
            <w: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73EA14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E80092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6AABE4" w14:textId="77777777" w:rsidR="00256A79" w:rsidRDefault="00256A79"/>
        </w:tc>
      </w:tr>
      <w:tr w:rsidR="00256A79" w14:paraId="37114988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75AA67" w14:textId="77777777" w:rsidR="00256A79" w:rsidRDefault="00284D8B">
            <w:pPr>
              <w:jc w:val="center"/>
            </w:pPr>
            <w: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170185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A20576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B857E9" w14:textId="77777777" w:rsidR="00256A79" w:rsidRDefault="00256A79"/>
        </w:tc>
      </w:tr>
      <w:tr w:rsidR="00256A79" w14:paraId="1FCDD737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3EAF9D" w14:textId="77777777" w:rsidR="00256A79" w:rsidRDefault="00284D8B">
            <w:pPr>
              <w:jc w:val="center"/>
            </w:pPr>
            <w: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E3DF45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F92D9D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57A7D1" w14:textId="77777777" w:rsidR="00256A79" w:rsidRDefault="00256A79"/>
        </w:tc>
      </w:tr>
      <w:tr w:rsidR="00256A79" w14:paraId="684709A3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C62E1A" w14:textId="77777777" w:rsidR="00256A79" w:rsidRDefault="00284D8B">
            <w:pPr>
              <w:jc w:val="center"/>
            </w:pPr>
            <w: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E35C1B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516EA6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0E8D14" w14:textId="77777777" w:rsidR="00256A79" w:rsidRDefault="00256A79"/>
        </w:tc>
      </w:tr>
      <w:tr w:rsidR="00256A79" w14:paraId="4CAA0393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499619" w14:textId="77777777" w:rsidR="00256A79" w:rsidRDefault="00284D8B">
            <w:pPr>
              <w:jc w:val="center"/>
            </w:pPr>
            <w: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0FF56F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474738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83E30B" w14:textId="77777777" w:rsidR="00256A79" w:rsidRDefault="00256A79"/>
        </w:tc>
      </w:tr>
      <w:tr w:rsidR="00256A79" w14:paraId="57570F37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57EB6E" w14:textId="77777777" w:rsidR="00256A79" w:rsidRDefault="00284D8B">
            <w:pPr>
              <w:jc w:val="center"/>
            </w:pPr>
            <w: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EFAA50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658040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F5F223" w14:textId="77777777" w:rsidR="00256A79" w:rsidRDefault="00256A79"/>
        </w:tc>
      </w:tr>
      <w:tr w:rsidR="00256A79" w14:paraId="34CFC5A8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EF9D67" w14:textId="77777777" w:rsidR="00256A79" w:rsidRDefault="00284D8B">
            <w:pPr>
              <w:jc w:val="center"/>
            </w:pPr>
            <w: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764BE4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4A2AA3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52B3FD" w14:textId="77777777" w:rsidR="00256A79" w:rsidRDefault="00256A79"/>
        </w:tc>
      </w:tr>
      <w:tr w:rsidR="00256A79" w14:paraId="2DF5E331" w14:textId="77777777" w:rsidTr="000D6F2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DE8238" w14:textId="77777777" w:rsidR="00256A79" w:rsidRDefault="00284D8B">
            <w:pPr>
              <w:jc w:val="center"/>
            </w:pPr>
            <w: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365D0E" w14:textId="77777777" w:rsidR="00256A79" w:rsidRDefault="00256A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9CE38F" w14:textId="77777777" w:rsidR="00256A79" w:rsidRDefault="00256A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2E05B" w14:textId="77777777" w:rsidR="00256A79" w:rsidRDefault="00256A79"/>
        </w:tc>
      </w:tr>
    </w:tbl>
    <w:p w14:paraId="4D19AA5D" w14:textId="78DD40EC" w:rsidR="00256A79" w:rsidRDefault="00256A79" w:rsidP="000D6F26">
      <w:pPr>
        <w:spacing w:before="160"/>
        <w:jc w:val="center"/>
      </w:pPr>
    </w:p>
    <w:sectPr w:rsidR="00256A79" w:rsidSect="00034616">
      <w:footerReference w:type="default" r:id="rId12"/>
      <w:pgSz w:w="12240" w:h="15840"/>
      <w:pgMar w:top="648" w:right="648" w:bottom="432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0DA3" w14:textId="77777777" w:rsidR="006C2581" w:rsidRDefault="006C2581" w:rsidP="000D6F26">
      <w:pPr>
        <w:spacing w:after="0" w:line="240" w:lineRule="auto"/>
      </w:pPr>
      <w:r>
        <w:separator/>
      </w:r>
    </w:p>
  </w:endnote>
  <w:endnote w:type="continuationSeparator" w:id="0">
    <w:p w14:paraId="7852EDBF" w14:textId="77777777" w:rsidR="006C2581" w:rsidRDefault="006C2581" w:rsidP="000D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A909" w14:textId="77777777" w:rsidR="000D6F26" w:rsidRDefault="000D6F26" w:rsidP="000D6F26">
    <w:pPr>
      <w:spacing w:before="160"/>
      <w:jc w:val="center"/>
    </w:pPr>
    <w:r>
      <w:rPr>
        <w:color w:val="6E6E6E"/>
        <w:sz w:val="16"/>
      </w:rPr>
      <w:t>Ladder Safety Toolbox Talk | COMPANY</w:t>
    </w:r>
  </w:p>
  <w:p w14:paraId="42529E06" w14:textId="77777777" w:rsidR="000D6F26" w:rsidRPr="000D6F26" w:rsidRDefault="000D6F26" w:rsidP="000D6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462B" w14:textId="77777777" w:rsidR="006C2581" w:rsidRDefault="006C2581" w:rsidP="000D6F26">
      <w:pPr>
        <w:spacing w:after="0" w:line="240" w:lineRule="auto"/>
      </w:pPr>
      <w:r>
        <w:separator/>
      </w:r>
    </w:p>
  </w:footnote>
  <w:footnote w:type="continuationSeparator" w:id="0">
    <w:p w14:paraId="0CB50984" w14:textId="77777777" w:rsidR="006C2581" w:rsidRDefault="006C2581" w:rsidP="000D6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966144">
    <w:abstractNumId w:val="8"/>
  </w:num>
  <w:num w:numId="2" w16cid:durableId="1716347327">
    <w:abstractNumId w:val="6"/>
  </w:num>
  <w:num w:numId="3" w16cid:durableId="1560051128">
    <w:abstractNumId w:val="5"/>
  </w:num>
  <w:num w:numId="4" w16cid:durableId="291323346">
    <w:abstractNumId w:val="4"/>
  </w:num>
  <w:num w:numId="5" w16cid:durableId="405105866">
    <w:abstractNumId w:val="7"/>
  </w:num>
  <w:num w:numId="6" w16cid:durableId="1118335225">
    <w:abstractNumId w:val="3"/>
  </w:num>
  <w:num w:numId="7" w16cid:durableId="1937204733">
    <w:abstractNumId w:val="2"/>
  </w:num>
  <w:num w:numId="8" w16cid:durableId="2974142">
    <w:abstractNumId w:val="1"/>
  </w:num>
  <w:num w:numId="9" w16cid:durableId="66925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515"/>
    <w:rsid w:val="00034616"/>
    <w:rsid w:val="00040454"/>
    <w:rsid w:val="0006063C"/>
    <w:rsid w:val="000D6F26"/>
    <w:rsid w:val="0015074B"/>
    <w:rsid w:val="00157488"/>
    <w:rsid w:val="00256A79"/>
    <w:rsid w:val="00284D8B"/>
    <w:rsid w:val="0029639D"/>
    <w:rsid w:val="00326F90"/>
    <w:rsid w:val="006C2581"/>
    <w:rsid w:val="00A83F2A"/>
    <w:rsid w:val="00AA1D8D"/>
    <w:rsid w:val="00B47730"/>
    <w:rsid w:val="00C14658"/>
    <w:rsid w:val="00C359A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5DAE33E-4C84-48C1-8BFE-0A8B74F6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677F89-7007-4126-A9EC-A57A1AC66E86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7637921A-A63D-4A42-8282-6E191CFD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595A0-2656-44C8-AC61-366BDE0222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2326</Characters>
  <Application>Microsoft Office Word</Application>
  <DocSecurity>0</DocSecurity>
  <Lines>122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6</cp:revision>
  <dcterms:created xsi:type="dcterms:W3CDTF">2013-12-23T23:15:00Z</dcterms:created>
  <dcterms:modified xsi:type="dcterms:W3CDTF">2026-08-28T12:43:00Z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