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D28B7" w14:paraId="064D3FA3" w14:textId="77777777" w:rsidTr="00F55490">
        <w:trPr>
          <w:trHeight w:val="828"/>
          <w:jc w:val="center"/>
        </w:trPr>
        <w:tc>
          <w:tcPr>
            <w:tcW w:w="5184" w:type="dxa"/>
            <w:shd w:val="clear" w:color="auto" w:fill="1F4E79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9EA03A6" w14:textId="77777777" w:rsidR="0023544F" w:rsidRPr="00F55490" w:rsidRDefault="00DA78DB" w:rsidP="00F55490">
            <w:pPr>
              <w:jc w:val="center"/>
              <w:rPr>
                <w:color w:val="FFFFFF" w:themeColor="background1"/>
                <w:sz w:val="32"/>
                <w:szCs w:val="32"/>
              </w:rPr>
            </w:pPr>
            <w:r w:rsidRPr="00F55490">
              <w:rPr>
                <w:b/>
                <w:color w:val="FFFFFF" w:themeColor="background1"/>
                <w:sz w:val="32"/>
                <w:szCs w:val="32"/>
              </w:rPr>
              <w:t>SILICA TOOLBOX TALK</w:t>
            </w:r>
          </w:p>
        </w:tc>
        <w:tc>
          <w:tcPr>
            <w:tcW w:w="5184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EDD9942" w14:textId="2259241A" w:rsidR="005D28B7" w:rsidRDefault="005D28B7">
            <w:pPr>
              <w:jc w:val="center"/>
            </w:pPr>
            <w:r w:rsidRPr="005D28B7">
              <w:rPr>
                <w:rFonts w:ascii="Calibri" w:eastAsia="Times New Roman" w:hAnsi="Calibri" w:cs="Times New Roman"/>
                <w:noProof/>
                <w:sz w:val="20"/>
              </w:rPr>
              <w:drawing>
                <wp:inline distT="0" distB="0" distL="0" distR="0" wp14:anchorId="302C1AEA" wp14:editId="5A516B68">
                  <wp:extent cx="1853896" cy="554982"/>
                  <wp:effectExtent l="0" t="0" r="0" b="0"/>
                  <wp:docPr id="4244295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936" cy="570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FA3DE" w14:textId="7398427B" w:rsidR="00563D5D" w:rsidRPr="00F55490" w:rsidRDefault="00DA78DB" w:rsidP="00F55490">
      <w:pPr>
        <w:spacing w:before="100" w:after="100"/>
        <w:rPr>
          <w:b/>
          <w:bCs/>
          <w:sz w:val="18"/>
          <w:szCs w:val="18"/>
        </w:rPr>
      </w:pPr>
      <w:r w:rsidRPr="00F55490">
        <w:rPr>
          <w:b/>
          <w:bCs/>
          <w:sz w:val="18"/>
          <w:szCs w:val="18"/>
        </w:rPr>
        <w:t>Crystalline silica dust can be created by common construction work. Identify silica-producing tasks and control the dust before exposure occurs.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5F52457E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08E3471" w14:textId="77777777" w:rsidR="00563D5D" w:rsidRDefault="00DA78DB">
            <w:r>
              <w:rPr>
                <w:b/>
                <w:sz w:val="18"/>
              </w:rPr>
              <w:t>Date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A7EC71E" w14:textId="77777777" w:rsidR="00563D5D" w:rsidRDefault="00DA78DB">
            <w:r>
              <w:rPr>
                <w:b/>
                <w:sz w:val="18"/>
              </w:rPr>
              <w:t>Project / Location</w:t>
            </w:r>
          </w:p>
        </w:tc>
        <w:tc>
          <w:tcPr>
            <w:tcW w:w="3456" w:type="dxa"/>
            <w:shd w:val="clear" w:color="auto" w:fill="EAF2F8"/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CA98B50" w14:textId="39952FDA" w:rsidR="00563D5D" w:rsidRDefault="005D28B7">
            <w:r>
              <w:rPr>
                <w:b/>
                <w:sz w:val="18"/>
              </w:rPr>
              <w:t>Instructor</w:t>
            </w:r>
          </w:p>
        </w:tc>
      </w:tr>
      <w:tr w:rsidR="00563D5D" w14:paraId="3FE9E338" w14:textId="77777777">
        <w:trPr>
          <w:jc w:val="center"/>
        </w:trPr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7240CCE9" w14:textId="771E7EB0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3B01F431" w14:textId="67EF2DA1" w:rsidR="00563D5D" w:rsidRDefault="00563D5D"/>
        </w:tc>
        <w:tc>
          <w:tcPr>
            <w:tcW w:w="3456" w:type="dxa"/>
            <w:tcMar>
              <w:top w:w="65" w:type="dxa"/>
              <w:left w:w="90" w:type="dxa"/>
              <w:bottom w:w="65" w:type="dxa"/>
              <w:right w:w="90" w:type="dxa"/>
            </w:tcMar>
          </w:tcPr>
          <w:p w14:paraId="5501C4DB" w14:textId="5DB677E4" w:rsidR="00563D5D" w:rsidRDefault="00563D5D"/>
        </w:tc>
      </w:tr>
    </w:tbl>
    <w:p w14:paraId="0ABEB722" w14:textId="77777777" w:rsidR="00563D5D" w:rsidRDefault="00563D5D">
      <w:pPr>
        <w:spacing w:after="0"/>
      </w:pPr>
    </w:p>
    <w:p w14:paraId="51845A62" w14:textId="70E1D191" w:rsidR="00563D5D" w:rsidRPr="00F55490" w:rsidRDefault="00DA78DB" w:rsidP="002052FF">
      <w:pPr>
        <w:keepNext/>
        <w:spacing w:after="60" w:line="240" w:lineRule="auto"/>
        <w:rPr>
          <w:b/>
          <w:bCs/>
          <w:sz w:val="24"/>
          <w:szCs w:val="24"/>
        </w:rPr>
      </w:pPr>
      <w:r w:rsidRPr="00F55490">
        <w:rPr>
          <w:b/>
          <w:bCs/>
          <w:sz w:val="24"/>
          <w:szCs w:val="24"/>
        </w:rPr>
        <w:t>Introduction</w:t>
      </w:r>
    </w:p>
    <w:p w14:paraId="5D8C42EF" w14:textId="3C225014" w:rsidR="00563D5D" w:rsidRDefault="00DA78DB">
      <w:pPr>
        <w:spacing w:after="60" w:line="252" w:lineRule="auto"/>
      </w:pPr>
      <w:r>
        <w:rPr>
          <w:sz w:val="20"/>
        </w:rPr>
        <w:t>Open with: “Today’s safety topic is silica—because cutting, drilling, grinding, blasting, and similar work can create hazardous dust.” Reinforce that silica dust should be eliminated or controlled at the source.</w:t>
      </w:r>
    </w:p>
    <w:p w14:paraId="68F0A2CA" w14:textId="77777777" w:rsidR="00563D5D" w:rsidRDefault="00DA78DB">
      <w:pPr>
        <w:spacing w:after="60" w:line="252" w:lineRule="auto"/>
        <w:rPr>
          <w:b/>
          <w:bCs/>
          <w:sz w:val="20"/>
        </w:rPr>
      </w:pPr>
      <w:r w:rsidRPr="002052FF">
        <w:rPr>
          <w:b/>
          <w:bCs/>
          <w:sz w:val="20"/>
        </w:rPr>
        <w:t>Key Points: Silica exposure is associated with lung cancer, kidney disease, silicosis, chronic bronchitis, emphysema, and COPD.</w:t>
      </w:r>
    </w:p>
    <w:p w14:paraId="18082721" w14:textId="77777777" w:rsidR="002052FF" w:rsidRPr="002052FF" w:rsidRDefault="002052FF" w:rsidP="002052FF">
      <w:pPr>
        <w:spacing w:after="0" w:line="252" w:lineRule="auto"/>
        <w:rPr>
          <w:b/>
          <w:bCs/>
          <w:sz w:val="16"/>
          <w:szCs w:val="16"/>
        </w:rPr>
      </w:pPr>
    </w:p>
    <w:p w14:paraId="72A202A9" w14:textId="2231AB1A" w:rsidR="00563D5D" w:rsidRPr="00F55490" w:rsidRDefault="00DA78DB" w:rsidP="002052FF">
      <w:pPr>
        <w:keepNext/>
        <w:spacing w:after="60" w:line="240" w:lineRule="auto"/>
        <w:rPr>
          <w:b/>
          <w:bCs/>
          <w:sz w:val="24"/>
          <w:szCs w:val="24"/>
        </w:rPr>
      </w:pPr>
      <w:r w:rsidRPr="00F55490">
        <w:rPr>
          <w:b/>
          <w:bCs/>
          <w:sz w:val="24"/>
          <w:szCs w:val="24"/>
        </w:rPr>
        <w:t>Why It Matters</w:t>
      </w:r>
    </w:p>
    <w:p w14:paraId="4C4D0115" w14:textId="5CF5E12B" w:rsidR="00563D5D" w:rsidRDefault="00DA78DB">
      <w:pPr>
        <w:spacing w:after="60" w:line="252" w:lineRule="auto"/>
      </w:pPr>
      <w:r>
        <w:rPr>
          <w:sz w:val="20"/>
        </w:rPr>
        <w:t>Common construction tasks can generate silica dust when concrete, masonry, rock, sand, or similar materials are disturbed.</w:t>
      </w:r>
    </w:p>
    <w:p w14:paraId="412F6DDA" w14:textId="77777777" w:rsidR="00563D5D" w:rsidRDefault="00DA78DB">
      <w:pPr>
        <w:pStyle w:val="ListBullet"/>
        <w:spacing w:after="50" w:line="252" w:lineRule="auto"/>
      </w:pPr>
      <w:r>
        <w:t>Dust can expose both the person doing the work and nearby employees.</w:t>
      </w:r>
    </w:p>
    <w:p w14:paraId="53961B43" w14:textId="77777777" w:rsidR="00563D5D" w:rsidRDefault="00DA78DB">
      <w:pPr>
        <w:pStyle w:val="ListBullet"/>
        <w:spacing w:after="50" w:line="252" w:lineRule="auto"/>
      </w:pPr>
      <w:r>
        <w:t>Visible dust is a warning to check the task and controls.</w:t>
      </w:r>
    </w:p>
    <w:p w14:paraId="25495139" w14:textId="77777777" w:rsidR="002052FF" w:rsidRDefault="002052FF" w:rsidP="002052FF">
      <w:pPr>
        <w:pStyle w:val="ListBullet"/>
        <w:numPr>
          <w:ilvl w:val="0"/>
          <w:numId w:val="0"/>
        </w:numPr>
        <w:spacing w:after="50" w:line="252" w:lineRule="auto"/>
        <w:ind w:left="360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14:paraId="706878FC" w14:textId="77777777">
        <w:trPr>
          <w:jc w:val="center"/>
        </w:trPr>
        <w:tc>
          <w:tcPr>
            <w:tcW w:w="10368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9AC59C" w14:textId="77777777" w:rsidR="0023544F" w:rsidRPr="002052FF" w:rsidRDefault="00DA78DB">
            <w:pPr>
              <w:rPr>
                <w:b/>
                <w:bCs/>
              </w:rPr>
            </w:pPr>
            <w:r w:rsidRPr="002052FF">
              <w:rPr>
                <w:b/>
                <w:bCs/>
                <w:sz w:val="19"/>
              </w:rPr>
              <w:t>Quick Engagement Question: “What tasks on this job could create silica dust, and what controls should we use?”</w:t>
            </w:r>
          </w:p>
        </w:tc>
      </w:tr>
    </w:tbl>
    <w:p w14:paraId="72F64245" w14:textId="667DCEFF" w:rsidR="00563D5D" w:rsidRPr="00F55490" w:rsidRDefault="00DA78DB">
      <w:pPr>
        <w:keepNext/>
        <w:spacing w:before="140" w:after="60"/>
        <w:rPr>
          <w:b/>
          <w:bCs/>
          <w:sz w:val="24"/>
          <w:szCs w:val="24"/>
        </w:rPr>
      </w:pPr>
      <w:r w:rsidRPr="00F55490">
        <w:rPr>
          <w:b/>
          <w:bCs/>
          <w:sz w:val="24"/>
          <w:szCs w:val="24"/>
        </w:rPr>
        <w:t>Recognizing Silica-Producing Activities</w:t>
      </w:r>
    </w:p>
    <w:p w14:paraId="6C595277" w14:textId="5FCC1B44" w:rsidR="00563D5D" w:rsidRDefault="00DA78DB">
      <w:pPr>
        <w:spacing w:after="60" w:line="252" w:lineRule="auto"/>
      </w:pPr>
      <w:r>
        <w:rPr>
          <w:sz w:val="20"/>
        </w:rPr>
        <w:t>Identify silica-containing materials, dust-producing tasks, and controls before work begins.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4"/>
        <w:gridCol w:w="5184"/>
      </w:tblGrid>
      <w:tr w:rsidR="00563D5D" w14:paraId="58D34161" w14:textId="77777777">
        <w:trPr>
          <w:jc w:val="center"/>
        </w:trPr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9B9E07" w14:textId="77777777" w:rsidR="0023544F" w:rsidRDefault="00DA78DB">
            <w:r>
              <w:rPr>
                <w:b/>
                <w:sz w:val="19"/>
              </w:rPr>
              <w:t>Common Dust-Producing Tasks</w:t>
            </w:r>
          </w:p>
          <w:p w14:paraId="620A60C3" w14:textId="77777777" w:rsidR="0023544F" w:rsidRDefault="00DA78DB">
            <w:r>
              <w:rPr>
                <w:sz w:val="19"/>
              </w:rPr>
              <w:t>• Chipping, hammering, or drilling rock</w:t>
            </w:r>
          </w:p>
          <w:p w14:paraId="432EFA2C" w14:textId="77777777" w:rsidR="0023544F" w:rsidRDefault="00DA78DB">
            <w:r>
              <w:rPr>
                <w:sz w:val="19"/>
              </w:rPr>
              <w:t>• Abrasive blasting</w:t>
            </w:r>
          </w:p>
          <w:p w14:paraId="7C4041F2" w14:textId="77777777" w:rsidR="0023544F" w:rsidRDefault="00DA78DB">
            <w:r>
              <w:rPr>
                <w:sz w:val="19"/>
              </w:rPr>
              <w:t>• Cutting, drilling, grinding, or chipping concrete/masonry</w:t>
            </w:r>
          </w:p>
          <w:p w14:paraId="482EEA8F" w14:textId="77777777" w:rsidR="0023544F" w:rsidRDefault="00DA78DB">
            <w:r>
              <w:rPr>
                <w:sz w:val="19"/>
              </w:rPr>
              <w:t>• Concrete or masonry demolition</w:t>
            </w:r>
          </w:p>
        </w:tc>
        <w:tc>
          <w:tcPr>
            <w:tcW w:w="5184" w:type="dxa"/>
            <w:shd w:val="clear" w:color="auto" w:fill="EA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E93D5A" w14:textId="77777777" w:rsidR="0023544F" w:rsidRDefault="00DA78DB">
            <w:r>
              <w:rPr>
                <w:b/>
                <w:sz w:val="19"/>
              </w:rPr>
              <w:t>Other Exposure Situations</w:t>
            </w:r>
          </w:p>
          <w:p w14:paraId="70E37185" w14:textId="77777777" w:rsidR="0023544F" w:rsidRDefault="00DA78DB">
            <w:r>
              <w:rPr>
                <w:sz w:val="19"/>
              </w:rPr>
              <w:t>• Crushing, loading, hauling, or dumping rock</w:t>
            </w:r>
          </w:p>
          <w:p w14:paraId="6086F4A0" w14:textId="77777777" w:rsidR="0023544F" w:rsidRDefault="00DA78DB">
            <w:r>
              <w:rPr>
                <w:sz w:val="19"/>
              </w:rPr>
              <w:t>• Dry sweeping dusty material</w:t>
            </w:r>
          </w:p>
          <w:p w14:paraId="34637AF6" w14:textId="77777777" w:rsidR="0023544F" w:rsidRDefault="00DA78DB">
            <w:r>
              <w:rPr>
                <w:sz w:val="19"/>
              </w:rPr>
              <w:t>• Using compressed air on silica dust</w:t>
            </w:r>
          </w:p>
          <w:p w14:paraId="67710B3A" w14:textId="77777777" w:rsidR="0023544F" w:rsidRDefault="00DA78DB">
            <w:r>
              <w:rPr>
                <w:sz w:val="19"/>
              </w:rPr>
              <w:t>• Glass products or asphalt paving material</w:t>
            </w:r>
          </w:p>
        </w:tc>
      </w:tr>
    </w:tbl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14:paraId="396A471C" w14:textId="77777777">
        <w:trPr>
          <w:jc w:val="center"/>
        </w:trPr>
        <w:tc>
          <w:tcPr>
            <w:tcW w:w="10368" w:type="dxa"/>
            <w:shd w:val="clear" w:color="auto" w:fill="F2F2F2"/>
            <w:tcMar>
              <w:top w:w="75" w:type="dxa"/>
              <w:left w:w="110" w:type="dxa"/>
              <w:bottom w:w="75" w:type="dxa"/>
              <w:right w:w="110" w:type="dxa"/>
            </w:tcMar>
          </w:tcPr>
          <w:p w14:paraId="76C8A46E" w14:textId="7B11C3FA" w:rsidR="0023544F" w:rsidRPr="002052FF" w:rsidRDefault="00DA78DB">
            <w:pPr>
              <w:rPr>
                <w:b/>
                <w:bCs/>
              </w:rPr>
            </w:pPr>
            <w:r w:rsidRPr="002052FF">
              <w:rPr>
                <w:b/>
                <w:bCs/>
                <w:sz w:val="19"/>
              </w:rPr>
              <w:t>Mini Scenario</w:t>
            </w:r>
            <w:r w:rsidRPr="002052FF">
              <w:rPr>
                <w:b/>
                <w:bCs/>
                <w:sz w:val="19"/>
              </w:rPr>
              <w:t>: “A worker dry cuts concrete while another blows the dust away with compressed air. What should change before work continues?”</w:t>
            </w:r>
          </w:p>
        </w:tc>
      </w:tr>
    </w:tbl>
    <w:p w14:paraId="3D36D045" w14:textId="037B0294" w:rsidR="00563D5D" w:rsidRPr="00F55490" w:rsidRDefault="00DA78DB">
      <w:pPr>
        <w:keepNext/>
        <w:spacing w:before="140" w:after="60"/>
        <w:rPr>
          <w:b/>
          <w:bCs/>
          <w:sz w:val="24"/>
          <w:szCs w:val="24"/>
        </w:rPr>
      </w:pPr>
      <w:r w:rsidRPr="00F55490">
        <w:rPr>
          <w:b/>
          <w:bCs/>
          <w:sz w:val="24"/>
          <w:szCs w:val="24"/>
        </w:rPr>
        <w:t>Controlling Silica Dust</w:t>
      </w:r>
    </w:p>
    <w:p w14:paraId="7AE0AB66" w14:textId="343EE814" w:rsidR="00563D5D" w:rsidRDefault="00DA78DB">
      <w:pPr>
        <w:spacing w:after="60" w:line="252" w:lineRule="auto"/>
      </w:pPr>
      <w:r>
        <w:rPr>
          <w:sz w:val="20"/>
        </w:rPr>
        <w:t>Control dust at the source before relying on personal protective equipment.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563D5D" w14:paraId="3E8EF08D" w14:textId="77777777">
        <w:trPr>
          <w:jc w:val="center"/>
        </w:trPr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A59138A" w14:textId="77777777" w:rsidR="0023544F" w:rsidRDefault="00DA78DB">
            <w:r>
              <w:rPr>
                <w:b/>
                <w:sz w:val="19"/>
              </w:rPr>
              <w:t>Eliminate / Control</w:t>
            </w:r>
          </w:p>
          <w:p w14:paraId="164F471D" w14:textId="77777777" w:rsidR="0023544F" w:rsidRDefault="00DA78DB">
            <w:r>
              <w:rPr>
                <w:sz w:val="19"/>
              </w:rPr>
              <w:t>• Use substitute materials when possible</w:t>
            </w:r>
          </w:p>
          <w:p w14:paraId="7A67DCED" w14:textId="77777777" w:rsidR="0023544F" w:rsidRDefault="00DA78DB">
            <w:r>
              <w:rPr>
                <w:sz w:val="19"/>
              </w:rPr>
              <w:t>• Use dust-collection systems</w:t>
            </w:r>
          </w:p>
          <w:p w14:paraId="7D93758B" w14:textId="77777777" w:rsidR="0023544F" w:rsidRDefault="00DA78DB">
            <w:r>
              <w:rPr>
                <w:sz w:val="19"/>
              </w:rPr>
              <w:t>• Use wet drilling or sawing</w:t>
            </w:r>
          </w:p>
        </w:tc>
        <w:tc>
          <w:tcPr>
            <w:tcW w:w="3456" w:type="dxa"/>
            <w:shd w:val="clear" w:color="auto" w:fill="EAF2F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D1142AB" w14:textId="77777777" w:rsidR="0023544F" w:rsidRDefault="00DA78DB">
            <w:r>
              <w:rPr>
                <w:b/>
                <w:sz w:val="19"/>
              </w:rPr>
              <w:t>Ventilation / Cleanup</w:t>
            </w:r>
          </w:p>
          <w:p w14:paraId="3A3766A0" w14:textId="77777777" w:rsidR="0023544F" w:rsidRDefault="00DA78DB">
            <w:r>
              <w:rPr>
                <w:sz w:val="19"/>
              </w:rPr>
              <w:t>• Use local-exhaust ventilation</w:t>
            </w:r>
          </w:p>
          <w:p w14:paraId="7A68CD0E" w14:textId="77777777" w:rsidR="0023544F" w:rsidRDefault="00DA78DB">
            <w:r>
              <w:rPr>
                <w:sz w:val="19"/>
              </w:rPr>
              <w:t>• Use a wet vacuum or hose</w:t>
            </w:r>
          </w:p>
          <w:p w14:paraId="218F967D" w14:textId="77777777" w:rsidR="0023544F" w:rsidRDefault="00DA78DB">
            <w:r>
              <w:rPr>
                <w:sz w:val="19"/>
              </w:rPr>
              <w:t>• Do not dry sweep silica dust</w:t>
            </w:r>
          </w:p>
        </w:tc>
        <w:tc>
          <w:tcPr>
            <w:tcW w:w="3456" w:type="dxa"/>
            <w:shd w:val="clear" w:color="auto" w:fill="FCE4D6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C8CEB64" w14:textId="77777777" w:rsidR="0023544F" w:rsidRDefault="00DA78DB">
            <w:r>
              <w:rPr>
                <w:b/>
                <w:sz w:val="19"/>
              </w:rPr>
              <w:t>PPE / Hygiene</w:t>
            </w:r>
          </w:p>
          <w:p w14:paraId="652F14B9" w14:textId="77777777" w:rsidR="0023544F" w:rsidRDefault="00DA78DB">
            <w:r>
              <w:rPr>
                <w:sz w:val="19"/>
              </w:rPr>
              <w:t>• Use required respiratory protection</w:t>
            </w:r>
          </w:p>
          <w:p w14:paraId="5A3ADC4A" w14:textId="77777777" w:rsidR="0023544F" w:rsidRDefault="00DA78DB">
            <w:r>
              <w:rPr>
                <w:sz w:val="19"/>
              </w:rPr>
              <w:t>• Wash hands before eating/drinking/smoking</w:t>
            </w:r>
          </w:p>
          <w:p w14:paraId="1F21EFFB" w14:textId="77777777" w:rsidR="0023544F" w:rsidRDefault="00DA78DB">
            <w:r>
              <w:rPr>
                <w:sz w:val="19"/>
              </w:rPr>
              <w:t>• No eating, drinking, or tobacco in blasting areas</w:t>
            </w:r>
          </w:p>
        </w:tc>
      </w:tr>
    </w:tbl>
    <w:p w14:paraId="0CAF3242" w14:textId="211E977F" w:rsidR="00563D5D" w:rsidRPr="00F55490" w:rsidRDefault="00DA78DB">
      <w:pPr>
        <w:keepNext/>
        <w:spacing w:before="140" w:after="60"/>
        <w:rPr>
          <w:b/>
          <w:bCs/>
          <w:sz w:val="24"/>
          <w:szCs w:val="24"/>
        </w:rPr>
      </w:pPr>
      <w:r w:rsidRPr="00F55490">
        <w:rPr>
          <w:b/>
          <w:bCs/>
          <w:sz w:val="24"/>
          <w:szCs w:val="24"/>
        </w:rPr>
        <w:t>Safe Work Expectations &amp; Close</w:t>
      </w:r>
    </w:p>
    <w:p w14:paraId="3827CA12" w14:textId="6C5A2214" w:rsidR="00563D5D" w:rsidRDefault="00DA78DB">
      <w:pPr>
        <w:spacing w:after="60" w:line="252" w:lineRule="auto"/>
      </w:pPr>
      <w:r>
        <w:rPr>
          <w:sz w:val="20"/>
        </w:rPr>
        <w:t>Do not use compressed air to clean clothing or surfaces unless a ventilation system effectively captures the dust cloud.</w:t>
      </w:r>
    </w:p>
    <w:p w14:paraId="697FE1F0" w14:textId="77777777" w:rsidR="00563D5D" w:rsidRDefault="00DA78DB">
      <w:pPr>
        <w:pStyle w:val="ListBullet"/>
        <w:spacing w:after="50" w:line="252" w:lineRule="auto"/>
      </w:pPr>
      <w:r>
        <w:t>Identify silica-producing work before starting.</w:t>
      </w:r>
    </w:p>
    <w:p w14:paraId="6A0BA660" w14:textId="77777777" w:rsidR="00563D5D" w:rsidRDefault="00DA78DB">
      <w:pPr>
        <w:pStyle w:val="ListBullet"/>
        <w:spacing w:after="50" w:line="252" w:lineRule="auto"/>
      </w:pPr>
      <w:r>
        <w:t>Use wet methods, dust collection, or ventilation.</w:t>
      </w:r>
    </w:p>
    <w:p w14:paraId="5BFAAA2F" w14:textId="77777777" w:rsidR="00563D5D" w:rsidRDefault="00DA78DB">
      <w:pPr>
        <w:pStyle w:val="ListBullet"/>
        <w:spacing w:after="50" w:line="252" w:lineRule="auto"/>
      </w:pPr>
      <w:r>
        <w:t>Use required PPE and good hygiene.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368"/>
      </w:tblGrid>
      <w:tr w:rsidR="00563D5D" w14:paraId="03034BA4" w14:textId="77777777">
        <w:trPr>
          <w:jc w:val="center"/>
        </w:trPr>
        <w:tc>
          <w:tcPr>
            <w:tcW w:w="10368" w:type="dxa"/>
            <w:shd w:val="clear" w:color="auto" w:fill="DDEB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0035A4" w14:textId="77777777" w:rsidR="0023544F" w:rsidRPr="002052FF" w:rsidRDefault="00DA78DB">
            <w:pPr>
              <w:rPr>
                <w:b/>
                <w:bCs/>
              </w:rPr>
            </w:pPr>
            <w:r w:rsidRPr="002052FF">
              <w:rPr>
                <w:b/>
                <w:bCs/>
                <w:sz w:val="19"/>
              </w:rPr>
              <w:t>Closing Message: “Control silica dust at the source and use the required protective measures every time.”</w:t>
            </w:r>
          </w:p>
        </w:tc>
      </w:tr>
    </w:tbl>
    <w:p w14:paraId="3FF08615" w14:textId="2C8CFEF1" w:rsidR="00563D5D" w:rsidRPr="00D97D23" w:rsidRDefault="00DA78DB" w:rsidP="003D2EF3">
      <w:pPr>
        <w:jc w:val="center"/>
      </w:pPr>
      <w:r>
        <w:rPr>
          <w:sz w:val="20"/>
        </w:rPr>
        <w:br w:type="page"/>
      </w:r>
      <w:r w:rsidRPr="00D97D23">
        <w:rPr>
          <w:b/>
          <w:sz w:val="32"/>
        </w:rPr>
        <w:lastRenderedPageBreak/>
        <w:t>Toolbox Talk Attendance</w:t>
      </w:r>
    </w:p>
    <w:p w14:paraId="0954A022" w14:textId="77777777" w:rsidR="00563D5D" w:rsidRPr="005774DC" w:rsidRDefault="00DA78DB">
      <w:pPr>
        <w:spacing w:after="160"/>
        <w:jc w:val="center"/>
        <w:rPr>
          <w:b/>
          <w:bCs/>
        </w:rPr>
      </w:pPr>
      <w:r w:rsidRPr="005774DC">
        <w:rPr>
          <w:b/>
          <w:bCs/>
        </w:rPr>
        <w:t>Topic: Silica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4398"/>
        <w:gridCol w:w="3504"/>
      </w:tblGrid>
      <w:tr w:rsidR="005774DC" w14:paraId="154F2A1B" w14:textId="77777777" w:rsidTr="006962C1">
        <w:tc>
          <w:tcPr>
            <w:tcW w:w="2610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4DC57D" w14:textId="77777777" w:rsidR="005774DC" w:rsidRDefault="005774DC" w:rsidP="006962C1">
            <w:r>
              <w:rPr>
                <w:b/>
              </w:rPr>
              <w:t>Date:</w:t>
            </w:r>
          </w:p>
        </w:tc>
        <w:tc>
          <w:tcPr>
            <w:tcW w:w="4398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9E1BFB" w14:textId="77777777" w:rsidR="005774DC" w:rsidRDefault="005774DC" w:rsidP="006962C1">
            <w:r>
              <w:rPr>
                <w:b/>
              </w:rPr>
              <w:t>Project / Location:</w:t>
            </w:r>
          </w:p>
        </w:tc>
        <w:tc>
          <w:tcPr>
            <w:tcW w:w="3504" w:type="dxa"/>
            <w:shd w:val="clear" w:color="auto" w:fill="D9E2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A468A4" w14:textId="77777777" w:rsidR="005774DC" w:rsidRDefault="005774DC" w:rsidP="006962C1">
            <w:r>
              <w:rPr>
                <w:b/>
              </w:rPr>
              <w:t>Instructor:</w:t>
            </w:r>
          </w:p>
        </w:tc>
      </w:tr>
    </w:tbl>
    <w:p w14:paraId="190F0F13" w14:textId="77777777" w:rsidR="005774DC" w:rsidRDefault="005774DC" w:rsidP="005774DC">
      <w:pPr>
        <w:spacing w:before="160" w:after="100"/>
      </w:pPr>
      <w:r>
        <w:t>By signing below, participants acknowledge attendance at this toolbox talk.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780"/>
        <w:gridCol w:w="4140"/>
        <w:gridCol w:w="1854"/>
      </w:tblGrid>
      <w:tr w:rsidR="005774DC" w14:paraId="75964242" w14:textId="77777777" w:rsidTr="006962C1">
        <w:tc>
          <w:tcPr>
            <w:tcW w:w="738" w:type="dxa"/>
            <w:shd w:val="clear" w:color="auto" w:fill="D9E2F3"/>
          </w:tcPr>
          <w:p w14:paraId="71C20765" w14:textId="77777777" w:rsidR="005774DC" w:rsidRDefault="005774DC" w:rsidP="006962C1">
            <w:pPr>
              <w:jc w:val="center"/>
            </w:pPr>
            <w:r>
              <w:rPr>
                <w:b/>
              </w:rPr>
              <w:t>#</w:t>
            </w:r>
          </w:p>
        </w:tc>
        <w:tc>
          <w:tcPr>
            <w:tcW w:w="3780" w:type="dxa"/>
            <w:shd w:val="clear" w:color="auto" w:fill="D9E2F3"/>
          </w:tcPr>
          <w:p w14:paraId="3BA29013" w14:textId="77777777" w:rsidR="005774DC" w:rsidRDefault="005774DC" w:rsidP="006962C1">
            <w:pPr>
              <w:jc w:val="center"/>
            </w:pPr>
            <w:r>
              <w:rPr>
                <w:b/>
              </w:rPr>
              <w:t>Printed Name</w:t>
            </w:r>
          </w:p>
        </w:tc>
        <w:tc>
          <w:tcPr>
            <w:tcW w:w="4140" w:type="dxa"/>
            <w:shd w:val="clear" w:color="auto" w:fill="D9E2F3"/>
          </w:tcPr>
          <w:p w14:paraId="667DEF68" w14:textId="77777777" w:rsidR="005774DC" w:rsidRDefault="005774DC" w:rsidP="006962C1">
            <w:pPr>
              <w:jc w:val="center"/>
            </w:pPr>
            <w:r>
              <w:rPr>
                <w:b/>
              </w:rPr>
              <w:t>Signature</w:t>
            </w:r>
          </w:p>
        </w:tc>
        <w:tc>
          <w:tcPr>
            <w:tcW w:w="1854" w:type="dxa"/>
            <w:shd w:val="clear" w:color="auto" w:fill="D9E2F3"/>
          </w:tcPr>
          <w:p w14:paraId="08566611" w14:textId="77777777" w:rsidR="005774DC" w:rsidRDefault="005774DC" w:rsidP="006962C1">
            <w:pPr>
              <w:jc w:val="center"/>
            </w:pPr>
            <w:r>
              <w:rPr>
                <w:b/>
              </w:rPr>
              <w:t>Date</w:t>
            </w:r>
          </w:p>
        </w:tc>
      </w:tr>
      <w:tr w:rsidR="005774DC" w14:paraId="52EB6350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078E500" w14:textId="77777777" w:rsidR="005774DC" w:rsidRDefault="005774DC" w:rsidP="006962C1">
            <w:pPr>
              <w:jc w:val="center"/>
            </w:pPr>
            <w:r>
              <w:t>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8F5F0C3" w14:textId="77777777" w:rsidR="005774DC" w:rsidRDefault="005774DC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2258C8" w14:textId="77777777" w:rsidR="005774DC" w:rsidRDefault="005774DC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6B4D8BC" w14:textId="77777777" w:rsidR="005774DC" w:rsidRDefault="005774DC" w:rsidP="006962C1"/>
        </w:tc>
      </w:tr>
      <w:tr w:rsidR="005774DC" w14:paraId="71C9DEF9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B4DC4B0" w14:textId="77777777" w:rsidR="005774DC" w:rsidRDefault="005774DC" w:rsidP="006962C1">
            <w:pPr>
              <w:jc w:val="center"/>
            </w:pPr>
            <w:r>
              <w:t>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17F587F" w14:textId="77777777" w:rsidR="005774DC" w:rsidRDefault="005774DC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D72E1B1" w14:textId="77777777" w:rsidR="005774DC" w:rsidRDefault="005774DC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B49302B" w14:textId="77777777" w:rsidR="005774DC" w:rsidRDefault="005774DC" w:rsidP="006962C1"/>
        </w:tc>
      </w:tr>
      <w:tr w:rsidR="005774DC" w14:paraId="52423278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7BF250" w14:textId="77777777" w:rsidR="005774DC" w:rsidRDefault="005774DC" w:rsidP="006962C1">
            <w:pPr>
              <w:jc w:val="center"/>
            </w:pPr>
            <w:r>
              <w:t>3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0BCAA4" w14:textId="77777777" w:rsidR="005774DC" w:rsidRDefault="005774DC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D69DEC7" w14:textId="77777777" w:rsidR="005774DC" w:rsidRDefault="005774DC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1945309" w14:textId="77777777" w:rsidR="005774DC" w:rsidRDefault="005774DC" w:rsidP="006962C1"/>
        </w:tc>
      </w:tr>
      <w:tr w:rsidR="005774DC" w14:paraId="7EADAF6A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0971A42" w14:textId="77777777" w:rsidR="005774DC" w:rsidRDefault="005774DC" w:rsidP="006962C1">
            <w:pPr>
              <w:jc w:val="center"/>
            </w:pPr>
            <w:r>
              <w:t>4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FD728B2" w14:textId="77777777" w:rsidR="005774DC" w:rsidRDefault="005774DC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C4122E3" w14:textId="77777777" w:rsidR="005774DC" w:rsidRDefault="005774DC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9E4195C" w14:textId="77777777" w:rsidR="005774DC" w:rsidRDefault="005774DC" w:rsidP="006962C1"/>
        </w:tc>
      </w:tr>
      <w:tr w:rsidR="005774DC" w14:paraId="18E7FF11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82F8345" w14:textId="77777777" w:rsidR="005774DC" w:rsidRDefault="005774DC" w:rsidP="006962C1">
            <w:pPr>
              <w:jc w:val="center"/>
            </w:pPr>
            <w:r>
              <w:t>5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1CBE163" w14:textId="77777777" w:rsidR="005774DC" w:rsidRDefault="005774DC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59234FC" w14:textId="77777777" w:rsidR="005774DC" w:rsidRDefault="005774DC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5076CDB" w14:textId="77777777" w:rsidR="005774DC" w:rsidRDefault="005774DC" w:rsidP="006962C1"/>
        </w:tc>
      </w:tr>
      <w:tr w:rsidR="005774DC" w14:paraId="7A0193BD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73100DA" w14:textId="77777777" w:rsidR="005774DC" w:rsidRDefault="005774DC" w:rsidP="006962C1">
            <w:pPr>
              <w:jc w:val="center"/>
            </w:pPr>
            <w:r>
              <w:t>6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DFA5E39" w14:textId="77777777" w:rsidR="005774DC" w:rsidRDefault="005774DC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8FD7EEF" w14:textId="77777777" w:rsidR="005774DC" w:rsidRDefault="005774DC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FFB6293" w14:textId="77777777" w:rsidR="005774DC" w:rsidRDefault="005774DC" w:rsidP="006962C1"/>
        </w:tc>
      </w:tr>
      <w:tr w:rsidR="005774DC" w14:paraId="674C5C03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98DC0E8" w14:textId="77777777" w:rsidR="005774DC" w:rsidRDefault="005774DC" w:rsidP="006962C1">
            <w:pPr>
              <w:jc w:val="center"/>
            </w:pPr>
            <w:r>
              <w:t>7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E2E58E0" w14:textId="77777777" w:rsidR="005774DC" w:rsidRDefault="005774DC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31465FD" w14:textId="77777777" w:rsidR="005774DC" w:rsidRDefault="005774DC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09961DF" w14:textId="77777777" w:rsidR="005774DC" w:rsidRDefault="005774DC" w:rsidP="006962C1"/>
        </w:tc>
      </w:tr>
      <w:tr w:rsidR="005774DC" w14:paraId="78FE4812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772BB2C" w14:textId="77777777" w:rsidR="005774DC" w:rsidRDefault="005774DC" w:rsidP="006962C1">
            <w:pPr>
              <w:jc w:val="center"/>
            </w:pPr>
            <w:r>
              <w:t>8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07839042" w14:textId="77777777" w:rsidR="005774DC" w:rsidRDefault="005774DC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D41DE76" w14:textId="77777777" w:rsidR="005774DC" w:rsidRDefault="005774DC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3002E55" w14:textId="77777777" w:rsidR="005774DC" w:rsidRDefault="005774DC" w:rsidP="006962C1"/>
        </w:tc>
      </w:tr>
      <w:tr w:rsidR="005774DC" w14:paraId="756BE739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E1FC889" w14:textId="77777777" w:rsidR="005774DC" w:rsidRDefault="005774DC" w:rsidP="006962C1">
            <w:pPr>
              <w:jc w:val="center"/>
            </w:pPr>
            <w:r>
              <w:t>9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345CFC1F" w14:textId="77777777" w:rsidR="005774DC" w:rsidRDefault="005774DC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E410E9F" w14:textId="77777777" w:rsidR="005774DC" w:rsidRDefault="005774DC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0DAD00A" w14:textId="77777777" w:rsidR="005774DC" w:rsidRDefault="005774DC" w:rsidP="006962C1"/>
        </w:tc>
      </w:tr>
      <w:tr w:rsidR="005774DC" w14:paraId="3EFA1ED5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7925C82" w14:textId="77777777" w:rsidR="005774DC" w:rsidRDefault="005774DC" w:rsidP="006962C1">
            <w:pPr>
              <w:jc w:val="center"/>
            </w:pPr>
            <w:r>
              <w:t>10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54F3C928" w14:textId="77777777" w:rsidR="005774DC" w:rsidRDefault="005774DC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2778ECE2" w14:textId="77777777" w:rsidR="005774DC" w:rsidRDefault="005774DC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5245C69" w14:textId="77777777" w:rsidR="005774DC" w:rsidRDefault="005774DC" w:rsidP="006962C1"/>
        </w:tc>
      </w:tr>
      <w:tr w:rsidR="005774DC" w14:paraId="7B577A47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C7DA06E" w14:textId="77777777" w:rsidR="005774DC" w:rsidRDefault="005774DC" w:rsidP="006962C1">
            <w:pPr>
              <w:jc w:val="center"/>
            </w:pPr>
            <w:r>
              <w:t>11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1A8067A4" w14:textId="77777777" w:rsidR="005774DC" w:rsidRDefault="005774DC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B14C396" w14:textId="77777777" w:rsidR="005774DC" w:rsidRDefault="005774DC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76A0367E" w14:textId="77777777" w:rsidR="005774DC" w:rsidRDefault="005774DC" w:rsidP="006962C1"/>
        </w:tc>
      </w:tr>
      <w:tr w:rsidR="005774DC" w14:paraId="50D65222" w14:textId="77777777" w:rsidTr="006962C1">
        <w:tc>
          <w:tcPr>
            <w:tcW w:w="738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5FAF565" w14:textId="77777777" w:rsidR="005774DC" w:rsidRDefault="005774DC" w:rsidP="006962C1">
            <w:pPr>
              <w:jc w:val="center"/>
            </w:pPr>
            <w:r>
              <w:t>12</w:t>
            </w:r>
          </w:p>
        </w:tc>
        <w:tc>
          <w:tcPr>
            <w:tcW w:w="378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7A50A6A" w14:textId="77777777" w:rsidR="005774DC" w:rsidRDefault="005774DC" w:rsidP="006962C1"/>
        </w:tc>
        <w:tc>
          <w:tcPr>
            <w:tcW w:w="4140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418D85D6" w14:textId="77777777" w:rsidR="005774DC" w:rsidRDefault="005774DC" w:rsidP="006962C1"/>
        </w:tc>
        <w:tc>
          <w:tcPr>
            <w:tcW w:w="1854" w:type="dxa"/>
            <w:tcMar>
              <w:top w:w="130" w:type="dxa"/>
              <w:left w:w="90" w:type="dxa"/>
              <w:bottom w:w="130" w:type="dxa"/>
              <w:right w:w="90" w:type="dxa"/>
            </w:tcMar>
            <w:vAlign w:val="center"/>
          </w:tcPr>
          <w:p w14:paraId="6D5429D9" w14:textId="77777777" w:rsidR="005774DC" w:rsidRDefault="005774DC" w:rsidP="006962C1"/>
        </w:tc>
      </w:tr>
    </w:tbl>
    <w:p w14:paraId="21DF79BB" w14:textId="77777777" w:rsidR="005774DC" w:rsidRDefault="005774DC">
      <w:pPr>
        <w:spacing w:after="160"/>
        <w:jc w:val="center"/>
      </w:pPr>
    </w:p>
    <w:sectPr w:rsidR="005774DC" w:rsidSect="00034616">
      <w:headerReference w:type="default" r:id="rId12"/>
      <w:footerReference w:type="default" r:id="rId13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FAB1B" w14:textId="77777777" w:rsidR="00DA78DB" w:rsidRDefault="00DA78DB">
      <w:pPr>
        <w:spacing w:after="0" w:line="240" w:lineRule="auto"/>
      </w:pPr>
      <w:r>
        <w:separator/>
      </w:r>
    </w:p>
  </w:endnote>
  <w:endnote w:type="continuationSeparator" w:id="0">
    <w:p w14:paraId="0EEE94FC" w14:textId="77777777" w:rsidR="00DA78DB" w:rsidRDefault="00DA7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382E8" w14:textId="77777777" w:rsidR="00563D5D" w:rsidRDefault="00DA78DB">
    <w:pPr>
      <w:pStyle w:val="Footer"/>
      <w:jc w:val="center"/>
    </w:pPr>
    <w:r>
      <w:rPr>
        <w:color w:val="787878"/>
        <w:sz w:val="16"/>
      </w:rPr>
      <w:t>Silica Toolbox Talk | COMPANY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225AD" w14:textId="77777777" w:rsidR="00DA78DB" w:rsidRDefault="00DA78DB">
      <w:pPr>
        <w:spacing w:after="0" w:line="240" w:lineRule="auto"/>
      </w:pPr>
      <w:r>
        <w:separator/>
      </w:r>
    </w:p>
  </w:footnote>
  <w:footnote w:type="continuationSeparator" w:id="0">
    <w:p w14:paraId="63094570" w14:textId="77777777" w:rsidR="00DA78DB" w:rsidRDefault="00DA7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8B2F4" w14:textId="77777777" w:rsidR="0023544F" w:rsidRDefault="002354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2506255">
    <w:abstractNumId w:val="8"/>
  </w:num>
  <w:num w:numId="2" w16cid:durableId="2135176001">
    <w:abstractNumId w:val="6"/>
  </w:num>
  <w:num w:numId="3" w16cid:durableId="132842591">
    <w:abstractNumId w:val="5"/>
  </w:num>
  <w:num w:numId="4" w16cid:durableId="782117601">
    <w:abstractNumId w:val="4"/>
  </w:num>
  <w:num w:numId="5" w16cid:durableId="1716538235">
    <w:abstractNumId w:val="7"/>
  </w:num>
  <w:num w:numId="6" w16cid:durableId="536771702">
    <w:abstractNumId w:val="3"/>
  </w:num>
  <w:num w:numId="7" w16cid:durableId="1900550726">
    <w:abstractNumId w:val="2"/>
  </w:num>
  <w:num w:numId="8" w16cid:durableId="2064673759">
    <w:abstractNumId w:val="1"/>
  </w:num>
  <w:num w:numId="9" w16cid:durableId="1271007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CFD"/>
    <w:rsid w:val="00034616"/>
    <w:rsid w:val="0006063C"/>
    <w:rsid w:val="00095688"/>
    <w:rsid w:val="0015074B"/>
    <w:rsid w:val="001569CE"/>
    <w:rsid w:val="002052FF"/>
    <w:rsid w:val="0023544F"/>
    <w:rsid w:val="0029639D"/>
    <w:rsid w:val="00326F90"/>
    <w:rsid w:val="003D2EF3"/>
    <w:rsid w:val="00563D5D"/>
    <w:rsid w:val="005774DC"/>
    <w:rsid w:val="00583BEF"/>
    <w:rsid w:val="005D28B7"/>
    <w:rsid w:val="008512AB"/>
    <w:rsid w:val="00AA1D8D"/>
    <w:rsid w:val="00AC4337"/>
    <w:rsid w:val="00B47730"/>
    <w:rsid w:val="00BF2212"/>
    <w:rsid w:val="00CA0FB9"/>
    <w:rsid w:val="00CB0664"/>
    <w:rsid w:val="00CB5F25"/>
    <w:rsid w:val="00D97D23"/>
    <w:rsid w:val="00DA78DB"/>
    <w:rsid w:val="00F554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9A969AB-7D88-458B-AB2A-F551757B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58e7e0-97f7-499a-9d1c-1372a572ffb2">
      <Terms xmlns="http://schemas.microsoft.com/office/infopath/2007/PartnerControls"/>
    </lcf76f155ced4ddcb4097134ff3c332f>
    <TaxCatchAll xmlns="200aba80-eedd-47d5-b869-4f019f30d12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6C0F0D5715AE47937174C9F1943D56" ma:contentTypeVersion="11" ma:contentTypeDescription="Create a new document." ma:contentTypeScope="" ma:versionID="0ce6b29ac12536fa66e5abecd4484172">
  <xsd:schema xmlns:xsd="http://www.w3.org/2001/XMLSchema" xmlns:xs="http://www.w3.org/2001/XMLSchema" xmlns:p="http://schemas.microsoft.com/office/2006/metadata/properties" xmlns:ns2="6f58e7e0-97f7-499a-9d1c-1372a572ffb2" xmlns:ns3="200aba80-eedd-47d5-b869-4f019f30d124" targetNamespace="http://schemas.microsoft.com/office/2006/metadata/properties" ma:root="true" ma:fieldsID="65bfa2a3969094c93300a2031dcc723d" ns2:_="" ns3:_="">
    <xsd:import namespace="6f58e7e0-97f7-499a-9d1c-1372a572ffb2"/>
    <xsd:import namespace="200aba80-eedd-47d5-b869-4f019f30d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8e7e0-97f7-499a-9d1c-1372a572ff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de77e8-60fc-47ee-a317-081a2a3472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0aba80-eedd-47d5-b869-4f019f30d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f9f8cbb-e1e8-4bbe-860c-04b059c8f47c}" ma:internalName="TaxCatchAll" ma:showField="CatchAllData" ma:web="200aba80-eedd-47d5-b869-4f019f30d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CE3C67-8E0A-4F51-9AD1-DEE21A849D04}">
  <ds:schemaRefs>
    <ds:schemaRef ds:uri="http://schemas.microsoft.com/office/2006/metadata/properties"/>
    <ds:schemaRef ds:uri="http://schemas.microsoft.com/office/infopath/2007/PartnerControls"/>
    <ds:schemaRef ds:uri="6f58e7e0-97f7-499a-9d1c-1372a572ffb2"/>
    <ds:schemaRef ds:uri="200aba80-eedd-47d5-b869-4f019f30d124"/>
  </ds:schemaRefs>
</ds:datastoreItem>
</file>

<file path=customXml/itemProps2.xml><?xml version="1.0" encoding="utf-8"?>
<ds:datastoreItem xmlns:ds="http://schemas.openxmlformats.org/officeDocument/2006/customXml" ds:itemID="{642E8903-3445-4FC9-B107-1E403922C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8e7e0-97f7-499a-9d1c-1372a572ffb2"/>
    <ds:schemaRef ds:uri="200aba80-eedd-47d5-b869-4f019f30d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36F22A-E7FE-4045-9B95-3427037355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393</Words>
  <Characters>2323</Characters>
  <Application>Microsoft Office Word</Application>
  <DocSecurity>0</DocSecurity>
  <Lines>122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Charlene Rasmussen</cp:lastModifiedBy>
  <cp:revision>13</cp:revision>
  <dcterms:created xsi:type="dcterms:W3CDTF">2013-12-23T23:15:00Z</dcterms:created>
  <dcterms:modified xsi:type="dcterms:W3CDTF">2026-09-03T15:44:00Z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0x010100496C0F0D5715AE47937174C9F1943D56</vt:lpwstr>
  </property>
  <property fmtid="{D5CDD505-2E9C-101B-9397-08002B2CF9AE}" pid="3" name="MediaServiceImageTags">
    <vt:lpwstr/>
  </property>
</Properties>
</file>