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510979" w14:paraId="5808065F" w14:textId="77777777" w:rsidTr="009F44E9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56DAFE" w14:textId="77777777" w:rsidR="00510979" w:rsidRDefault="00BB6F27">
            <w:pPr>
              <w:jc w:val="center"/>
            </w:pPr>
            <w:r>
              <w:rPr>
                <w:b/>
                <w:color w:val="FFFFFF"/>
                <w:sz w:val="34"/>
              </w:rPr>
              <w:t>STAIRWAY SAFETY 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281C12C0" w14:textId="77777777" w:rsidR="00510979" w:rsidRDefault="00BB6F2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4CFFD9" wp14:editId="11001754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E9544F" w14:textId="77777777" w:rsidR="00510979" w:rsidRDefault="00BB6F27" w:rsidP="00BE1A65">
      <w:pPr>
        <w:spacing w:after="100"/>
      </w:pPr>
      <w:r>
        <w:rPr>
          <w:b/>
        </w:rPr>
        <w:t>Stairways are used every day, but poor construction, debris, slippery conditions, and missing protection can quickly lead to serious falls and injuries.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050"/>
        <w:gridCol w:w="4406"/>
      </w:tblGrid>
      <w:tr w:rsidR="00BE1A65" w14:paraId="1C0EEB68" w14:textId="77777777" w:rsidTr="005E21D8">
        <w:trPr>
          <w:jc w:val="center"/>
        </w:trPr>
        <w:tc>
          <w:tcPr>
            <w:tcW w:w="243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A50CC98" w14:textId="77777777" w:rsidR="00BE1A65" w:rsidRDefault="00BE1A65" w:rsidP="005E21D8">
            <w:r>
              <w:rPr>
                <w:b/>
              </w:rPr>
              <w:t>Date</w:t>
            </w:r>
          </w:p>
        </w:tc>
        <w:tc>
          <w:tcPr>
            <w:tcW w:w="405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8C5C0A7" w14:textId="77777777" w:rsidR="00BE1A65" w:rsidRDefault="00BE1A65" w:rsidP="005E21D8">
            <w:r>
              <w:rPr>
                <w:b/>
              </w:rPr>
              <w:t>Project / Location</w:t>
            </w:r>
          </w:p>
        </w:tc>
        <w:tc>
          <w:tcPr>
            <w:tcW w:w="440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57CB3EB" w14:textId="77777777" w:rsidR="00BE1A65" w:rsidRDefault="00BE1A65" w:rsidP="005E21D8">
            <w:r>
              <w:rPr>
                <w:b/>
              </w:rPr>
              <w:t>Instructor</w:t>
            </w:r>
          </w:p>
        </w:tc>
      </w:tr>
      <w:tr w:rsidR="00BE1A65" w14:paraId="516DB620" w14:textId="77777777" w:rsidTr="005E21D8">
        <w:trPr>
          <w:jc w:val="center"/>
        </w:trPr>
        <w:tc>
          <w:tcPr>
            <w:tcW w:w="243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369AEA1" w14:textId="77777777" w:rsidR="00BE1A65" w:rsidRDefault="00BE1A65" w:rsidP="005E21D8"/>
        </w:tc>
        <w:tc>
          <w:tcPr>
            <w:tcW w:w="4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85D12A9" w14:textId="77777777" w:rsidR="00BE1A65" w:rsidRDefault="00BE1A65" w:rsidP="005E21D8"/>
        </w:tc>
        <w:tc>
          <w:tcPr>
            <w:tcW w:w="4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5A18B66" w14:textId="77777777" w:rsidR="00BE1A65" w:rsidRDefault="00BE1A65" w:rsidP="005E21D8"/>
        </w:tc>
      </w:tr>
    </w:tbl>
    <w:p w14:paraId="2E8E53CB" w14:textId="313D6C7A" w:rsidR="00510979" w:rsidRDefault="00BB6F27">
      <w:pPr>
        <w:spacing w:before="60" w:after="20"/>
      </w:pPr>
      <w:r>
        <w:rPr>
          <w:b/>
          <w:sz w:val="26"/>
        </w:rPr>
        <w:t>Introduction</w:t>
      </w:r>
    </w:p>
    <w:p w14:paraId="2531579B" w14:textId="77777777" w:rsidR="00510979" w:rsidRDefault="00BB6F27">
      <w:pPr>
        <w:spacing w:after="20"/>
      </w:pPr>
      <w:r>
        <w:t>Open with: “Today’s safety topic is stairway safety. We use stairs so often that it is easy to overlook hazards, but an unsafe stairway can cause a serious fall.”</w:t>
      </w:r>
    </w:p>
    <w:p w14:paraId="70FAAC5F" w14:textId="77777777" w:rsidR="00510979" w:rsidRDefault="00BB6F27">
      <w:pPr>
        <w:spacing w:after="20"/>
      </w:pPr>
      <w:r>
        <w:rPr>
          <w:b/>
        </w:rPr>
        <w:t xml:space="preserve">Key Points: </w:t>
      </w:r>
      <w:r>
        <w:t xml:space="preserve">Keep stairways clear and dry. Use required handrails and </w:t>
      </w:r>
      <w:proofErr w:type="spellStart"/>
      <w:r>
        <w:t>stairrails</w:t>
      </w:r>
      <w:proofErr w:type="spellEnd"/>
      <w:r>
        <w:t>. Never use unfinished or unsafe stairways.</w:t>
      </w:r>
    </w:p>
    <w:p w14:paraId="5BB3BB43" w14:textId="77777777" w:rsidR="00510979" w:rsidRDefault="00BB6F27">
      <w:pPr>
        <w:spacing w:before="60" w:after="20"/>
      </w:pPr>
      <w:r>
        <w:rPr>
          <w:b/>
          <w:sz w:val="26"/>
        </w:rPr>
        <w:t>Why It Matters</w:t>
      </w:r>
    </w:p>
    <w:p w14:paraId="1923D1D5" w14:textId="77777777" w:rsidR="00510979" w:rsidRDefault="00BB6F27">
      <w:pPr>
        <w:spacing w:after="0"/>
      </w:pPr>
      <w:r>
        <w:t>Stairways can be dangerous when they are not constructed, maintained, or used properly. A safe access method is required when there is a break in elevation of 19 inches or more and no ramp, runway, sloped embankment, or personnel hoist is provided.</w:t>
      </w:r>
    </w:p>
    <w:p w14:paraId="0E359FB7" w14:textId="77777777" w:rsidR="00510979" w:rsidRDefault="00BB6F27">
      <w:pPr>
        <w:pStyle w:val="ListBullet"/>
        <w:spacing w:after="0"/>
      </w:pPr>
      <w:r>
        <w:t>Debris, protruding nails, materials, and slippery conditions create trip and fall hazards.</w:t>
      </w:r>
    </w:p>
    <w:p w14:paraId="3A3CDFF6" w14:textId="77777777" w:rsidR="00510979" w:rsidRDefault="00BB6F27">
      <w:pPr>
        <w:pStyle w:val="ListBullet"/>
        <w:spacing w:after="0"/>
      </w:pPr>
      <w:r>
        <w:t xml:space="preserve">Missing or inadequate handrails and </w:t>
      </w:r>
      <w:proofErr w:type="spellStart"/>
      <w:r>
        <w:t>stairrails</w:t>
      </w:r>
      <w:proofErr w:type="spellEnd"/>
      <w:r>
        <w:t xml:space="preserve"> can leave employees exposed to falls to lower levels.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510979" w14:paraId="65FC149C" w14:textId="77777777" w:rsidTr="00BE1A65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68A7D9" w14:textId="77777777" w:rsidR="00510979" w:rsidRDefault="00BB6F27">
            <w:r>
              <w:rPr>
                <w:b/>
              </w:rPr>
              <w:t>Quick Engagement Question: “What stairway hazard do you see most often on a jobsite?”</w:t>
            </w:r>
          </w:p>
        </w:tc>
      </w:tr>
    </w:tbl>
    <w:p w14:paraId="12AF8A47" w14:textId="77777777" w:rsidR="00510979" w:rsidRDefault="00BB6F27">
      <w:pPr>
        <w:spacing w:before="60" w:after="20"/>
      </w:pPr>
      <w:r>
        <w:rPr>
          <w:b/>
          <w:sz w:val="26"/>
        </w:rPr>
        <w:t>Recognize Stairway Hazards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510979" w14:paraId="71C3C996" w14:textId="77777777" w:rsidTr="00BE1A65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5884F4" w14:textId="77777777" w:rsidR="00510979" w:rsidRDefault="00BB6F27">
            <w:pPr>
              <w:spacing w:after="20"/>
            </w:pPr>
            <w:r>
              <w:rPr>
                <w:b/>
                <w:u w:val="single"/>
              </w:rPr>
              <w:t>Walking Surface Hazards</w:t>
            </w:r>
          </w:p>
          <w:p w14:paraId="25F18991" w14:textId="77777777" w:rsidR="00510979" w:rsidRDefault="00BB6F27">
            <w:pPr>
              <w:pStyle w:val="ListBullet"/>
              <w:spacing w:after="0"/>
            </w:pPr>
            <w:r>
              <w:t>Debris, materials, and hazardous projections on steps or landings.</w:t>
            </w:r>
          </w:p>
          <w:p w14:paraId="3E373C25" w14:textId="77777777" w:rsidR="00510979" w:rsidRDefault="00BB6F27">
            <w:pPr>
              <w:pStyle w:val="ListBullet"/>
              <w:spacing w:after="0"/>
            </w:pPr>
            <w:r>
              <w:t>Slippery conditions that have not been corrected.</w:t>
            </w:r>
          </w:p>
          <w:p w14:paraId="680B2152" w14:textId="77777777" w:rsidR="00510979" w:rsidRDefault="00BB6F27">
            <w:pPr>
              <w:pStyle w:val="ListBullet"/>
              <w:spacing w:after="0"/>
            </w:pPr>
            <w:r>
              <w:t>Unpoured stair pans without a properly fitted wood filler panel or other solid material.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0A2461" w14:textId="77777777" w:rsidR="00510979" w:rsidRDefault="00BB6F27">
            <w:pPr>
              <w:spacing w:after="20"/>
            </w:pPr>
            <w:r>
              <w:rPr>
                <w:b/>
                <w:u w:val="single"/>
              </w:rPr>
              <w:t>Fall Protection Hazards</w:t>
            </w:r>
          </w:p>
          <w:p w14:paraId="36224BB2" w14:textId="77777777" w:rsidR="00510979" w:rsidRDefault="00BB6F27">
            <w:pPr>
              <w:pStyle w:val="ListBullet"/>
              <w:spacing w:after="0"/>
            </w:pPr>
            <w:r>
              <w:t xml:space="preserve">Missing handrails or </w:t>
            </w:r>
            <w:proofErr w:type="spellStart"/>
            <w:r>
              <w:t>stairrails</w:t>
            </w:r>
            <w:proofErr w:type="spellEnd"/>
            <w:r>
              <w:t xml:space="preserve"> where required.</w:t>
            </w:r>
          </w:p>
          <w:p w14:paraId="5CBEB6D1" w14:textId="77777777" w:rsidR="00510979" w:rsidRDefault="00BB6F27">
            <w:pPr>
              <w:pStyle w:val="ListBullet"/>
              <w:spacing w:after="0"/>
            </w:pPr>
            <w:r>
              <w:t>Unprotected sides and edges of landings.</w:t>
            </w:r>
          </w:p>
          <w:p w14:paraId="1B7850E3" w14:textId="77777777" w:rsidR="00510979" w:rsidRDefault="00BB6F27">
            <w:pPr>
              <w:pStyle w:val="ListBullet"/>
              <w:spacing w:after="0"/>
            </w:pPr>
            <w:r>
              <w:t>Damaged or poorly surfaced handrails that could cause punctures, cuts, or snag clothing.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510979" w14:paraId="0F058FB2" w14:textId="77777777" w:rsidTr="00BE1A65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197760" w14:textId="4F208133" w:rsidR="00510979" w:rsidRDefault="00BB6F27">
            <w:r>
              <w:rPr>
                <w:b/>
              </w:rPr>
              <w:t>Mini Scenario</w:t>
            </w:r>
            <w:r>
              <w:rPr>
                <w:b/>
              </w:rPr>
              <w:t xml:space="preserve">: </w:t>
            </w:r>
            <w:r>
              <w:t>“You approach a temporary stairway and notice loose material on the steps and a missing handrail on the open side. What should happen before the stairway is used?”</w:t>
            </w:r>
          </w:p>
        </w:tc>
      </w:tr>
    </w:tbl>
    <w:p w14:paraId="63664FD7" w14:textId="77777777" w:rsidR="00510979" w:rsidRDefault="00BB6F27">
      <w:pPr>
        <w:spacing w:before="60" w:after="20"/>
      </w:pPr>
      <w:r>
        <w:rPr>
          <w:b/>
          <w:sz w:val="26"/>
        </w:rPr>
        <w:t>Safe Stairway Use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10979" w14:paraId="1AE12875" w14:textId="77777777" w:rsidTr="00BE1A65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11E370" w14:textId="77777777" w:rsidR="00510979" w:rsidRDefault="00BB6F27">
            <w:pPr>
              <w:spacing w:after="20"/>
            </w:pPr>
            <w:r>
              <w:rPr>
                <w:b/>
                <w:u w:val="single"/>
              </w:rPr>
              <w:t>Keep It Clear</w:t>
            </w:r>
          </w:p>
          <w:p w14:paraId="344F34F4" w14:textId="77777777" w:rsidR="00510979" w:rsidRDefault="00BB6F27">
            <w:pPr>
              <w:pStyle w:val="ListBullet"/>
              <w:spacing w:after="0"/>
            </w:pPr>
            <w:r>
              <w:t>Keep stairways and platforms free of debris and materials.</w:t>
            </w:r>
          </w:p>
          <w:p w14:paraId="5DAF3261" w14:textId="77777777" w:rsidR="00510979" w:rsidRDefault="00BB6F27">
            <w:pPr>
              <w:pStyle w:val="ListBullet"/>
              <w:spacing w:after="0"/>
            </w:pPr>
            <w:r>
              <w:t>Remove protruding nails and hazardous projections.</w:t>
            </w:r>
          </w:p>
          <w:p w14:paraId="252CA6DB" w14:textId="77777777" w:rsidR="00510979" w:rsidRDefault="00BB6F27">
            <w:pPr>
              <w:pStyle w:val="ListBullet"/>
              <w:spacing w:after="0"/>
            </w:pPr>
            <w:r>
              <w:t>Correct slippery conditions before use.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09DD73" w14:textId="77777777" w:rsidR="00510979" w:rsidRDefault="00BB6F27">
            <w:pPr>
              <w:spacing w:after="20"/>
            </w:pPr>
            <w:r>
              <w:rPr>
                <w:b/>
                <w:u w:val="single"/>
              </w:rPr>
              <w:t>Use Proper Protection</w:t>
            </w:r>
          </w:p>
          <w:p w14:paraId="3E815FF7" w14:textId="77777777" w:rsidR="00510979" w:rsidRDefault="00BB6F27">
            <w:pPr>
              <w:pStyle w:val="ListBullet"/>
              <w:spacing w:after="0"/>
            </w:pPr>
            <w:r>
              <w:t xml:space="preserve">Stairways with four or more risers or rising more than 30 inches require at least one handrail and a </w:t>
            </w:r>
            <w:proofErr w:type="spellStart"/>
            <w:r>
              <w:t>stairrail</w:t>
            </w:r>
            <w:proofErr w:type="spellEnd"/>
            <w:r>
              <w:t xml:space="preserve"> along each unprotected side.</w:t>
            </w:r>
          </w:p>
          <w:p w14:paraId="044B62BF" w14:textId="77777777" w:rsidR="00510979" w:rsidRDefault="00BB6F27">
            <w:pPr>
              <w:pStyle w:val="ListBullet"/>
              <w:spacing w:after="0"/>
            </w:pPr>
            <w:r>
              <w:t>Unprotected landing edges require a standard guardrail system.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17EEF6" w14:textId="77777777" w:rsidR="00510979" w:rsidRDefault="00BB6F27">
            <w:pPr>
              <w:spacing w:after="20"/>
            </w:pPr>
            <w:r>
              <w:rPr>
                <w:b/>
                <w:u w:val="single"/>
              </w:rPr>
              <w:t>Check Rails</w:t>
            </w:r>
          </w:p>
          <w:p w14:paraId="40372856" w14:textId="77777777" w:rsidR="00510979" w:rsidRDefault="00BB6F27">
            <w:pPr>
              <w:pStyle w:val="ListBullet"/>
              <w:spacing w:after="0"/>
            </w:pPr>
            <w:r>
              <w:t>Handrails must be 30 to 37 inches high.</w:t>
            </w:r>
          </w:p>
          <w:p w14:paraId="1F134456" w14:textId="77777777" w:rsidR="00510979" w:rsidRDefault="00BB6F27">
            <w:pPr>
              <w:pStyle w:val="ListBullet"/>
              <w:spacing w:after="0"/>
            </w:pPr>
            <w:r>
              <w:t>Handrails and top rails must withstand at least 200 pounds applied outward or downward.</w:t>
            </w:r>
          </w:p>
          <w:p w14:paraId="41314998" w14:textId="77777777" w:rsidR="00510979" w:rsidRDefault="00BB6F27">
            <w:pPr>
              <w:pStyle w:val="ListBullet"/>
              <w:spacing w:after="0"/>
            </w:pPr>
            <w:r>
              <w:t>Rails must be surfaced to prevent punctures, lacerations, snagging, and projection hazards.</w:t>
            </w:r>
          </w:p>
        </w:tc>
      </w:tr>
    </w:tbl>
    <w:p w14:paraId="4AD9DAFB" w14:textId="77777777" w:rsidR="00510979" w:rsidRDefault="00BB6F27">
      <w:pPr>
        <w:spacing w:before="60" w:after="20"/>
      </w:pPr>
      <w:r>
        <w:rPr>
          <w:b/>
          <w:sz w:val="26"/>
        </w:rPr>
        <w:t>Before You Use a Stairway</w:t>
      </w:r>
    </w:p>
    <w:p w14:paraId="22B2BE28" w14:textId="77777777" w:rsidR="00510979" w:rsidRDefault="00BB6F27">
      <w:pPr>
        <w:spacing w:after="0"/>
      </w:pPr>
      <w:r>
        <w:rPr>
          <w:b/>
        </w:rPr>
        <w:t xml:space="preserve">Stop and check: </w:t>
      </w:r>
      <w:r>
        <w:t>Is the stairway complete, clear, dry, and properly protected? If a stairway is unsafe, do not use it until the hazard has been corrected or another safe access method is provided.</w:t>
      </w:r>
    </w:p>
    <w:p w14:paraId="3E35B862" w14:textId="77777777" w:rsidR="00510979" w:rsidRDefault="00BB6F27">
      <w:pPr>
        <w:spacing w:before="60" w:after="20"/>
      </w:pPr>
      <w:r>
        <w:rPr>
          <w:b/>
          <w:sz w:val="26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510979" w14:paraId="51B991E6" w14:textId="77777777" w:rsidTr="00BE1A65">
        <w:trPr>
          <w:trHeight w:val="22"/>
        </w:trPr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EF55C1" w14:textId="428BE2AF" w:rsidR="00BE1A65" w:rsidRPr="00BE1A65" w:rsidRDefault="00BB6F27" w:rsidP="00BE1A65">
            <w:r>
              <w:rPr>
                <w:b/>
              </w:rPr>
              <w:t xml:space="preserve">Closing Message: </w:t>
            </w:r>
            <w:r>
              <w:t>“Do not take stairway safety for granted. Keep stairs clear, use the handrail, watch your footing, and report unsafe conditions before someone gets hurt.”</w:t>
            </w:r>
          </w:p>
        </w:tc>
      </w:tr>
    </w:tbl>
    <w:p w14:paraId="571EF4A7" w14:textId="77777777" w:rsidR="00510979" w:rsidRDefault="00BB6F27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599C8B2D" w14:textId="77777777" w:rsidR="00510979" w:rsidRDefault="00BB6F27">
      <w:pPr>
        <w:spacing w:after="80"/>
      </w:pPr>
      <w:r>
        <w:rPr>
          <w:b/>
        </w:rPr>
        <w:t>Topic: Stairway Safety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10979" w14:paraId="1197AAC0" w14:textId="77777777" w:rsidTr="00BE1A65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941563" w14:textId="77777777" w:rsidR="00510979" w:rsidRDefault="00BB6F27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056136" w14:textId="77777777" w:rsidR="00510979" w:rsidRDefault="00BB6F27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6F442F" w14:textId="77777777" w:rsidR="00510979" w:rsidRDefault="00BB6F27">
            <w:r>
              <w:rPr>
                <w:b/>
              </w:rPr>
              <w:t>Instructor:</w:t>
            </w:r>
          </w:p>
        </w:tc>
      </w:tr>
    </w:tbl>
    <w:p w14:paraId="027E3BE7" w14:textId="77777777" w:rsidR="00510979" w:rsidRDefault="00BB6F27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3960"/>
        <w:gridCol w:w="4050"/>
        <w:gridCol w:w="1926"/>
      </w:tblGrid>
      <w:tr w:rsidR="00510979" w14:paraId="252CB84B" w14:textId="77777777" w:rsidTr="00BE1A65">
        <w:tc>
          <w:tcPr>
            <w:tcW w:w="1008" w:type="dxa"/>
            <w:shd w:val="clear" w:color="auto" w:fill="D9E2F3"/>
          </w:tcPr>
          <w:p w14:paraId="3FCCD094" w14:textId="77777777" w:rsidR="00510979" w:rsidRDefault="00BB6F27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960" w:type="dxa"/>
            <w:shd w:val="clear" w:color="auto" w:fill="D9E2F3"/>
          </w:tcPr>
          <w:p w14:paraId="2F6A986F" w14:textId="77777777" w:rsidR="00510979" w:rsidRDefault="00BB6F27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050" w:type="dxa"/>
            <w:shd w:val="clear" w:color="auto" w:fill="D9E2F3"/>
          </w:tcPr>
          <w:p w14:paraId="27669C90" w14:textId="77777777" w:rsidR="00510979" w:rsidRDefault="00BB6F27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926" w:type="dxa"/>
            <w:shd w:val="clear" w:color="auto" w:fill="D9E2F3"/>
          </w:tcPr>
          <w:p w14:paraId="269109AB" w14:textId="77777777" w:rsidR="00510979" w:rsidRDefault="00BB6F27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510979" w14:paraId="39AC31F0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A6E08D" w14:textId="77777777" w:rsidR="00510979" w:rsidRDefault="00BB6F27">
            <w:pPr>
              <w:jc w:val="center"/>
            </w:pPr>
            <w:r>
              <w:t>1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0149C2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77445C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864FB3" w14:textId="77777777" w:rsidR="00510979" w:rsidRDefault="00510979"/>
        </w:tc>
      </w:tr>
      <w:tr w:rsidR="00510979" w14:paraId="025D87E2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048899" w14:textId="77777777" w:rsidR="00510979" w:rsidRDefault="00BB6F27">
            <w:pPr>
              <w:jc w:val="center"/>
            </w:pPr>
            <w:r>
              <w:t>2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F92934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AE7EA4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3D2FBE" w14:textId="77777777" w:rsidR="00510979" w:rsidRDefault="00510979"/>
        </w:tc>
      </w:tr>
      <w:tr w:rsidR="00510979" w14:paraId="28440A01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32A651" w14:textId="77777777" w:rsidR="00510979" w:rsidRDefault="00BB6F27">
            <w:pPr>
              <w:jc w:val="center"/>
            </w:pPr>
            <w:r>
              <w:t>3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235AA2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589DDD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AD1D26" w14:textId="77777777" w:rsidR="00510979" w:rsidRDefault="00510979"/>
        </w:tc>
      </w:tr>
      <w:tr w:rsidR="00510979" w14:paraId="67F9210B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40A1FA" w14:textId="77777777" w:rsidR="00510979" w:rsidRDefault="00BB6F27">
            <w:pPr>
              <w:jc w:val="center"/>
            </w:pPr>
            <w:r>
              <w:t>4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92D6F4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4D0E08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201603" w14:textId="77777777" w:rsidR="00510979" w:rsidRDefault="00510979"/>
        </w:tc>
      </w:tr>
      <w:tr w:rsidR="00510979" w14:paraId="76A502A3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75866D" w14:textId="77777777" w:rsidR="00510979" w:rsidRDefault="00BB6F27">
            <w:pPr>
              <w:jc w:val="center"/>
            </w:pPr>
            <w:r>
              <w:t>5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B2DEDC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1C80E7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89F5BB" w14:textId="77777777" w:rsidR="00510979" w:rsidRDefault="00510979"/>
        </w:tc>
      </w:tr>
      <w:tr w:rsidR="00510979" w14:paraId="34267D56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632339" w14:textId="77777777" w:rsidR="00510979" w:rsidRDefault="00BB6F27">
            <w:pPr>
              <w:jc w:val="center"/>
            </w:pPr>
            <w:r>
              <w:t>6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4B0CDB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3934E1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AE7761" w14:textId="77777777" w:rsidR="00510979" w:rsidRDefault="00510979"/>
        </w:tc>
      </w:tr>
      <w:tr w:rsidR="00510979" w14:paraId="703AC767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A30F74" w14:textId="77777777" w:rsidR="00510979" w:rsidRDefault="00BB6F27">
            <w:pPr>
              <w:jc w:val="center"/>
            </w:pPr>
            <w:r>
              <w:t>7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94AC5B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A50962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65C4C7" w14:textId="77777777" w:rsidR="00510979" w:rsidRDefault="00510979"/>
        </w:tc>
      </w:tr>
      <w:tr w:rsidR="00510979" w14:paraId="25C02D5C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00B4B4" w14:textId="77777777" w:rsidR="00510979" w:rsidRDefault="00BB6F27">
            <w:pPr>
              <w:jc w:val="center"/>
            </w:pPr>
            <w:r>
              <w:t>8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2121A7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14C95B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7D58B0" w14:textId="77777777" w:rsidR="00510979" w:rsidRDefault="00510979"/>
        </w:tc>
      </w:tr>
      <w:tr w:rsidR="00510979" w14:paraId="218BA2A1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98D898" w14:textId="77777777" w:rsidR="00510979" w:rsidRDefault="00BB6F27">
            <w:pPr>
              <w:jc w:val="center"/>
            </w:pPr>
            <w:r>
              <w:t>9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BA2591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403086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926079" w14:textId="77777777" w:rsidR="00510979" w:rsidRDefault="00510979"/>
        </w:tc>
      </w:tr>
      <w:tr w:rsidR="00510979" w14:paraId="091ED741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EAB576" w14:textId="77777777" w:rsidR="00510979" w:rsidRDefault="00BB6F27">
            <w:pPr>
              <w:jc w:val="center"/>
            </w:pPr>
            <w:r>
              <w:t>10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402178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50DBE0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0FEDB4" w14:textId="77777777" w:rsidR="00510979" w:rsidRDefault="00510979"/>
        </w:tc>
      </w:tr>
      <w:tr w:rsidR="00510979" w14:paraId="4DFF37B6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348950" w14:textId="77777777" w:rsidR="00510979" w:rsidRDefault="00BB6F27">
            <w:pPr>
              <w:jc w:val="center"/>
            </w:pPr>
            <w:r>
              <w:t>11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84C4D1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7F380E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96386A" w14:textId="77777777" w:rsidR="00510979" w:rsidRDefault="00510979"/>
        </w:tc>
      </w:tr>
      <w:tr w:rsidR="00510979" w14:paraId="561D5A9B" w14:textId="77777777" w:rsidTr="00BE1A65">
        <w:tc>
          <w:tcPr>
            <w:tcW w:w="100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092F09" w14:textId="77777777" w:rsidR="00510979" w:rsidRDefault="00BB6F27">
            <w:pPr>
              <w:jc w:val="center"/>
            </w:pPr>
            <w:r>
              <w:t>12</w:t>
            </w:r>
          </w:p>
        </w:tc>
        <w:tc>
          <w:tcPr>
            <w:tcW w:w="396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5E5805" w14:textId="77777777" w:rsidR="00510979" w:rsidRDefault="00510979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6372F0" w14:textId="77777777" w:rsidR="00510979" w:rsidRDefault="00510979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3D20BA" w14:textId="77777777" w:rsidR="00510979" w:rsidRDefault="00510979"/>
        </w:tc>
      </w:tr>
    </w:tbl>
    <w:p w14:paraId="3F29E0BF" w14:textId="7543973E" w:rsidR="00510979" w:rsidRDefault="00510979" w:rsidP="00BE1A65">
      <w:pPr>
        <w:spacing w:before="160"/>
        <w:jc w:val="center"/>
      </w:pPr>
    </w:p>
    <w:sectPr w:rsidR="00510979" w:rsidSect="00BE1A65">
      <w:footerReference w:type="default" r:id="rId12"/>
      <w:pgSz w:w="12240" w:h="15840"/>
      <w:pgMar w:top="648" w:right="648" w:bottom="432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C07AD" w14:textId="77777777" w:rsidR="00BB6F27" w:rsidRDefault="00BB6F27" w:rsidP="00BE1A65">
      <w:pPr>
        <w:spacing w:after="0" w:line="240" w:lineRule="auto"/>
      </w:pPr>
      <w:r>
        <w:separator/>
      </w:r>
    </w:p>
  </w:endnote>
  <w:endnote w:type="continuationSeparator" w:id="0">
    <w:p w14:paraId="6FB4829E" w14:textId="77777777" w:rsidR="00BB6F27" w:rsidRDefault="00BB6F27" w:rsidP="00BE1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A2A4" w14:textId="77777777" w:rsidR="00BE1A65" w:rsidRDefault="00BE1A65" w:rsidP="00BE1A65">
    <w:pPr>
      <w:spacing w:before="160"/>
      <w:jc w:val="center"/>
    </w:pPr>
    <w:r>
      <w:rPr>
        <w:color w:val="6E6E6E"/>
        <w:sz w:val="16"/>
      </w:rPr>
      <w:t>Stairway Safety Toolbox Talk | COMPANY</w:t>
    </w:r>
  </w:p>
  <w:p w14:paraId="20D635FB" w14:textId="77777777" w:rsidR="00BE1A65" w:rsidRDefault="00BE1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39056" w14:textId="77777777" w:rsidR="00BB6F27" w:rsidRDefault="00BB6F27" w:rsidP="00BE1A65">
      <w:pPr>
        <w:spacing w:after="0" w:line="240" w:lineRule="auto"/>
      </w:pPr>
      <w:r>
        <w:separator/>
      </w:r>
    </w:p>
  </w:footnote>
  <w:footnote w:type="continuationSeparator" w:id="0">
    <w:p w14:paraId="27488C2B" w14:textId="77777777" w:rsidR="00BB6F27" w:rsidRDefault="00BB6F27" w:rsidP="00BE1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5972753">
    <w:abstractNumId w:val="8"/>
  </w:num>
  <w:num w:numId="2" w16cid:durableId="762918750">
    <w:abstractNumId w:val="6"/>
  </w:num>
  <w:num w:numId="3" w16cid:durableId="730691333">
    <w:abstractNumId w:val="5"/>
  </w:num>
  <w:num w:numId="4" w16cid:durableId="1492678226">
    <w:abstractNumId w:val="4"/>
  </w:num>
  <w:num w:numId="5" w16cid:durableId="1575818332">
    <w:abstractNumId w:val="7"/>
  </w:num>
  <w:num w:numId="6" w16cid:durableId="1684934878">
    <w:abstractNumId w:val="3"/>
  </w:num>
  <w:num w:numId="7" w16cid:durableId="1379478563">
    <w:abstractNumId w:val="2"/>
  </w:num>
  <w:num w:numId="8" w16cid:durableId="76899650">
    <w:abstractNumId w:val="1"/>
  </w:num>
  <w:num w:numId="9" w16cid:durableId="879904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515"/>
    <w:rsid w:val="00034616"/>
    <w:rsid w:val="0006063C"/>
    <w:rsid w:val="0015074B"/>
    <w:rsid w:val="00157488"/>
    <w:rsid w:val="0029639D"/>
    <w:rsid w:val="00326F90"/>
    <w:rsid w:val="00510979"/>
    <w:rsid w:val="009F44E9"/>
    <w:rsid w:val="00AA1D8D"/>
    <w:rsid w:val="00AC6283"/>
    <w:rsid w:val="00B43A51"/>
    <w:rsid w:val="00B47730"/>
    <w:rsid w:val="00BB6F27"/>
    <w:rsid w:val="00BE1A65"/>
    <w:rsid w:val="00CB0664"/>
    <w:rsid w:val="00F22A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5DAE33E-4C84-48C1-8BFE-0A8B74F6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Props1.xml><?xml version="1.0" encoding="utf-8"?>
<ds:datastoreItem xmlns:ds="http://schemas.openxmlformats.org/officeDocument/2006/customXml" ds:itemID="{F2CD6D57-3C4A-43BB-BA29-35CFE79D4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9A289D-53B0-41B5-89C0-E128B7DC75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DF05B1-F6C3-44E9-BE7F-157E0BE5D2FC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443</Words>
  <Characters>2574</Characters>
  <Application>Microsoft Office Word</Application>
  <DocSecurity>0</DocSecurity>
  <Lines>135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5</cp:revision>
  <dcterms:created xsi:type="dcterms:W3CDTF">2013-12-23T23:15:00Z</dcterms:created>
  <dcterms:modified xsi:type="dcterms:W3CDTF">2026-08-28T12:43:00Z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